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7D05" w14:textId="77777777" w:rsidR="00CE1F60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 w14:paraId="30A1D0FB" w14:textId="77777777" w:rsidR="00CE1F60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 w14:paraId="4ADAEE72" w14:textId="77777777" w:rsidR="00CE1F60" w:rsidRDefault="00000000">
      <w:pPr>
        <w:jc w:val="center"/>
        <w:rPr>
          <w:sz w:val="24"/>
          <w:szCs w:val="24"/>
        </w:rPr>
      </w:pPr>
      <w:r>
        <w:rPr>
          <w:b/>
          <w:sz w:val="24"/>
        </w:rPr>
        <w:t>ÖN DÜZEN TEKNOLOJİSİ DERSİ 2. DÖNEM 1. YAZILI SINAVI - B GRUBU</w:t>
      </w:r>
    </w:p>
    <w:p w14:paraId="4BFA6D45" w14:textId="77777777" w:rsidR="00CE1F60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613ED272" w14:textId="77777777" w:rsidR="00CE1F60" w:rsidRDefault="00000000">
      <w:pPr>
        <w:jc w:val="center"/>
      </w:pPr>
      <w:r>
        <w:rPr>
          <w:b/>
          <w:sz w:val="22"/>
        </w:rPr>
        <w:t>SORULAR</w:t>
      </w:r>
    </w:p>
    <w:p w14:paraId="421C4C36" w14:textId="77777777" w:rsidR="00CE1F60" w:rsidRDefault="00000000">
      <w:pPr>
        <w:spacing w:after="60" w:line="480" w:lineRule="auto"/>
        <w:rPr>
          <w:bCs/>
        </w:rPr>
      </w:pPr>
      <w:r>
        <w:t>1. Diskli fren sisteminin parçalarını maddeler hâlinde yazınız. (15 Puan)</w:t>
      </w:r>
    </w:p>
    <w:p w14:paraId="52A48391" w14:textId="77777777" w:rsidR="00CE1F60" w:rsidRDefault="00000000">
      <w:pPr>
        <w:spacing w:after="60" w:line="480" w:lineRule="auto"/>
        <w:rPr>
          <w:bCs/>
        </w:rPr>
      </w:pPr>
      <w:r>
        <w:t>2. ABS sisteminin temel parçalarını maddeler hâlinde yazınız. (15 Puan)</w:t>
      </w:r>
    </w:p>
    <w:p w14:paraId="0C582440" w14:textId="77777777" w:rsidR="00CE1F60" w:rsidRDefault="00000000">
      <w:pPr>
        <w:spacing w:after="60" w:line="480" w:lineRule="auto"/>
        <w:rPr>
          <w:bCs/>
        </w:rPr>
      </w:pPr>
      <w:r>
        <w:t>3. Fren hidroliğinin görevi nedir? (10 Puan)</w:t>
      </w:r>
    </w:p>
    <w:p w14:paraId="2C73652C" w14:textId="77777777" w:rsidR="00CE1F60" w:rsidRDefault="00000000">
      <w:pPr>
        <w:spacing w:after="60" w:line="480" w:lineRule="auto"/>
        <w:rPr>
          <w:bCs/>
        </w:rPr>
      </w:pPr>
      <w:r>
        <w:t>4. Hidrovağın çalışmasında hangi basınç farkından yararlanılır? (10 Puan)</w:t>
      </w:r>
    </w:p>
    <w:p w14:paraId="61FD0C1E" w14:textId="77777777" w:rsidR="00CE1F60" w:rsidRDefault="00000000">
      <w:pPr>
        <w:spacing w:after="60" w:line="480" w:lineRule="auto"/>
        <w:rPr>
          <w:bCs/>
        </w:rPr>
      </w:pPr>
      <w:r>
        <w:t>5. Elektromekanik park freni nasıl kumanda edilir? (10 Puan)</w:t>
      </w:r>
    </w:p>
    <w:p w14:paraId="43C6D183" w14:textId="77777777" w:rsidR="00CE1F60" w:rsidRDefault="00000000">
      <w:pPr>
        <w:spacing w:after="60" w:line="480" w:lineRule="auto"/>
        <w:rPr>
          <w:bCs/>
        </w:rPr>
      </w:pPr>
      <w:r>
        <w:t>6. Havalı fren sistemi daha çok hangi araçlarda kullanılır? (10 Puan)</w:t>
      </w:r>
    </w:p>
    <w:p w14:paraId="3D6056AC" w14:textId="77777777" w:rsidR="00CE1F60" w:rsidRDefault="00000000">
      <w:pPr>
        <w:spacing w:after="60" w:line="480" w:lineRule="auto"/>
        <w:rPr>
          <w:bCs/>
        </w:rPr>
      </w:pPr>
      <w:r>
        <w:t>7. Fren pedal kuvvetini artıran vakum destekli elemana ____________________ denir. (10 Puan)</w:t>
      </w:r>
    </w:p>
    <w:p w14:paraId="33E9D449" w14:textId="77777777" w:rsidR="00CE1F60" w:rsidRDefault="00000000">
      <w:pPr>
        <w:spacing w:after="60" w:line="480" w:lineRule="auto"/>
        <w:rPr>
          <w:bCs/>
        </w:rPr>
      </w:pPr>
      <w:r>
        <w:t>8. Tekerleklerin frenleme sırasında kilitlenmesini önleyen sisteme ____________________ denir. (10 Puan)</w:t>
      </w:r>
    </w:p>
    <w:p w14:paraId="2C81B928" w14:textId="77777777" w:rsidR="00CE1F60" w:rsidRDefault="00000000">
      <w:pPr>
        <w:spacing w:after="60" w:line="480" w:lineRule="auto"/>
        <w:rPr>
          <w:bCs/>
        </w:rPr>
      </w:pPr>
      <w:r>
        <w:t>9. (    ) ABS, sert frenlemede direksiyon hâkimiyetinin korunmasına yardımcı olur. (5 Puan)</w:t>
      </w:r>
    </w:p>
    <w:p w14:paraId="07A8F5B2" w14:textId="77777777" w:rsidR="00CE1F60" w:rsidRDefault="00000000">
      <w:pPr>
        <w:spacing w:after="60" w:line="480" w:lineRule="auto"/>
        <w:rPr>
          <w:bCs/>
        </w:rPr>
      </w:pPr>
      <w:r>
        <w:t>10. (    ) Fren sistemindeki hava, frenlerin daha etkili çalışmasını sağlar. (5 Puan)</w:t>
      </w:r>
    </w:p>
    <w:p w14:paraId="77E6700C" w14:textId="39B21BF0" w:rsidR="00CE1F60" w:rsidRPr="009F3C5F" w:rsidRDefault="00000000">
      <w:pPr>
        <w:spacing w:before="60"/>
        <w:rPr>
          <w:bCs/>
        </w:rPr>
      </w:pPr>
      <w:r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</w:r>
      <w:r w:rsidR="009F3C5F">
        <w:rPr>
          <w:b/>
        </w:rPr>
        <w:tab/>
        <w:t xml:space="preserve">        </w:t>
      </w:r>
      <w:proofErr w:type="spellStart"/>
      <w:r w:rsidRPr="009F3C5F">
        <w:rPr>
          <w:bCs/>
        </w:rPr>
        <w:t>Başarılar</w:t>
      </w:r>
      <w:proofErr w:type="spellEnd"/>
    </w:p>
    <w:p w14:paraId="5E657A03" w14:textId="77777777" w:rsidR="00CE1F60" w:rsidRDefault="00000000">
      <w:r w:rsidRPr="009F3C5F">
        <w:rPr>
          <w:b/>
          <w:bCs/>
        </w:rPr>
        <w:t>Süre:</w:t>
      </w:r>
      <w:r>
        <w:t xml:space="preserve"> 40 Dk                                                                                    </w:t>
      </w:r>
      <w:proofErr w:type="gramStart"/>
      <w:r>
        <w:t>Mot.Arç.Tekn</w:t>
      </w:r>
      <w:proofErr w:type="gramEnd"/>
      <w:r>
        <w:t xml:space="preserve"> Öğrt Abdullah YANIK</w:t>
      </w:r>
    </w:p>
    <w:p w14:paraId="7606B674" w14:textId="77777777" w:rsidR="00CE1F60" w:rsidRDefault="00000000">
      <w:r>
        <w:br w:type="page"/>
      </w:r>
    </w:p>
    <w:p w14:paraId="7A927985" w14:textId="77777777" w:rsidR="00CE1F60" w:rsidRDefault="00000000">
      <w:pPr>
        <w:jc w:val="center"/>
      </w:pPr>
      <w:r>
        <w:rPr>
          <w:b/>
        </w:rPr>
        <w:lastRenderedPageBreak/>
        <w:t>CEVAP ANAHTARI</w:t>
      </w:r>
    </w:p>
    <w:p w14:paraId="604CED68" w14:textId="77777777" w:rsidR="00CE1F60" w:rsidRDefault="00000000" w:rsidP="009F3C5F">
      <w:pPr>
        <w:spacing w:after="80"/>
        <w:jc w:val="center"/>
        <w:rPr>
          <w:b/>
        </w:rPr>
      </w:pPr>
      <w:r>
        <w:rPr>
          <w:b/>
        </w:rPr>
        <w:t>ÖN DÜZEN TEKNOLOJİSİ - B GRUBU</w:t>
      </w:r>
    </w:p>
    <w:p w14:paraId="095BE181" w14:textId="77777777" w:rsidR="009F3C5F" w:rsidRDefault="009F3C5F" w:rsidP="009F3C5F">
      <w:pPr>
        <w:spacing w:after="80"/>
        <w:jc w:val="center"/>
      </w:pPr>
    </w:p>
    <w:p w14:paraId="023CA5FF" w14:textId="77777777" w:rsidR="00CE1F60" w:rsidRPr="009F3C5F" w:rsidRDefault="00000000" w:rsidP="009F3C5F">
      <w:pPr>
        <w:spacing w:after="20" w:line="480" w:lineRule="auto"/>
        <w:rPr>
          <w:b/>
          <w:bCs/>
        </w:rPr>
      </w:pPr>
      <w:r w:rsidRPr="009F3C5F">
        <w:rPr>
          <w:b/>
          <w:bCs/>
        </w:rPr>
        <w:t xml:space="preserve">1. Diskli fren sisteminin </w:t>
      </w:r>
      <w:proofErr w:type="spellStart"/>
      <w:r w:rsidRPr="009F3C5F">
        <w:rPr>
          <w:b/>
          <w:bCs/>
        </w:rPr>
        <w:t>parçalarını</w:t>
      </w:r>
      <w:proofErr w:type="spellEnd"/>
      <w:r w:rsidRPr="009F3C5F">
        <w:rPr>
          <w:b/>
          <w:bCs/>
        </w:rPr>
        <w:t xml:space="preserve"> </w:t>
      </w:r>
      <w:proofErr w:type="spellStart"/>
      <w:r w:rsidRPr="009F3C5F">
        <w:rPr>
          <w:b/>
          <w:bCs/>
        </w:rPr>
        <w:t>maddeler</w:t>
      </w:r>
      <w:proofErr w:type="spellEnd"/>
      <w:r w:rsidRPr="009F3C5F">
        <w:rPr>
          <w:b/>
          <w:bCs/>
        </w:rPr>
        <w:t xml:space="preserve"> </w:t>
      </w:r>
      <w:proofErr w:type="spellStart"/>
      <w:r w:rsidRPr="009F3C5F">
        <w:rPr>
          <w:b/>
          <w:bCs/>
        </w:rPr>
        <w:t>hâlinde</w:t>
      </w:r>
      <w:proofErr w:type="spellEnd"/>
      <w:r w:rsidRPr="009F3C5F">
        <w:rPr>
          <w:b/>
          <w:bCs/>
        </w:rPr>
        <w:t xml:space="preserve"> </w:t>
      </w:r>
      <w:proofErr w:type="spellStart"/>
      <w:r w:rsidRPr="009F3C5F">
        <w:rPr>
          <w:b/>
          <w:bCs/>
        </w:rPr>
        <w:t>yazınız</w:t>
      </w:r>
      <w:proofErr w:type="spellEnd"/>
      <w:r w:rsidRPr="009F3C5F">
        <w:rPr>
          <w:b/>
          <w:bCs/>
        </w:rPr>
        <w:t>.</w:t>
      </w:r>
    </w:p>
    <w:p w14:paraId="6BB8DABC" w14:textId="77777777" w:rsidR="00CE1F60" w:rsidRDefault="00000000" w:rsidP="009F3C5F">
      <w:pPr>
        <w:spacing w:after="20" w:line="480" w:lineRule="auto"/>
        <w:ind w:left="283"/>
      </w:pPr>
      <w:r>
        <w:t xml:space="preserve">   1. Fren diski</w:t>
      </w:r>
    </w:p>
    <w:p w14:paraId="2DAC59DB" w14:textId="77777777" w:rsidR="00CE1F60" w:rsidRDefault="00000000" w:rsidP="009F3C5F">
      <w:pPr>
        <w:spacing w:after="20" w:line="480" w:lineRule="auto"/>
        <w:ind w:left="283"/>
      </w:pPr>
      <w:r>
        <w:t xml:space="preserve">   2. Kaliper</w:t>
      </w:r>
    </w:p>
    <w:p w14:paraId="48000531" w14:textId="77777777" w:rsidR="00CE1F60" w:rsidRDefault="00000000" w:rsidP="009F3C5F">
      <w:pPr>
        <w:spacing w:after="20" w:line="480" w:lineRule="auto"/>
        <w:ind w:left="283"/>
      </w:pPr>
      <w:r>
        <w:t xml:space="preserve">   3. Fren balataları</w:t>
      </w:r>
    </w:p>
    <w:p w14:paraId="43D41273" w14:textId="77777777" w:rsidR="00CE1F60" w:rsidRDefault="00000000" w:rsidP="009F3C5F">
      <w:pPr>
        <w:spacing w:after="20" w:line="480" w:lineRule="auto"/>
        <w:ind w:left="283"/>
      </w:pPr>
      <w:r>
        <w:t xml:space="preserve">   4. Kaliper pistonu</w:t>
      </w:r>
    </w:p>
    <w:p w14:paraId="39D4A3F7" w14:textId="77777777" w:rsidR="00CE1F60" w:rsidRPr="009F3C5F" w:rsidRDefault="00000000" w:rsidP="009F3C5F">
      <w:pPr>
        <w:spacing w:after="20" w:line="480" w:lineRule="auto"/>
        <w:rPr>
          <w:b/>
          <w:bCs/>
        </w:rPr>
      </w:pPr>
      <w:r w:rsidRPr="009F3C5F">
        <w:rPr>
          <w:b/>
          <w:bCs/>
        </w:rPr>
        <w:t>2. ABS sisteminin temel parçalarını maddeler hâlinde yazınız.</w:t>
      </w:r>
    </w:p>
    <w:p w14:paraId="2DA2FA92" w14:textId="77777777" w:rsidR="00CE1F60" w:rsidRDefault="00000000" w:rsidP="009F3C5F">
      <w:pPr>
        <w:spacing w:after="20" w:line="480" w:lineRule="auto"/>
        <w:ind w:left="283"/>
      </w:pPr>
      <w:r>
        <w:t xml:space="preserve">   1. ABS ECU</w:t>
      </w:r>
    </w:p>
    <w:p w14:paraId="60738396" w14:textId="77777777" w:rsidR="00CE1F60" w:rsidRDefault="00000000" w:rsidP="009F3C5F">
      <w:pPr>
        <w:spacing w:after="20" w:line="480" w:lineRule="auto"/>
        <w:ind w:left="283"/>
      </w:pPr>
      <w:r>
        <w:t xml:space="preserve">   2. Hidrolik modülatör</w:t>
      </w:r>
    </w:p>
    <w:p w14:paraId="4A8BF572" w14:textId="77777777" w:rsidR="00CE1F60" w:rsidRDefault="00000000" w:rsidP="009F3C5F">
      <w:pPr>
        <w:spacing w:after="20" w:line="480" w:lineRule="auto"/>
        <w:ind w:left="283"/>
      </w:pPr>
      <w:r>
        <w:t xml:space="preserve">   3. Tekerlek hız sensörleri</w:t>
      </w:r>
    </w:p>
    <w:p w14:paraId="7653FC17" w14:textId="77777777" w:rsidR="00CE1F60" w:rsidRDefault="00000000" w:rsidP="009F3C5F">
      <w:pPr>
        <w:spacing w:after="20" w:line="480" w:lineRule="auto"/>
        <w:ind w:left="283"/>
      </w:pPr>
      <w:r>
        <w:t xml:space="preserve">   4. ABS uyarı lambası</w:t>
      </w:r>
    </w:p>
    <w:p w14:paraId="0EFAEADB" w14:textId="77777777" w:rsidR="00CE1F60" w:rsidRDefault="00000000" w:rsidP="009F3C5F">
      <w:pPr>
        <w:spacing w:after="80" w:line="480" w:lineRule="auto"/>
      </w:pPr>
      <w:r>
        <w:rPr>
          <w:b/>
        </w:rPr>
        <w:t>3. Pedalda oluşturulan kuvveti hidrolik basınç olarak tekerlek frenlerine iletmektir.</w:t>
      </w:r>
    </w:p>
    <w:p w14:paraId="4B1087A2" w14:textId="77777777" w:rsidR="00CE1F60" w:rsidRDefault="00000000" w:rsidP="009F3C5F">
      <w:pPr>
        <w:spacing w:after="80" w:line="480" w:lineRule="auto"/>
      </w:pPr>
      <w:r>
        <w:rPr>
          <w:b/>
        </w:rPr>
        <w:t>4. Atmosfer basıncı ile emme manifoldu/vakum pompası tarafından oluşturulan vakum arasındaki farktan.</w:t>
      </w:r>
    </w:p>
    <w:p w14:paraId="543034E8" w14:textId="77777777" w:rsidR="00CE1F60" w:rsidRDefault="00000000" w:rsidP="009F3C5F">
      <w:pPr>
        <w:spacing w:after="80" w:line="480" w:lineRule="auto"/>
      </w:pPr>
      <w:r>
        <w:rPr>
          <w:b/>
        </w:rPr>
        <w:t>5. Elektrik anahtarı ve elektronik kontrol sistemiyle kumanda edilir.</w:t>
      </w:r>
    </w:p>
    <w:p w14:paraId="586A8710" w14:textId="77777777" w:rsidR="00CE1F60" w:rsidRDefault="00000000" w:rsidP="009F3C5F">
      <w:pPr>
        <w:spacing w:after="80" w:line="480" w:lineRule="auto"/>
      </w:pPr>
      <w:r>
        <w:rPr>
          <w:b/>
        </w:rPr>
        <w:t>6. Kamyon, otobüs ve ağır ticari araçlarda yaygın olarak kullanılır.</w:t>
      </w:r>
    </w:p>
    <w:p w14:paraId="09CC6867" w14:textId="77777777" w:rsidR="00CE1F60" w:rsidRDefault="00000000" w:rsidP="009F3C5F">
      <w:pPr>
        <w:spacing w:after="80" w:line="480" w:lineRule="auto"/>
      </w:pPr>
      <w:r>
        <w:rPr>
          <w:b/>
        </w:rPr>
        <w:t>7. hidrovak</w:t>
      </w:r>
    </w:p>
    <w:p w14:paraId="01CDE700" w14:textId="77777777" w:rsidR="00CE1F60" w:rsidRDefault="00000000" w:rsidP="009F3C5F">
      <w:pPr>
        <w:spacing w:after="80" w:line="480" w:lineRule="auto"/>
      </w:pPr>
      <w:r>
        <w:rPr>
          <w:b/>
        </w:rPr>
        <w:t>8. ABS</w:t>
      </w:r>
    </w:p>
    <w:p w14:paraId="5323AB96" w14:textId="77777777" w:rsidR="00CE1F60" w:rsidRDefault="00000000" w:rsidP="009F3C5F">
      <w:pPr>
        <w:spacing w:after="80" w:line="480" w:lineRule="auto"/>
      </w:pPr>
      <w:r>
        <w:rPr>
          <w:b/>
        </w:rPr>
        <w:t>9. Doğru</w:t>
      </w:r>
    </w:p>
    <w:p w14:paraId="1A7A895D" w14:textId="77777777" w:rsidR="00CE1F60" w:rsidRDefault="00000000" w:rsidP="009F3C5F">
      <w:pPr>
        <w:spacing w:after="80" w:line="480" w:lineRule="auto"/>
      </w:pPr>
      <w:r>
        <w:rPr>
          <w:b/>
        </w:rPr>
        <w:t>10. Yanlış</w:t>
      </w:r>
    </w:p>
    <w:sectPr w:rsidR="00CE1F60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4D41"/>
    <w:rsid w:val="0029639D"/>
    <w:rsid w:val="00326F90"/>
    <w:rsid w:val="003C0A2A"/>
    <w:rsid w:val="005E2E6A"/>
    <w:rsid w:val="005F278E"/>
    <w:rsid w:val="006C4C2A"/>
    <w:rsid w:val="009F3C5F"/>
    <w:rsid w:val="00AA1D8D"/>
    <w:rsid w:val="00B47730"/>
    <w:rsid w:val="00CA595C"/>
    <w:rsid w:val="00CB0664"/>
    <w:rsid w:val="00CE1F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D453D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2026-09-23T14:51:00Z</dcterms:modified>
  <cp:category/>
</cp:coreProperties>
</file>