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0E233" w14:textId="77777777" w:rsidR="00D221F6" w:rsidRPr="009E14E8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9E14E8">
        <w:rPr>
          <w:b/>
          <w:sz w:val="24"/>
          <w:szCs w:val="24"/>
        </w:rPr>
        <w:t>YAHŞİHAN MESLEKİ EĞİTİM MERKEZİ</w:t>
      </w:r>
    </w:p>
    <w:p w14:paraId="1902BBCF" w14:textId="77777777" w:rsidR="00D221F6" w:rsidRPr="009E14E8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9E14E8">
        <w:rPr>
          <w:b/>
          <w:sz w:val="24"/>
          <w:szCs w:val="24"/>
        </w:rPr>
        <w:t>2026/2027 EĞİTİM ÖĞRETİM YILI MOTORLU ARAÇLAR TEKNOLOJİSİ ALANI</w:t>
      </w:r>
    </w:p>
    <w:p w14:paraId="18EBC2A7" w14:textId="13632F31" w:rsidR="00D221F6" w:rsidRDefault="00000000" w:rsidP="00123045">
      <w:pPr>
        <w:spacing w:after="20" w:line="360" w:lineRule="auto"/>
        <w:jc w:val="center"/>
        <w:rPr>
          <w:b/>
          <w:sz w:val="24"/>
          <w:szCs w:val="24"/>
        </w:rPr>
      </w:pPr>
      <w:r w:rsidRPr="009E14E8">
        <w:rPr>
          <w:b/>
          <w:sz w:val="24"/>
          <w:szCs w:val="24"/>
        </w:rPr>
        <w:t>OTOMOTİV ELEKTRİK UYGULAMALARI DERSİ 1. DÖNEM 1. YAZILI SINAVI</w:t>
      </w:r>
    </w:p>
    <w:p w14:paraId="27973AF7" w14:textId="77777777" w:rsidR="00D221F6" w:rsidRPr="009E14E8" w:rsidRDefault="00000000" w:rsidP="00123045">
      <w:pPr>
        <w:spacing w:after="40" w:line="360" w:lineRule="auto"/>
        <w:rPr>
          <w:sz w:val="24"/>
          <w:szCs w:val="24"/>
        </w:rPr>
      </w:pPr>
      <w:r w:rsidRPr="009E14E8">
        <w:rPr>
          <w:sz w:val="24"/>
          <w:szCs w:val="24"/>
        </w:rPr>
        <w:t>Adı Soyadı: ............................................................    Sınıfı/No: ....................    Aldığı Not: ............</w:t>
      </w:r>
    </w:p>
    <w:p w14:paraId="6FBDD558" w14:textId="77777777" w:rsidR="00D221F6" w:rsidRPr="00123045" w:rsidRDefault="00000000">
      <w:pPr>
        <w:jc w:val="center"/>
        <w:rPr>
          <w:sz w:val="22"/>
        </w:rPr>
      </w:pPr>
      <w:r w:rsidRPr="00123045">
        <w:rPr>
          <w:b/>
          <w:sz w:val="22"/>
        </w:rPr>
        <w:t>SORULAR</w:t>
      </w:r>
    </w:p>
    <w:p w14:paraId="60AE72F9" w14:textId="77777777" w:rsidR="00D221F6" w:rsidRPr="009E14E8" w:rsidRDefault="00000000" w:rsidP="00482046">
      <w:pPr>
        <w:spacing w:after="20" w:line="360" w:lineRule="auto"/>
        <w:rPr>
          <w:sz w:val="22"/>
        </w:rPr>
      </w:pPr>
      <w:r w:rsidRPr="009E14E8">
        <w:rPr>
          <w:b/>
          <w:sz w:val="22"/>
        </w:rPr>
        <w:t xml:space="preserve">1. </w:t>
      </w:r>
      <w:r w:rsidRPr="009E14E8">
        <w:rPr>
          <w:sz w:val="22"/>
        </w:rPr>
        <w:t>Oto teybinin elektrik bağlantısında kullanılan dört temel kablo rengini yazınız. (10 Puan)</w:t>
      </w:r>
    </w:p>
    <w:p w14:paraId="1F7DAAC7" w14:textId="64AAF780" w:rsidR="00D221F6" w:rsidRDefault="00000000" w:rsidP="00482046">
      <w:pPr>
        <w:spacing w:after="20" w:line="360" w:lineRule="auto"/>
        <w:rPr>
          <w:sz w:val="22"/>
        </w:rPr>
      </w:pPr>
      <w:r w:rsidRPr="009E14E8">
        <w:rPr>
          <w:b/>
          <w:sz w:val="22"/>
        </w:rPr>
        <w:t xml:space="preserve">2. </w:t>
      </w:r>
      <w:r w:rsidR="00A66A77">
        <w:rPr>
          <w:sz w:val="22"/>
        </w:rPr>
        <w:t>Aşağıdaki amplifikatördeki numaralandırılmış bağlantılardan 5 tanesini yazınız.</w:t>
      </w:r>
      <w:r w:rsidRPr="009E14E8">
        <w:rPr>
          <w:sz w:val="22"/>
        </w:rPr>
        <w:t xml:space="preserve"> (</w:t>
      </w:r>
      <w:r w:rsidR="00A66A77">
        <w:rPr>
          <w:sz w:val="22"/>
        </w:rPr>
        <w:t>20</w:t>
      </w:r>
      <w:r w:rsidRPr="009E14E8">
        <w:rPr>
          <w:sz w:val="22"/>
        </w:rPr>
        <w:t xml:space="preserve"> Puan)</w:t>
      </w:r>
    </w:p>
    <w:p w14:paraId="4163297B" w14:textId="3C0F2DB5" w:rsidR="00A66A77" w:rsidRPr="009E14E8" w:rsidRDefault="00A66A77" w:rsidP="00482046">
      <w:pPr>
        <w:spacing w:after="20" w:line="360" w:lineRule="auto"/>
        <w:rPr>
          <w:sz w:val="22"/>
        </w:rPr>
      </w:pPr>
      <w:r>
        <w:rPr>
          <w:noProof/>
          <w:sz w:val="22"/>
        </w:rPr>
        <w:drawing>
          <wp:inline distT="0" distB="0" distL="0" distR="0" wp14:anchorId="2D594F39" wp14:editId="20507F72">
            <wp:extent cx="6764020" cy="1830070"/>
            <wp:effectExtent l="0" t="0" r="0" b="0"/>
            <wp:docPr id="43219798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197981" name="Resim 43219798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64020" cy="183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D527C" w14:textId="77777777" w:rsidR="00D221F6" w:rsidRPr="009E14E8" w:rsidRDefault="00000000" w:rsidP="00482046">
      <w:pPr>
        <w:spacing w:after="20" w:line="360" w:lineRule="auto"/>
        <w:rPr>
          <w:sz w:val="22"/>
        </w:rPr>
      </w:pPr>
      <w:r w:rsidRPr="009E14E8">
        <w:rPr>
          <w:b/>
          <w:sz w:val="22"/>
        </w:rPr>
        <w:t xml:space="preserve">3. </w:t>
      </w:r>
      <w:r w:rsidRPr="009E14E8">
        <w:rPr>
          <w:sz w:val="22"/>
        </w:rPr>
        <w:t>Oto teybinin kırmızı kablosunun görevi nedir? (10 Puan)</w:t>
      </w:r>
    </w:p>
    <w:p w14:paraId="21222FBF" w14:textId="77777777" w:rsidR="00D221F6" w:rsidRPr="009E14E8" w:rsidRDefault="00000000" w:rsidP="00482046">
      <w:pPr>
        <w:spacing w:after="20" w:line="360" w:lineRule="auto"/>
        <w:rPr>
          <w:sz w:val="22"/>
        </w:rPr>
      </w:pPr>
      <w:r w:rsidRPr="009E14E8">
        <w:rPr>
          <w:b/>
          <w:sz w:val="22"/>
        </w:rPr>
        <w:t xml:space="preserve">4. </w:t>
      </w:r>
      <w:r w:rsidRPr="009E14E8">
        <w:rPr>
          <w:sz w:val="22"/>
        </w:rPr>
        <w:t>Oto teybinin sarı kablosunun görevi nedir? (10 Puan)</w:t>
      </w:r>
    </w:p>
    <w:p w14:paraId="378E7DEA" w14:textId="77777777" w:rsidR="00D221F6" w:rsidRPr="009E14E8" w:rsidRDefault="00000000" w:rsidP="00482046">
      <w:pPr>
        <w:spacing w:after="20" w:line="360" w:lineRule="auto"/>
        <w:rPr>
          <w:sz w:val="22"/>
        </w:rPr>
      </w:pPr>
      <w:r w:rsidRPr="009E14E8">
        <w:rPr>
          <w:b/>
          <w:sz w:val="22"/>
        </w:rPr>
        <w:t xml:space="preserve">5. </w:t>
      </w:r>
      <w:r w:rsidRPr="009E14E8">
        <w:rPr>
          <w:sz w:val="22"/>
        </w:rPr>
        <w:t>Ekolayzerin görevi nedir? (10 Puan)</w:t>
      </w:r>
    </w:p>
    <w:p w14:paraId="70815771" w14:textId="77777777" w:rsidR="00D221F6" w:rsidRPr="009E14E8" w:rsidRDefault="00000000" w:rsidP="00482046">
      <w:pPr>
        <w:spacing w:after="20" w:line="360" w:lineRule="auto"/>
        <w:rPr>
          <w:sz w:val="22"/>
        </w:rPr>
      </w:pPr>
      <w:r w:rsidRPr="009E14E8">
        <w:rPr>
          <w:b/>
          <w:sz w:val="22"/>
        </w:rPr>
        <w:t xml:space="preserve">6. </w:t>
      </w:r>
      <w:r w:rsidRPr="009E14E8">
        <w:rPr>
          <w:sz w:val="22"/>
        </w:rPr>
        <w:t>Oto seslendirme sisteminde kullanılan hoparlör çeşitlerinden üçünü yazınız. (10 Puan)</w:t>
      </w:r>
    </w:p>
    <w:p w14:paraId="2D04774C" w14:textId="77777777" w:rsidR="00D221F6" w:rsidRPr="009E14E8" w:rsidRDefault="00000000" w:rsidP="00482046">
      <w:pPr>
        <w:spacing w:after="20" w:line="360" w:lineRule="auto"/>
        <w:rPr>
          <w:sz w:val="22"/>
        </w:rPr>
      </w:pPr>
      <w:r w:rsidRPr="009E14E8">
        <w:rPr>
          <w:b/>
          <w:sz w:val="22"/>
        </w:rPr>
        <w:t xml:space="preserve">7. </w:t>
      </w:r>
      <w:r w:rsidRPr="009E14E8">
        <w:rPr>
          <w:sz w:val="22"/>
        </w:rPr>
        <w:t>Amplifikatörün temel görevi nedir? (10 Puan)</w:t>
      </w:r>
    </w:p>
    <w:p w14:paraId="1F617228" w14:textId="77777777" w:rsidR="00D221F6" w:rsidRPr="009E14E8" w:rsidRDefault="00000000" w:rsidP="00482046">
      <w:pPr>
        <w:spacing w:after="20" w:line="360" w:lineRule="auto"/>
        <w:rPr>
          <w:sz w:val="22"/>
        </w:rPr>
      </w:pPr>
      <w:r w:rsidRPr="009E14E8">
        <w:rPr>
          <w:b/>
          <w:sz w:val="22"/>
        </w:rPr>
        <w:t xml:space="preserve">8. </w:t>
      </w:r>
      <w:r w:rsidRPr="009E14E8">
        <w:rPr>
          <w:sz w:val="22"/>
        </w:rPr>
        <w:t>Boşluğu doldurunuz: Oto teybinin şase bağlantısında ______ renkli kablo kullanılır. (10 Puan)</w:t>
      </w:r>
    </w:p>
    <w:p w14:paraId="42603A15" w14:textId="0AA26376" w:rsidR="009E14E8" w:rsidRPr="009E14E8" w:rsidRDefault="00A66A77" w:rsidP="00482046">
      <w:pPr>
        <w:spacing w:after="20" w:line="360" w:lineRule="auto"/>
        <w:rPr>
          <w:sz w:val="22"/>
        </w:rPr>
      </w:pPr>
      <w:r>
        <w:rPr>
          <w:b/>
          <w:sz w:val="22"/>
        </w:rPr>
        <w:t>9</w:t>
      </w:r>
      <w:r w:rsidRPr="009E14E8">
        <w:rPr>
          <w:b/>
          <w:sz w:val="22"/>
        </w:rPr>
        <w:t xml:space="preserve">. </w:t>
      </w:r>
      <w:r w:rsidRPr="009E14E8">
        <w:rPr>
          <w:sz w:val="22"/>
        </w:rPr>
        <w:t>Oto seslendirme sisteminde görülebilecek arızalardan beşini yazınız. (10 Puan)</w:t>
      </w:r>
    </w:p>
    <w:p w14:paraId="597A1E75" w14:textId="77777777" w:rsidR="00D221F6" w:rsidRPr="009E14E8" w:rsidRDefault="00000000" w:rsidP="00123045">
      <w:pPr>
        <w:ind w:left="4320" w:firstLine="720"/>
        <w:jc w:val="center"/>
        <w:rPr>
          <w:sz w:val="22"/>
        </w:rPr>
      </w:pPr>
      <w:r w:rsidRPr="009E14E8">
        <w:rPr>
          <w:sz w:val="22"/>
        </w:rPr>
        <w:t>Başarılar</w:t>
      </w:r>
    </w:p>
    <w:p w14:paraId="3CEF6138" w14:textId="77777777" w:rsidR="00D221F6" w:rsidRPr="009E14E8" w:rsidRDefault="00000000">
      <w:pPr>
        <w:rPr>
          <w:sz w:val="22"/>
        </w:rPr>
      </w:pPr>
      <w:r w:rsidRPr="009E14E8">
        <w:rPr>
          <w:b/>
          <w:bCs/>
          <w:sz w:val="22"/>
          <w:u w:val="single"/>
        </w:rPr>
        <w:t>Süre:</w:t>
      </w:r>
      <w:r w:rsidRPr="009E14E8">
        <w:rPr>
          <w:sz w:val="22"/>
        </w:rPr>
        <w:t xml:space="preserve"> 40 Dk</w:t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Pr="009E14E8">
        <w:rPr>
          <w:sz w:val="22"/>
        </w:rPr>
        <w:t>Mot.Arç.Tekn Öğrt Abdullah YANIK</w:t>
      </w:r>
    </w:p>
    <w:p w14:paraId="46717EB4" w14:textId="77777777" w:rsidR="00D221F6" w:rsidRDefault="00000000">
      <w:r>
        <w:br w:type="page"/>
      </w:r>
    </w:p>
    <w:p w14:paraId="0B16A5AC" w14:textId="77777777" w:rsidR="00D221F6" w:rsidRPr="009E14E8" w:rsidRDefault="00000000" w:rsidP="00123045">
      <w:pPr>
        <w:pageBreakBefore/>
        <w:spacing w:after="20" w:line="360" w:lineRule="auto"/>
        <w:jc w:val="center"/>
        <w:rPr>
          <w:sz w:val="24"/>
          <w:szCs w:val="24"/>
        </w:rPr>
      </w:pPr>
      <w:r w:rsidRPr="009E14E8">
        <w:rPr>
          <w:b/>
          <w:sz w:val="24"/>
          <w:szCs w:val="24"/>
        </w:rPr>
        <w:lastRenderedPageBreak/>
        <w:t>YAHŞİHAN MESLEKİ EĞİTİM MERKEZİ</w:t>
      </w:r>
    </w:p>
    <w:p w14:paraId="7EDE68A2" w14:textId="77777777" w:rsidR="00D221F6" w:rsidRPr="009E14E8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9E14E8">
        <w:rPr>
          <w:b/>
          <w:sz w:val="24"/>
          <w:szCs w:val="24"/>
        </w:rPr>
        <w:t>2026/2027 EĞİTİM ÖĞRETİM YILI MOTORLU ARAÇLAR TEKNOLOJİSİ ALANI</w:t>
      </w:r>
    </w:p>
    <w:p w14:paraId="3561150D" w14:textId="4E135EC3" w:rsidR="00D221F6" w:rsidRDefault="00000000" w:rsidP="00123045">
      <w:pPr>
        <w:spacing w:after="20" w:line="360" w:lineRule="auto"/>
        <w:jc w:val="center"/>
        <w:rPr>
          <w:b/>
          <w:sz w:val="22"/>
        </w:rPr>
      </w:pPr>
      <w:r w:rsidRPr="009E14E8">
        <w:rPr>
          <w:b/>
          <w:sz w:val="22"/>
        </w:rPr>
        <w:t>OTOMOTİV ELEKTRİK UYGULAMALARI DERSİ 1. DÖNEM 1. YAZILI SINAVI CEVAP ANAHTARI</w:t>
      </w:r>
    </w:p>
    <w:p w14:paraId="28536DDC" w14:textId="77777777" w:rsidR="009E14E8" w:rsidRPr="009E14E8" w:rsidRDefault="009E14E8" w:rsidP="00123045">
      <w:pPr>
        <w:spacing w:after="20" w:line="360" w:lineRule="auto"/>
        <w:jc w:val="center"/>
        <w:rPr>
          <w:b/>
          <w:sz w:val="22"/>
        </w:rPr>
      </w:pPr>
    </w:p>
    <w:p w14:paraId="5E9CABFD" w14:textId="77777777" w:rsidR="00A8200A" w:rsidRPr="009E14E8" w:rsidRDefault="00000000">
      <w:pPr>
        <w:rPr>
          <w:sz w:val="22"/>
        </w:rPr>
      </w:pPr>
      <w:r w:rsidRPr="009E14E8">
        <w:rPr>
          <w:b/>
          <w:sz w:val="22"/>
        </w:rPr>
        <w:t xml:space="preserve">1. </w:t>
      </w:r>
      <w:r w:rsidRPr="009E14E8">
        <w:rPr>
          <w:sz w:val="22"/>
        </w:rPr>
        <w:t>Oto teybinin elektrik bağlantısında kullanılan dört temel kablo rengini yazınız. (10 Puan)</w:t>
      </w:r>
    </w:p>
    <w:p w14:paraId="3B7EF0FC" w14:textId="77777777" w:rsidR="00A8200A" w:rsidRPr="009E14E8" w:rsidRDefault="00000000" w:rsidP="009E14E8">
      <w:pPr>
        <w:ind w:left="284"/>
        <w:rPr>
          <w:sz w:val="22"/>
        </w:rPr>
      </w:pPr>
      <w:r w:rsidRPr="009E14E8">
        <w:rPr>
          <w:b/>
          <w:sz w:val="22"/>
        </w:rPr>
        <w:t xml:space="preserve">1. </w:t>
      </w:r>
      <w:r w:rsidRPr="009E14E8">
        <w:rPr>
          <w:sz w:val="22"/>
        </w:rPr>
        <w:t>Kırmızı</w:t>
      </w:r>
    </w:p>
    <w:p w14:paraId="0FEFD8DA" w14:textId="77777777" w:rsidR="00A8200A" w:rsidRPr="009E14E8" w:rsidRDefault="00000000" w:rsidP="009E14E8">
      <w:pPr>
        <w:ind w:left="284"/>
        <w:rPr>
          <w:sz w:val="22"/>
        </w:rPr>
      </w:pPr>
      <w:r w:rsidRPr="009E14E8">
        <w:rPr>
          <w:b/>
          <w:sz w:val="22"/>
        </w:rPr>
        <w:t xml:space="preserve">2. </w:t>
      </w:r>
      <w:r w:rsidRPr="009E14E8">
        <w:rPr>
          <w:sz w:val="22"/>
        </w:rPr>
        <w:t>Siyah</w:t>
      </w:r>
    </w:p>
    <w:p w14:paraId="7F5EECD9" w14:textId="77777777" w:rsidR="00A8200A" w:rsidRPr="009E14E8" w:rsidRDefault="00000000" w:rsidP="009E14E8">
      <w:pPr>
        <w:ind w:left="284"/>
        <w:rPr>
          <w:sz w:val="22"/>
        </w:rPr>
      </w:pPr>
      <w:r w:rsidRPr="009E14E8">
        <w:rPr>
          <w:b/>
          <w:sz w:val="22"/>
        </w:rPr>
        <w:t xml:space="preserve">3. </w:t>
      </w:r>
      <w:r w:rsidRPr="009E14E8">
        <w:rPr>
          <w:sz w:val="22"/>
        </w:rPr>
        <w:t>Sarı</w:t>
      </w:r>
    </w:p>
    <w:p w14:paraId="77B12FDF" w14:textId="77777777" w:rsidR="00A8200A" w:rsidRPr="009E14E8" w:rsidRDefault="00000000" w:rsidP="009E14E8">
      <w:pPr>
        <w:ind w:left="284"/>
        <w:rPr>
          <w:sz w:val="22"/>
        </w:rPr>
      </w:pPr>
      <w:r w:rsidRPr="009E14E8">
        <w:rPr>
          <w:b/>
          <w:sz w:val="22"/>
        </w:rPr>
        <w:t xml:space="preserve">4. </w:t>
      </w:r>
      <w:r w:rsidRPr="009E14E8">
        <w:rPr>
          <w:sz w:val="22"/>
        </w:rPr>
        <w:t>Turuncu</w:t>
      </w:r>
    </w:p>
    <w:p w14:paraId="509AB886" w14:textId="4B14A428" w:rsidR="00A66A77" w:rsidRDefault="00A66A77" w:rsidP="00A66A77">
      <w:pPr>
        <w:spacing w:after="20" w:line="360" w:lineRule="auto"/>
        <w:rPr>
          <w:sz w:val="22"/>
        </w:rPr>
      </w:pPr>
      <w:r w:rsidRPr="009E14E8">
        <w:rPr>
          <w:b/>
          <w:sz w:val="22"/>
        </w:rPr>
        <w:t xml:space="preserve">2. </w:t>
      </w:r>
      <w:r>
        <w:rPr>
          <w:sz w:val="22"/>
        </w:rPr>
        <w:t xml:space="preserve">Aşağıdaki amplifikatördeki numaralandırılmış bağlantıların isimleri </w:t>
      </w:r>
      <w:r w:rsidRPr="009E14E8">
        <w:rPr>
          <w:sz w:val="22"/>
        </w:rPr>
        <w:t>(</w:t>
      </w:r>
      <w:r>
        <w:rPr>
          <w:sz w:val="22"/>
        </w:rPr>
        <w:t>20</w:t>
      </w:r>
      <w:r w:rsidRPr="009E14E8">
        <w:rPr>
          <w:sz w:val="22"/>
        </w:rPr>
        <w:t xml:space="preserve"> Puan)</w:t>
      </w:r>
    </w:p>
    <w:p w14:paraId="730B48EE" w14:textId="4AE477D2" w:rsidR="00A66A77" w:rsidRPr="009E14E8" w:rsidRDefault="00A66A77">
      <w:pPr>
        <w:rPr>
          <w:sz w:val="22"/>
        </w:rPr>
      </w:pPr>
      <w:r>
        <w:rPr>
          <w:noProof/>
          <w:sz w:val="22"/>
        </w:rPr>
        <w:drawing>
          <wp:inline distT="0" distB="0" distL="0" distR="0" wp14:anchorId="39D582F0" wp14:editId="6B4329AB">
            <wp:extent cx="6764020" cy="2693035"/>
            <wp:effectExtent l="0" t="0" r="0" b="0"/>
            <wp:docPr id="2016668566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668566" name="Resim 201666856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64020" cy="269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9EBB4" w14:textId="77777777" w:rsidR="00A8200A" w:rsidRPr="009E14E8" w:rsidRDefault="00000000">
      <w:pPr>
        <w:rPr>
          <w:sz w:val="22"/>
        </w:rPr>
      </w:pPr>
      <w:r w:rsidRPr="009E14E8">
        <w:rPr>
          <w:b/>
          <w:sz w:val="22"/>
        </w:rPr>
        <w:t xml:space="preserve">3. </w:t>
      </w:r>
      <w:r w:rsidRPr="009E14E8">
        <w:rPr>
          <w:sz w:val="22"/>
        </w:rPr>
        <w:t>Oto teybinin kırmızı kablosunun görevi nedir? (10 Puan)</w:t>
      </w:r>
    </w:p>
    <w:p w14:paraId="54842BEF" w14:textId="77777777" w:rsidR="00A8200A" w:rsidRPr="009E14E8" w:rsidRDefault="00000000" w:rsidP="009E14E8">
      <w:pPr>
        <w:ind w:left="284"/>
        <w:rPr>
          <w:sz w:val="22"/>
        </w:rPr>
      </w:pPr>
      <w:r w:rsidRPr="009E14E8">
        <w:rPr>
          <w:sz w:val="22"/>
        </w:rPr>
        <w:t>Teybin +12 V besleme ucudur.</w:t>
      </w:r>
    </w:p>
    <w:p w14:paraId="6D965DF7" w14:textId="77777777" w:rsidR="00A8200A" w:rsidRPr="009E14E8" w:rsidRDefault="00000000">
      <w:pPr>
        <w:rPr>
          <w:sz w:val="22"/>
        </w:rPr>
      </w:pPr>
      <w:r w:rsidRPr="009E14E8">
        <w:rPr>
          <w:b/>
          <w:sz w:val="22"/>
        </w:rPr>
        <w:t xml:space="preserve">4. </w:t>
      </w:r>
      <w:r w:rsidRPr="009E14E8">
        <w:rPr>
          <w:sz w:val="22"/>
        </w:rPr>
        <w:t>Oto teybinin sarı kablosunun görevi nedir? (10 Puan)</w:t>
      </w:r>
    </w:p>
    <w:p w14:paraId="3C9FCD62" w14:textId="77777777" w:rsidR="00A8200A" w:rsidRPr="009E14E8" w:rsidRDefault="00000000" w:rsidP="009E14E8">
      <w:pPr>
        <w:ind w:left="284"/>
        <w:rPr>
          <w:sz w:val="22"/>
        </w:rPr>
      </w:pPr>
      <w:r w:rsidRPr="009E14E8">
        <w:rPr>
          <w:sz w:val="22"/>
        </w:rPr>
        <w:t>Hafıza birimini sürekli besler.</w:t>
      </w:r>
    </w:p>
    <w:p w14:paraId="5996FDCB" w14:textId="77777777" w:rsidR="00A8200A" w:rsidRPr="009E14E8" w:rsidRDefault="00000000">
      <w:pPr>
        <w:rPr>
          <w:sz w:val="22"/>
        </w:rPr>
      </w:pPr>
      <w:r w:rsidRPr="009E14E8">
        <w:rPr>
          <w:b/>
          <w:sz w:val="22"/>
        </w:rPr>
        <w:t xml:space="preserve">5. </w:t>
      </w:r>
      <w:r w:rsidRPr="009E14E8">
        <w:rPr>
          <w:sz w:val="22"/>
        </w:rPr>
        <w:t>Ekolayzerin görevi nedir? (10 Puan)</w:t>
      </w:r>
    </w:p>
    <w:p w14:paraId="109342BE" w14:textId="77777777" w:rsidR="00A8200A" w:rsidRPr="009E14E8" w:rsidRDefault="00000000" w:rsidP="009E14E8">
      <w:pPr>
        <w:ind w:left="284"/>
        <w:rPr>
          <w:sz w:val="22"/>
        </w:rPr>
      </w:pPr>
      <w:r w:rsidRPr="009E14E8">
        <w:rPr>
          <w:sz w:val="22"/>
        </w:rPr>
        <w:t>Ses frekanslarının şiddetini ayarlamaktır.</w:t>
      </w:r>
    </w:p>
    <w:p w14:paraId="7C743F5F" w14:textId="77777777" w:rsidR="00A8200A" w:rsidRPr="009E14E8" w:rsidRDefault="00000000">
      <w:pPr>
        <w:rPr>
          <w:sz w:val="22"/>
        </w:rPr>
      </w:pPr>
      <w:r w:rsidRPr="009E14E8">
        <w:rPr>
          <w:b/>
          <w:sz w:val="22"/>
        </w:rPr>
        <w:t xml:space="preserve">6. </w:t>
      </w:r>
      <w:r w:rsidRPr="009E14E8">
        <w:rPr>
          <w:sz w:val="22"/>
        </w:rPr>
        <w:t>Oto seslendirme sisteminde kullanılan hoparlör çeşitlerinden üçünü yazınız. (10 Puan)</w:t>
      </w:r>
    </w:p>
    <w:p w14:paraId="12B0233D" w14:textId="77777777" w:rsidR="00A8200A" w:rsidRPr="009E14E8" w:rsidRDefault="00000000" w:rsidP="009E14E8">
      <w:pPr>
        <w:ind w:left="284"/>
        <w:rPr>
          <w:sz w:val="22"/>
        </w:rPr>
      </w:pPr>
      <w:r w:rsidRPr="009E14E8">
        <w:rPr>
          <w:b/>
          <w:sz w:val="22"/>
        </w:rPr>
        <w:t xml:space="preserve">1. </w:t>
      </w:r>
      <w:r w:rsidRPr="009E14E8">
        <w:rPr>
          <w:sz w:val="22"/>
        </w:rPr>
        <w:t>Dinamik hoparlör</w:t>
      </w:r>
    </w:p>
    <w:p w14:paraId="0A449B3A" w14:textId="77777777" w:rsidR="00A8200A" w:rsidRPr="009E14E8" w:rsidRDefault="00000000" w:rsidP="009E14E8">
      <w:pPr>
        <w:ind w:left="284"/>
        <w:rPr>
          <w:sz w:val="22"/>
        </w:rPr>
      </w:pPr>
      <w:r w:rsidRPr="009E14E8">
        <w:rPr>
          <w:b/>
          <w:sz w:val="22"/>
        </w:rPr>
        <w:t xml:space="preserve">2. </w:t>
      </w:r>
      <w:r w:rsidRPr="009E14E8">
        <w:rPr>
          <w:sz w:val="22"/>
        </w:rPr>
        <w:t>Hava tazyikli hoparlör</w:t>
      </w:r>
    </w:p>
    <w:p w14:paraId="0503BF2A" w14:textId="77777777" w:rsidR="00A8200A" w:rsidRPr="009E14E8" w:rsidRDefault="00000000" w:rsidP="009E14E8">
      <w:pPr>
        <w:ind w:left="284"/>
        <w:rPr>
          <w:sz w:val="22"/>
        </w:rPr>
      </w:pPr>
      <w:r w:rsidRPr="009E14E8">
        <w:rPr>
          <w:b/>
          <w:sz w:val="22"/>
        </w:rPr>
        <w:t xml:space="preserve">3. </w:t>
      </w:r>
      <w:r w:rsidRPr="009E14E8">
        <w:rPr>
          <w:sz w:val="22"/>
        </w:rPr>
        <w:t>Piezoelektrik hoparlör</w:t>
      </w:r>
    </w:p>
    <w:p w14:paraId="7BC95F7B" w14:textId="77777777" w:rsidR="00A8200A" w:rsidRPr="009E14E8" w:rsidRDefault="00000000">
      <w:pPr>
        <w:rPr>
          <w:sz w:val="22"/>
        </w:rPr>
      </w:pPr>
      <w:r w:rsidRPr="009E14E8">
        <w:rPr>
          <w:b/>
          <w:sz w:val="22"/>
        </w:rPr>
        <w:t xml:space="preserve">7. </w:t>
      </w:r>
      <w:r w:rsidRPr="009E14E8">
        <w:rPr>
          <w:sz w:val="22"/>
        </w:rPr>
        <w:t>Amplifikatörün temel görevi nedir? (10 Puan)</w:t>
      </w:r>
    </w:p>
    <w:p w14:paraId="7760FED8" w14:textId="77777777" w:rsidR="00A8200A" w:rsidRPr="009E14E8" w:rsidRDefault="00000000" w:rsidP="009E14E8">
      <w:pPr>
        <w:ind w:left="284"/>
        <w:rPr>
          <w:sz w:val="22"/>
        </w:rPr>
      </w:pPr>
      <w:r w:rsidRPr="009E14E8">
        <w:rPr>
          <w:sz w:val="22"/>
        </w:rPr>
        <w:t>Ses sinyalini güçlendirmektir.</w:t>
      </w:r>
    </w:p>
    <w:p w14:paraId="5F1DACC3" w14:textId="77777777" w:rsidR="00A8200A" w:rsidRPr="009E14E8" w:rsidRDefault="00000000">
      <w:pPr>
        <w:rPr>
          <w:sz w:val="22"/>
        </w:rPr>
      </w:pPr>
      <w:r w:rsidRPr="009E14E8">
        <w:rPr>
          <w:b/>
          <w:sz w:val="22"/>
        </w:rPr>
        <w:t xml:space="preserve">8. </w:t>
      </w:r>
      <w:r w:rsidRPr="009E14E8">
        <w:rPr>
          <w:sz w:val="22"/>
        </w:rPr>
        <w:t>Boşluğu doldurunuz: Oto teybinin şase bağlantısında ______ renkli kablo kullanılır. (10 Puan)</w:t>
      </w:r>
    </w:p>
    <w:p w14:paraId="10799E44" w14:textId="77777777" w:rsidR="00A8200A" w:rsidRPr="009E14E8" w:rsidRDefault="00000000" w:rsidP="009E14E8">
      <w:pPr>
        <w:ind w:left="284"/>
        <w:rPr>
          <w:sz w:val="22"/>
        </w:rPr>
      </w:pPr>
      <w:r w:rsidRPr="009E14E8">
        <w:rPr>
          <w:sz w:val="22"/>
        </w:rPr>
        <w:t>siyah</w:t>
      </w:r>
    </w:p>
    <w:p w14:paraId="0F701F2D" w14:textId="020330E5" w:rsidR="00A8200A" w:rsidRPr="009E14E8" w:rsidRDefault="00A66A77">
      <w:pPr>
        <w:rPr>
          <w:sz w:val="22"/>
        </w:rPr>
      </w:pPr>
      <w:r>
        <w:rPr>
          <w:b/>
          <w:sz w:val="22"/>
        </w:rPr>
        <w:t>9</w:t>
      </w:r>
      <w:r w:rsidRPr="009E14E8">
        <w:rPr>
          <w:b/>
          <w:sz w:val="22"/>
        </w:rPr>
        <w:t xml:space="preserve">. </w:t>
      </w:r>
      <w:r w:rsidRPr="009E14E8">
        <w:rPr>
          <w:sz w:val="22"/>
        </w:rPr>
        <w:t>Oto seslendirme sisteminde görülebilecek arızalardan beşini yazınız. (10 Puan)</w:t>
      </w:r>
    </w:p>
    <w:p w14:paraId="5B68C981" w14:textId="77777777" w:rsidR="00A8200A" w:rsidRPr="009E14E8" w:rsidRDefault="00000000" w:rsidP="009E14E8">
      <w:pPr>
        <w:ind w:left="284"/>
        <w:rPr>
          <w:sz w:val="22"/>
        </w:rPr>
      </w:pPr>
      <w:r w:rsidRPr="009E14E8">
        <w:rPr>
          <w:b/>
          <w:sz w:val="22"/>
        </w:rPr>
        <w:t xml:space="preserve">1. </w:t>
      </w:r>
      <w:r w:rsidRPr="009E14E8">
        <w:rPr>
          <w:sz w:val="22"/>
        </w:rPr>
        <w:t>Teybin çalışmaması</w:t>
      </w:r>
    </w:p>
    <w:p w14:paraId="5E0730A1" w14:textId="77777777" w:rsidR="00A8200A" w:rsidRPr="009E14E8" w:rsidRDefault="00000000" w:rsidP="009E14E8">
      <w:pPr>
        <w:ind w:left="284"/>
        <w:rPr>
          <w:sz w:val="22"/>
        </w:rPr>
      </w:pPr>
      <w:r w:rsidRPr="009E14E8">
        <w:rPr>
          <w:b/>
          <w:sz w:val="22"/>
        </w:rPr>
        <w:t xml:space="preserve">2. </w:t>
      </w:r>
      <w:r w:rsidRPr="009E14E8">
        <w:rPr>
          <w:sz w:val="22"/>
        </w:rPr>
        <w:t>Ses çıkmaması</w:t>
      </w:r>
    </w:p>
    <w:p w14:paraId="54E1775D" w14:textId="77777777" w:rsidR="00A8200A" w:rsidRPr="009E14E8" w:rsidRDefault="00000000" w:rsidP="009E14E8">
      <w:pPr>
        <w:ind w:left="284"/>
        <w:rPr>
          <w:sz w:val="22"/>
        </w:rPr>
      </w:pPr>
      <w:r w:rsidRPr="009E14E8">
        <w:rPr>
          <w:b/>
          <w:sz w:val="22"/>
        </w:rPr>
        <w:t xml:space="preserve">3. </w:t>
      </w:r>
      <w:r w:rsidRPr="009E14E8">
        <w:rPr>
          <w:sz w:val="22"/>
        </w:rPr>
        <w:t>Tek hoparlörden ses gelmemesi</w:t>
      </w:r>
    </w:p>
    <w:p w14:paraId="68AD13AF" w14:textId="77777777" w:rsidR="00A8200A" w:rsidRPr="009E14E8" w:rsidRDefault="00000000" w:rsidP="009E14E8">
      <w:pPr>
        <w:ind w:left="284"/>
        <w:rPr>
          <w:sz w:val="22"/>
        </w:rPr>
      </w:pPr>
      <w:r w:rsidRPr="009E14E8">
        <w:rPr>
          <w:b/>
          <w:sz w:val="22"/>
        </w:rPr>
        <w:t xml:space="preserve">4. </w:t>
      </w:r>
      <w:r w:rsidRPr="009E14E8">
        <w:rPr>
          <w:sz w:val="22"/>
        </w:rPr>
        <w:t>Seste parazit olması</w:t>
      </w:r>
    </w:p>
    <w:p w14:paraId="52D905CD" w14:textId="77777777" w:rsidR="00A8200A" w:rsidRPr="009E14E8" w:rsidRDefault="00000000" w:rsidP="009E14E8">
      <w:pPr>
        <w:ind w:left="284"/>
        <w:rPr>
          <w:sz w:val="22"/>
        </w:rPr>
      </w:pPr>
      <w:r w:rsidRPr="009E14E8">
        <w:rPr>
          <w:b/>
          <w:sz w:val="22"/>
        </w:rPr>
        <w:t xml:space="preserve">5. </w:t>
      </w:r>
      <w:r w:rsidRPr="009E14E8">
        <w:rPr>
          <w:sz w:val="22"/>
        </w:rPr>
        <w:t>Amplifikatörün çalışmaması</w:t>
      </w:r>
    </w:p>
    <w:sectPr w:rsidR="00A8200A" w:rsidRPr="009E14E8" w:rsidSect="00034616">
      <w:pgSz w:w="12240" w:h="15840"/>
      <w:pgMar w:top="652" w:right="794" w:bottom="62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0089377">
    <w:abstractNumId w:val="8"/>
  </w:num>
  <w:num w:numId="2" w16cid:durableId="28067016">
    <w:abstractNumId w:val="6"/>
  </w:num>
  <w:num w:numId="3" w16cid:durableId="1860779056">
    <w:abstractNumId w:val="5"/>
  </w:num>
  <w:num w:numId="4" w16cid:durableId="1019695370">
    <w:abstractNumId w:val="4"/>
  </w:num>
  <w:num w:numId="5" w16cid:durableId="1464154214">
    <w:abstractNumId w:val="7"/>
  </w:num>
  <w:num w:numId="6" w16cid:durableId="568922596">
    <w:abstractNumId w:val="3"/>
  </w:num>
  <w:num w:numId="7" w16cid:durableId="969016627">
    <w:abstractNumId w:val="2"/>
  </w:num>
  <w:num w:numId="8" w16cid:durableId="207182505">
    <w:abstractNumId w:val="1"/>
  </w:num>
  <w:num w:numId="9" w16cid:durableId="202136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045"/>
    <w:rsid w:val="0015074B"/>
    <w:rsid w:val="0029639D"/>
    <w:rsid w:val="00326F90"/>
    <w:rsid w:val="00482046"/>
    <w:rsid w:val="0062301E"/>
    <w:rsid w:val="008E3611"/>
    <w:rsid w:val="009E14E8"/>
    <w:rsid w:val="00A66A77"/>
    <w:rsid w:val="00A8200A"/>
    <w:rsid w:val="00AA1D8D"/>
    <w:rsid w:val="00B47730"/>
    <w:rsid w:val="00C94C38"/>
    <w:rsid w:val="00CB0664"/>
    <w:rsid w:val="00D221F6"/>
    <w:rsid w:val="00E730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7DA28"/>
  <w14:defaultImageDpi w14:val="300"/>
  <w15:docId w15:val="{A42D9CEB-C6DF-420A-9C40-2812BAAB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7</cp:revision>
  <dcterms:created xsi:type="dcterms:W3CDTF">2013-12-23T23:15:00Z</dcterms:created>
  <dcterms:modified xsi:type="dcterms:W3CDTF">2026-09-27T14:17:00Z</dcterms:modified>
  <cp:category/>
</cp:coreProperties>
</file>