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A57E5" w14:textId="77777777" w:rsidR="00D221F6" w:rsidRPr="00F17C6B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F17C6B">
        <w:rPr>
          <w:b/>
          <w:sz w:val="24"/>
          <w:szCs w:val="24"/>
        </w:rPr>
        <w:t>YAHŞİHAN MESLEKİ EĞİTİM MERKEZİ</w:t>
      </w:r>
    </w:p>
    <w:p w14:paraId="303AD89D" w14:textId="77777777" w:rsidR="00D221F6" w:rsidRPr="00F17C6B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F17C6B">
        <w:rPr>
          <w:b/>
          <w:sz w:val="24"/>
          <w:szCs w:val="24"/>
        </w:rPr>
        <w:t>2026/2027 EĞİTİM ÖĞRETİM YILI MOTORLU ARAÇLAR TEKNOLOJİSİ ALANI</w:t>
      </w:r>
    </w:p>
    <w:p w14:paraId="5C94D281" w14:textId="0962E4CB" w:rsidR="00D221F6" w:rsidRPr="00F17C6B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F17C6B">
        <w:rPr>
          <w:b/>
          <w:sz w:val="24"/>
          <w:szCs w:val="24"/>
        </w:rPr>
        <w:t>OTOMOTİV ELEKTRİK UYGULAMALARI DERSİ 1. DÖNEM 1. YAZILI SINAVI</w:t>
      </w:r>
    </w:p>
    <w:p w14:paraId="545C860A" w14:textId="77777777" w:rsidR="00D221F6" w:rsidRPr="00123045" w:rsidRDefault="00000000" w:rsidP="00123045">
      <w:pPr>
        <w:spacing w:after="40" w:line="360" w:lineRule="auto"/>
        <w:rPr>
          <w:sz w:val="24"/>
          <w:szCs w:val="24"/>
        </w:rPr>
      </w:pPr>
      <w:r w:rsidRPr="00123045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7C8F0C0A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16CDD6BE" w14:textId="77777777" w:rsidR="00D221F6" w:rsidRPr="00F17C6B" w:rsidRDefault="00000000" w:rsidP="00482046">
      <w:pPr>
        <w:spacing w:after="20" w:line="360" w:lineRule="auto"/>
        <w:rPr>
          <w:sz w:val="22"/>
        </w:rPr>
      </w:pPr>
      <w:r w:rsidRPr="00F17C6B">
        <w:rPr>
          <w:b/>
          <w:sz w:val="22"/>
        </w:rPr>
        <w:t xml:space="preserve">1. </w:t>
      </w:r>
      <w:r w:rsidRPr="00F17C6B">
        <w:rPr>
          <w:sz w:val="22"/>
        </w:rPr>
        <w:t>Oto teybinin sinyal giriş-çıkış bağlantılarından üçünü yazınız. (10 Puan)</w:t>
      </w:r>
    </w:p>
    <w:p w14:paraId="20BBE535" w14:textId="1045F512" w:rsidR="00D221F6" w:rsidRPr="00F17C6B" w:rsidRDefault="000D52DA" w:rsidP="00482046">
      <w:pPr>
        <w:spacing w:after="20" w:line="360" w:lineRule="auto"/>
        <w:rPr>
          <w:sz w:val="22"/>
        </w:rPr>
      </w:pPr>
      <w:r>
        <w:rPr>
          <w:b/>
          <w:sz w:val="22"/>
        </w:rPr>
        <w:t>2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Şarj dinamosunun görevi nedir? (10 Puan)</w:t>
      </w:r>
    </w:p>
    <w:p w14:paraId="6354D308" w14:textId="71724C4B" w:rsidR="00D221F6" w:rsidRPr="00F17C6B" w:rsidRDefault="000D52DA" w:rsidP="00482046">
      <w:pPr>
        <w:spacing w:after="20" w:line="360" w:lineRule="auto"/>
        <w:rPr>
          <w:sz w:val="22"/>
        </w:rPr>
      </w:pPr>
      <w:r>
        <w:rPr>
          <w:b/>
          <w:sz w:val="22"/>
        </w:rPr>
        <w:t>3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Sigortanın araç elektrik sistemindeki görevi nedir? (10 Puan)</w:t>
      </w:r>
    </w:p>
    <w:p w14:paraId="4830BD43" w14:textId="33D12E2A" w:rsidR="00D221F6" w:rsidRPr="00F17C6B" w:rsidRDefault="000D52DA" w:rsidP="00482046">
      <w:pPr>
        <w:spacing w:after="20" w:line="360" w:lineRule="auto"/>
        <w:rPr>
          <w:sz w:val="22"/>
        </w:rPr>
      </w:pPr>
      <w:r>
        <w:rPr>
          <w:b/>
          <w:sz w:val="22"/>
        </w:rPr>
        <w:t>4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Oto teybi çeşitlerinden beşini yazınız. (</w:t>
      </w:r>
      <w:r>
        <w:rPr>
          <w:sz w:val="22"/>
        </w:rPr>
        <w:t>20</w:t>
      </w:r>
      <w:r w:rsidR="00000000" w:rsidRPr="00F17C6B">
        <w:rPr>
          <w:sz w:val="22"/>
        </w:rPr>
        <w:t xml:space="preserve"> Puan)</w:t>
      </w:r>
    </w:p>
    <w:p w14:paraId="043538F5" w14:textId="36E484D3" w:rsidR="00D221F6" w:rsidRPr="00F17C6B" w:rsidRDefault="000D52DA" w:rsidP="00482046">
      <w:pPr>
        <w:spacing w:after="20" w:line="360" w:lineRule="auto"/>
        <w:rPr>
          <w:sz w:val="22"/>
        </w:rPr>
      </w:pPr>
      <w:r>
        <w:rPr>
          <w:b/>
          <w:sz w:val="22"/>
        </w:rPr>
        <w:t>5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Hoparlör kablolarında kutuplara neden dikkat edilir? (10 Puan)</w:t>
      </w:r>
    </w:p>
    <w:p w14:paraId="3193BE7F" w14:textId="5FAEE72B" w:rsidR="00D221F6" w:rsidRDefault="000D52DA" w:rsidP="00482046">
      <w:pPr>
        <w:spacing w:after="20" w:line="360" w:lineRule="auto"/>
        <w:rPr>
          <w:sz w:val="22"/>
        </w:rPr>
      </w:pPr>
      <w:r>
        <w:rPr>
          <w:b/>
          <w:sz w:val="22"/>
        </w:rPr>
        <w:t>6</w:t>
      </w:r>
      <w:r w:rsidR="00000000" w:rsidRPr="00F17C6B">
        <w:rPr>
          <w:b/>
          <w:sz w:val="22"/>
        </w:rPr>
        <w:t xml:space="preserve">. </w:t>
      </w:r>
      <w:proofErr w:type="spellStart"/>
      <w:r>
        <w:rPr>
          <w:sz w:val="22"/>
        </w:rPr>
        <w:t>Aşağıdaki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resimde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gösterilen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hoparlör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çeşitlerinin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adlarını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yazınız</w:t>
      </w:r>
      <w:proofErr w:type="spellEnd"/>
      <w:r>
        <w:rPr>
          <w:sz w:val="22"/>
        </w:rPr>
        <w:t xml:space="preserve"> </w:t>
      </w:r>
      <w:r w:rsidRPr="00F17C6B">
        <w:rPr>
          <w:sz w:val="22"/>
        </w:rPr>
        <w:t>(</w:t>
      </w:r>
      <w:r>
        <w:rPr>
          <w:sz w:val="22"/>
        </w:rPr>
        <w:t>20</w:t>
      </w:r>
      <w:r w:rsidRPr="00F17C6B">
        <w:rPr>
          <w:sz w:val="22"/>
        </w:rPr>
        <w:t xml:space="preserve"> Puan)</w:t>
      </w:r>
    </w:p>
    <w:p w14:paraId="79B395AA" w14:textId="38B5AA2D" w:rsidR="000D52DA" w:rsidRPr="00F17C6B" w:rsidRDefault="00985FE1" w:rsidP="00482046">
      <w:pPr>
        <w:spacing w:after="20" w:line="360" w:lineRule="auto"/>
        <w:rPr>
          <w:sz w:val="22"/>
        </w:rPr>
      </w:pPr>
      <w:r>
        <w:rPr>
          <w:noProof/>
          <w:sz w:val="22"/>
        </w:rPr>
        <w:drawing>
          <wp:inline distT="0" distB="0" distL="0" distR="0" wp14:anchorId="2C4E4FB3" wp14:editId="109F783B">
            <wp:extent cx="6764020" cy="1941195"/>
            <wp:effectExtent l="0" t="0" r="0" b="1905"/>
            <wp:docPr id="150305682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56828" name="Resim 15030568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D1F3" w14:textId="68CD96C7" w:rsidR="00D221F6" w:rsidRPr="00F17C6B" w:rsidRDefault="000D52DA" w:rsidP="00482046">
      <w:pPr>
        <w:spacing w:after="20" w:line="360" w:lineRule="auto"/>
        <w:rPr>
          <w:sz w:val="22"/>
        </w:rPr>
      </w:pPr>
      <w:r>
        <w:rPr>
          <w:b/>
          <w:sz w:val="22"/>
        </w:rPr>
        <w:t>7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Oto seslendirme sisteminde arıza ararken kontrol edilebilecek beş noktayı yazınız. (</w:t>
      </w:r>
      <w:r>
        <w:rPr>
          <w:sz w:val="22"/>
        </w:rPr>
        <w:t>20</w:t>
      </w:r>
      <w:r w:rsidR="00000000" w:rsidRPr="00F17C6B">
        <w:rPr>
          <w:sz w:val="22"/>
        </w:rPr>
        <w:t xml:space="preserve"> Puan)</w:t>
      </w:r>
    </w:p>
    <w:p w14:paraId="70261983" w14:textId="5E664043" w:rsidR="00123045" w:rsidRPr="00123045" w:rsidRDefault="00123045">
      <w:pPr>
        <w:spacing w:after="80"/>
        <w:rPr>
          <w:sz w:val="22"/>
        </w:rPr>
      </w:pPr>
    </w:p>
    <w:p w14:paraId="00ADA650" w14:textId="77777777" w:rsidR="00D221F6" w:rsidRDefault="00000000" w:rsidP="00123045">
      <w:pPr>
        <w:ind w:left="4320" w:firstLine="720"/>
        <w:jc w:val="center"/>
      </w:pPr>
      <w:r>
        <w:rPr>
          <w:sz w:val="18"/>
        </w:rPr>
        <w:t>Başarılar</w:t>
      </w:r>
    </w:p>
    <w:p w14:paraId="20D1F7F2" w14:textId="77777777" w:rsidR="00D221F6" w:rsidRDefault="00000000">
      <w:proofErr w:type="spellStart"/>
      <w:r w:rsidRPr="00E73031">
        <w:rPr>
          <w:b/>
          <w:bCs/>
          <w:sz w:val="18"/>
          <w:u w:val="single"/>
        </w:rPr>
        <w:t>Süre</w:t>
      </w:r>
      <w:proofErr w:type="spellEnd"/>
      <w:r w:rsidRPr="00E73031">
        <w:rPr>
          <w:b/>
          <w:bCs/>
          <w:sz w:val="18"/>
          <w:u w:val="single"/>
        </w:rPr>
        <w:t>:</w:t>
      </w:r>
      <w:r>
        <w:rPr>
          <w:sz w:val="18"/>
        </w:rPr>
        <w:t xml:space="preserve"> 40 </w:t>
      </w:r>
      <w:proofErr w:type="gramStart"/>
      <w:r>
        <w:rPr>
          <w:sz w:val="18"/>
        </w:rPr>
        <w:t>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proofErr w:type="spellStart"/>
      <w:r>
        <w:rPr>
          <w:sz w:val="18"/>
        </w:rPr>
        <w:t>Mot.Arç.Tekn</w:t>
      </w:r>
      <w:proofErr w:type="spellEnd"/>
      <w:proofErr w:type="gramEnd"/>
      <w:r>
        <w:rPr>
          <w:sz w:val="18"/>
        </w:rPr>
        <w:t xml:space="preserve"> Öğrt Abdullah YANIK</w:t>
      </w:r>
    </w:p>
    <w:p w14:paraId="3221D130" w14:textId="77777777" w:rsidR="00D221F6" w:rsidRDefault="00000000">
      <w:r>
        <w:br w:type="page"/>
      </w:r>
    </w:p>
    <w:p w14:paraId="5662EE59" w14:textId="77777777" w:rsidR="00D221F6" w:rsidRPr="00F17C6B" w:rsidRDefault="00000000" w:rsidP="00123045">
      <w:pPr>
        <w:pageBreakBefore/>
        <w:spacing w:after="20" w:line="360" w:lineRule="auto"/>
        <w:jc w:val="center"/>
        <w:rPr>
          <w:sz w:val="22"/>
        </w:rPr>
      </w:pPr>
      <w:r w:rsidRPr="00F17C6B">
        <w:rPr>
          <w:b/>
          <w:sz w:val="22"/>
        </w:rPr>
        <w:lastRenderedPageBreak/>
        <w:t>YAHŞİHAN MESLEKİ EĞİTİM MERKEZİ</w:t>
      </w:r>
    </w:p>
    <w:p w14:paraId="2C5EAE9A" w14:textId="77777777" w:rsidR="00D221F6" w:rsidRPr="00F17C6B" w:rsidRDefault="00000000" w:rsidP="00123045">
      <w:pPr>
        <w:spacing w:after="20" w:line="360" w:lineRule="auto"/>
        <w:jc w:val="center"/>
        <w:rPr>
          <w:sz w:val="22"/>
        </w:rPr>
      </w:pPr>
      <w:r w:rsidRPr="00F17C6B">
        <w:rPr>
          <w:b/>
          <w:sz w:val="22"/>
        </w:rPr>
        <w:t>2026/2027 EĞİTİM ÖĞRETİM YILI MOTORLU ARAÇLAR TEKNOLOJİSİ ALANI</w:t>
      </w:r>
    </w:p>
    <w:p w14:paraId="475D1912" w14:textId="60DC6394" w:rsidR="00D221F6" w:rsidRPr="00F17C6B" w:rsidRDefault="00000000" w:rsidP="00123045">
      <w:pPr>
        <w:spacing w:after="20" w:line="360" w:lineRule="auto"/>
        <w:jc w:val="center"/>
        <w:rPr>
          <w:b/>
          <w:sz w:val="22"/>
        </w:rPr>
      </w:pPr>
      <w:r w:rsidRPr="00F17C6B">
        <w:rPr>
          <w:b/>
          <w:sz w:val="22"/>
        </w:rPr>
        <w:t xml:space="preserve">OTOMOTİV ELEKTRİK UYGULAMALARI DERSİ 1. DÖNEM 1. YAZILI </w:t>
      </w:r>
      <w:proofErr w:type="gramStart"/>
      <w:r w:rsidRPr="00F17C6B">
        <w:rPr>
          <w:b/>
          <w:sz w:val="22"/>
        </w:rPr>
        <w:t xml:space="preserve">SINAVI </w:t>
      </w:r>
      <w:r w:rsidR="00F17C6B" w:rsidRPr="00F17C6B">
        <w:rPr>
          <w:b/>
          <w:sz w:val="22"/>
        </w:rPr>
        <w:t xml:space="preserve"> </w:t>
      </w:r>
      <w:r w:rsidRPr="00F17C6B">
        <w:rPr>
          <w:b/>
          <w:sz w:val="22"/>
        </w:rPr>
        <w:t>CEVAP</w:t>
      </w:r>
      <w:proofErr w:type="gramEnd"/>
      <w:r w:rsidRPr="00F17C6B">
        <w:rPr>
          <w:b/>
          <w:sz w:val="22"/>
        </w:rPr>
        <w:t xml:space="preserve"> ANAHTARI</w:t>
      </w:r>
    </w:p>
    <w:p w14:paraId="4BDB45B7" w14:textId="77777777" w:rsidR="00F17C6B" w:rsidRDefault="00F17C6B" w:rsidP="00123045">
      <w:pPr>
        <w:spacing w:after="20" w:line="360" w:lineRule="auto"/>
        <w:jc w:val="center"/>
        <w:rPr>
          <w:b/>
          <w:sz w:val="24"/>
          <w:szCs w:val="24"/>
        </w:rPr>
      </w:pPr>
    </w:p>
    <w:p w14:paraId="2802E454" w14:textId="77777777" w:rsidR="003B0BDE" w:rsidRPr="00F17C6B" w:rsidRDefault="00000000">
      <w:pPr>
        <w:rPr>
          <w:sz w:val="22"/>
        </w:rPr>
      </w:pPr>
      <w:r w:rsidRPr="00F17C6B">
        <w:rPr>
          <w:b/>
          <w:sz w:val="22"/>
        </w:rPr>
        <w:t xml:space="preserve">1. </w:t>
      </w:r>
      <w:r w:rsidRPr="00F17C6B">
        <w:rPr>
          <w:sz w:val="22"/>
        </w:rPr>
        <w:t>Oto teybinin sinyal giriş-çıkış bağlantılarından üçünü yazınız. (10 Puan)</w:t>
      </w:r>
    </w:p>
    <w:p w14:paraId="11FE2989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1. </w:t>
      </w:r>
      <w:proofErr w:type="spellStart"/>
      <w:r w:rsidRPr="00F17C6B">
        <w:rPr>
          <w:sz w:val="22"/>
        </w:rPr>
        <w:t>Anten</w:t>
      </w:r>
      <w:proofErr w:type="spellEnd"/>
      <w:r w:rsidRPr="00F17C6B">
        <w:rPr>
          <w:sz w:val="22"/>
        </w:rPr>
        <w:t xml:space="preserve"> </w:t>
      </w:r>
      <w:proofErr w:type="spellStart"/>
      <w:r w:rsidRPr="00F17C6B">
        <w:rPr>
          <w:sz w:val="22"/>
        </w:rPr>
        <w:t>girişi</w:t>
      </w:r>
      <w:proofErr w:type="spellEnd"/>
    </w:p>
    <w:p w14:paraId="5E8C1707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2. </w:t>
      </w:r>
      <w:r w:rsidRPr="00F17C6B">
        <w:rPr>
          <w:sz w:val="22"/>
        </w:rPr>
        <w:t>RCA çıkışı</w:t>
      </w:r>
    </w:p>
    <w:p w14:paraId="3F5C5277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3. </w:t>
      </w:r>
      <w:r w:rsidRPr="00F17C6B">
        <w:rPr>
          <w:sz w:val="22"/>
        </w:rPr>
        <w:t>Hoparlör çıkışları</w:t>
      </w:r>
    </w:p>
    <w:p w14:paraId="41AA8AA7" w14:textId="5988CB49" w:rsidR="003B0BDE" w:rsidRPr="00F17C6B" w:rsidRDefault="000D52DA">
      <w:pPr>
        <w:rPr>
          <w:sz w:val="22"/>
        </w:rPr>
      </w:pPr>
      <w:r>
        <w:rPr>
          <w:b/>
          <w:sz w:val="22"/>
        </w:rPr>
        <w:t>2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Şarj dinamosunun görevi nedir? (10 Puan)</w:t>
      </w:r>
    </w:p>
    <w:p w14:paraId="469610E5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sz w:val="22"/>
        </w:rPr>
        <w:t>Mekanik enerjiyi elektrik enerjisine çevirir.</w:t>
      </w:r>
    </w:p>
    <w:p w14:paraId="0612EE12" w14:textId="3E2EAFFC" w:rsidR="003B0BDE" w:rsidRPr="00F17C6B" w:rsidRDefault="000D52DA">
      <w:pPr>
        <w:rPr>
          <w:sz w:val="22"/>
        </w:rPr>
      </w:pPr>
      <w:r>
        <w:rPr>
          <w:b/>
          <w:sz w:val="22"/>
        </w:rPr>
        <w:t>3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Sigortanın araç elektrik sistemindeki görevi nedir? (10 Puan)</w:t>
      </w:r>
    </w:p>
    <w:p w14:paraId="1F43E9F4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sz w:val="22"/>
        </w:rPr>
        <w:t>Devreyi aşırı akım ve kısa devrenin zararlarından korur.</w:t>
      </w:r>
    </w:p>
    <w:p w14:paraId="0B72FF13" w14:textId="670388C7" w:rsidR="003B0BDE" w:rsidRPr="00F17C6B" w:rsidRDefault="000D52DA">
      <w:pPr>
        <w:rPr>
          <w:sz w:val="22"/>
        </w:rPr>
      </w:pPr>
      <w:r>
        <w:rPr>
          <w:b/>
          <w:sz w:val="22"/>
        </w:rPr>
        <w:t>4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Oto teybi çeşitlerinden beşini yazınız. (</w:t>
      </w:r>
      <w:r>
        <w:rPr>
          <w:sz w:val="22"/>
        </w:rPr>
        <w:t>2</w:t>
      </w:r>
      <w:r w:rsidR="00000000" w:rsidRPr="00F17C6B">
        <w:rPr>
          <w:sz w:val="22"/>
        </w:rPr>
        <w:t>0 Puan)</w:t>
      </w:r>
    </w:p>
    <w:p w14:paraId="55B02FAD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1. </w:t>
      </w:r>
      <w:r w:rsidRPr="00F17C6B">
        <w:rPr>
          <w:sz w:val="22"/>
        </w:rPr>
        <w:t>Radyo çalar</w:t>
      </w:r>
    </w:p>
    <w:p w14:paraId="6321ED64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2. </w:t>
      </w:r>
      <w:r w:rsidRPr="00F17C6B">
        <w:rPr>
          <w:sz w:val="22"/>
        </w:rPr>
        <w:t>Kaset çalar</w:t>
      </w:r>
    </w:p>
    <w:p w14:paraId="279D0499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3. </w:t>
      </w:r>
      <w:r w:rsidRPr="00F17C6B">
        <w:rPr>
          <w:sz w:val="22"/>
        </w:rPr>
        <w:t>Radyo-kaset çalar</w:t>
      </w:r>
    </w:p>
    <w:p w14:paraId="4DC6314E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4. </w:t>
      </w:r>
      <w:r w:rsidRPr="00F17C6B">
        <w:rPr>
          <w:sz w:val="22"/>
        </w:rPr>
        <w:t>CD çalar</w:t>
      </w:r>
    </w:p>
    <w:p w14:paraId="475E615D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5. </w:t>
      </w:r>
      <w:r w:rsidRPr="00F17C6B">
        <w:rPr>
          <w:sz w:val="22"/>
        </w:rPr>
        <w:t>MP3 çalar</w:t>
      </w:r>
    </w:p>
    <w:p w14:paraId="25C1B30F" w14:textId="4D624812" w:rsidR="003B0BDE" w:rsidRPr="00F17C6B" w:rsidRDefault="000D52DA">
      <w:pPr>
        <w:rPr>
          <w:sz w:val="22"/>
        </w:rPr>
      </w:pPr>
      <w:r>
        <w:rPr>
          <w:b/>
          <w:sz w:val="22"/>
        </w:rPr>
        <w:t>5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Hoparlör kablolarında kutuplara neden dikkat edilir? (10 Puan)</w:t>
      </w:r>
    </w:p>
    <w:p w14:paraId="12FEFF9F" w14:textId="77777777" w:rsidR="003B0BDE" w:rsidRDefault="00000000" w:rsidP="00F17C6B">
      <w:pPr>
        <w:ind w:left="284"/>
        <w:rPr>
          <w:sz w:val="22"/>
        </w:rPr>
      </w:pPr>
      <w:r w:rsidRPr="00F17C6B">
        <w:rPr>
          <w:sz w:val="22"/>
        </w:rPr>
        <w:t xml:space="preserve">Hoparlörlerin </w:t>
      </w:r>
      <w:proofErr w:type="spellStart"/>
      <w:r w:rsidRPr="00F17C6B">
        <w:rPr>
          <w:sz w:val="22"/>
        </w:rPr>
        <w:t>doğru</w:t>
      </w:r>
      <w:proofErr w:type="spellEnd"/>
      <w:r w:rsidRPr="00F17C6B">
        <w:rPr>
          <w:sz w:val="22"/>
        </w:rPr>
        <w:t xml:space="preserve"> </w:t>
      </w:r>
      <w:proofErr w:type="spellStart"/>
      <w:r w:rsidRPr="00F17C6B">
        <w:rPr>
          <w:sz w:val="22"/>
        </w:rPr>
        <w:t>fazda</w:t>
      </w:r>
      <w:proofErr w:type="spellEnd"/>
      <w:r w:rsidRPr="00F17C6B">
        <w:rPr>
          <w:sz w:val="22"/>
        </w:rPr>
        <w:t xml:space="preserve"> </w:t>
      </w:r>
      <w:proofErr w:type="spellStart"/>
      <w:r w:rsidRPr="00F17C6B">
        <w:rPr>
          <w:sz w:val="22"/>
        </w:rPr>
        <w:t>çalışması</w:t>
      </w:r>
      <w:proofErr w:type="spellEnd"/>
      <w:r w:rsidRPr="00F17C6B">
        <w:rPr>
          <w:sz w:val="22"/>
        </w:rPr>
        <w:t xml:space="preserve"> </w:t>
      </w:r>
      <w:proofErr w:type="spellStart"/>
      <w:r w:rsidRPr="00F17C6B">
        <w:rPr>
          <w:sz w:val="22"/>
        </w:rPr>
        <w:t>için</w:t>
      </w:r>
      <w:proofErr w:type="spellEnd"/>
      <w:r w:rsidRPr="00F17C6B">
        <w:rPr>
          <w:sz w:val="22"/>
        </w:rPr>
        <w:t>.</w:t>
      </w:r>
    </w:p>
    <w:p w14:paraId="65D24309" w14:textId="39695CB5" w:rsidR="000D52DA" w:rsidRDefault="000D52DA" w:rsidP="00985FE1">
      <w:pPr>
        <w:spacing w:after="20" w:line="360" w:lineRule="auto"/>
        <w:rPr>
          <w:sz w:val="22"/>
        </w:rPr>
      </w:pPr>
      <w:r>
        <w:rPr>
          <w:b/>
          <w:sz w:val="22"/>
        </w:rPr>
        <w:t>6</w:t>
      </w:r>
      <w:r w:rsidRPr="00F17C6B">
        <w:rPr>
          <w:b/>
          <w:sz w:val="22"/>
        </w:rPr>
        <w:t xml:space="preserve">. </w:t>
      </w:r>
      <w:proofErr w:type="spellStart"/>
      <w:r>
        <w:rPr>
          <w:sz w:val="22"/>
        </w:rPr>
        <w:t>Aşağıdaki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resimde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gösterilen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hoparlör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çeşitlerinin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adlarını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yazınız</w:t>
      </w:r>
      <w:proofErr w:type="spellEnd"/>
      <w:r w:rsidR="00985FE1">
        <w:rPr>
          <w:sz w:val="22"/>
        </w:rPr>
        <w:t xml:space="preserve"> </w:t>
      </w:r>
      <w:r w:rsidR="00985FE1" w:rsidRPr="00F17C6B">
        <w:rPr>
          <w:sz w:val="22"/>
        </w:rPr>
        <w:t>(</w:t>
      </w:r>
      <w:r w:rsidR="00985FE1">
        <w:rPr>
          <w:sz w:val="22"/>
        </w:rPr>
        <w:t>20</w:t>
      </w:r>
      <w:r w:rsidR="00985FE1" w:rsidRPr="00F17C6B">
        <w:rPr>
          <w:sz w:val="22"/>
        </w:rPr>
        <w:t xml:space="preserve"> Puan)</w:t>
      </w:r>
    </w:p>
    <w:p w14:paraId="4B6FE8D1" w14:textId="7457C14E" w:rsidR="000D52DA" w:rsidRPr="00F17C6B" w:rsidRDefault="00985FE1" w:rsidP="000D52DA">
      <w:pPr>
        <w:rPr>
          <w:sz w:val="22"/>
        </w:rPr>
      </w:pPr>
      <w:r>
        <w:rPr>
          <w:noProof/>
          <w:sz w:val="22"/>
        </w:rPr>
        <w:drawing>
          <wp:inline distT="0" distB="0" distL="0" distR="0" wp14:anchorId="659FD21B" wp14:editId="5E10F3F2">
            <wp:extent cx="6764020" cy="1807845"/>
            <wp:effectExtent l="0" t="0" r="0" b="1905"/>
            <wp:docPr id="70713660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136607" name="Resim 7071366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53E61" w14:textId="676413FA" w:rsidR="003B0BDE" w:rsidRPr="00F17C6B" w:rsidRDefault="000D52DA">
      <w:pPr>
        <w:rPr>
          <w:sz w:val="22"/>
        </w:rPr>
      </w:pPr>
      <w:r>
        <w:rPr>
          <w:b/>
          <w:sz w:val="22"/>
        </w:rPr>
        <w:t>7</w:t>
      </w:r>
      <w:r w:rsidR="00000000" w:rsidRPr="00F17C6B">
        <w:rPr>
          <w:b/>
          <w:sz w:val="22"/>
        </w:rPr>
        <w:t xml:space="preserve">. </w:t>
      </w:r>
      <w:r w:rsidR="00000000" w:rsidRPr="00F17C6B">
        <w:rPr>
          <w:sz w:val="22"/>
        </w:rPr>
        <w:t>Oto seslendirme sisteminde arıza ararken kontrol edilebilecek beş noktayı yazınız. (</w:t>
      </w:r>
      <w:r w:rsidR="00985FE1">
        <w:rPr>
          <w:sz w:val="22"/>
        </w:rPr>
        <w:t>2</w:t>
      </w:r>
      <w:r w:rsidR="00000000" w:rsidRPr="00F17C6B">
        <w:rPr>
          <w:sz w:val="22"/>
        </w:rPr>
        <w:t>0 Puan)</w:t>
      </w:r>
    </w:p>
    <w:p w14:paraId="7016EBFF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1. </w:t>
      </w:r>
      <w:r w:rsidRPr="00F17C6B">
        <w:rPr>
          <w:sz w:val="22"/>
        </w:rPr>
        <w:t>Sigorta</w:t>
      </w:r>
    </w:p>
    <w:p w14:paraId="3A6890E5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2. </w:t>
      </w:r>
      <w:r w:rsidRPr="00F17C6B">
        <w:rPr>
          <w:sz w:val="22"/>
        </w:rPr>
        <w:t>Besleme gerilimi</w:t>
      </w:r>
    </w:p>
    <w:p w14:paraId="588B7363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3. </w:t>
      </w:r>
      <w:r w:rsidRPr="00F17C6B">
        <w:rPr>
          <w:sz w:val="22"/>
        </w:rPr>
        <w:t>Şase bağlantısı</w:t>
      </w:r>
    </w:p>
    <w:p w14:paraId="78D680C4" w14:textId="77777777" w:rsidR="003B0BDE" w:rsidRPr="00F17C6B" w:rsidRDefault="00000000" w:rsidP="00F17C6B">
      <w:pPr>
        <w:ind w:left="284"/>
        <w:rPr>
          <w:sz w:val="22"/>
        </w:rPr>
      </w:pPr>
      <w:r w:rsidRPr="00F17C6B">
        <w:rPr>
          <w:b/>
          <w:sz w:val="22"/>
        </w:rPr>
        <w:t xml:space="preserve">4. </w:t>
      </w:r>
      <w:r w:rsidRPr="00F17C6B">
        <w:rPr>
          <w:sz w:val="22"/>
        </w:rPr>
        <w:t>Hoparlör kabloları</w:t>
      </w:r>
    </w:p>
    <w:p w14:paraId="5816DD4E" w14:textId="77777777" w:rsidR="003B0BDE" w:rsidRDefault="00000000" w:rsidP="00F17C6B">
      <w:pPr>
        <w:ind w:left="284"/>
      </w:pPr>
      <w:r>
        <w:rPr>
          <w:b/>
        </w:rPr>
        <w:t xml:space="preserve">5. </w:t>
      </w:r>
      <w:r>
        <w:t>Sinyal bağlantıları</w:t>
      </w:r>
    </w:p>
    <w:sectPr w:rsidR="003B0BDE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2DA"/>
    <w:rsid w:val="00123045"/>
    <w:rsid w:val="0015074B"/>
    <w:rsid w:val="0029639D"/>
    <w:rsid w:val="00326F90"/>
    <w:rsid w:val="003B0BDE"/>
    <w:rsid w:val="00482046"/>
    <w:rsid w:val="0062301E"/>
    <w:rsid w:val="008E3611"/>
    <w:rsid w:val="00985FE1"/>
    <w:rsid w:val="00AA1D8D"/>
    <w:rsid w:val="00B47730"/>
    <w:rsid w:val="00CB0664"/>
    <w:rsid w:val="00D221F6"/>
    <w:rsid w:val="00E73031"/>
    <w:rsid w:val="00F17C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4E06E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6</cp:revision>
  <dcterms:created xsi:type="dcterms:W3CDTF">2013-12-23T23:15:00Z</dcterms:created>
  <dcterms:modified xsi:type="dcterms:W3CDTF">2026-09-27T14:46:00Z</dcterms:modified>
  <cp:category/>
</cp:coreProperties>
</file>