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E2E0" w14:textId="77777777" w:rsidR="00D221F6" w:rsidRPr="0046544A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46544A">
        <w:rPr>
          <w:b/>
          <w:sz w:val="24"/>
          <w:szCs w:val="24"/>
        </w:rPr>
        <w:t>YAHŞİHAN MESLEKİ EĞİTİM MERKEZİ</w:t>
      </w:r>
    </w:p>
    <w:p w14:paraId="7E646704" w14:textId="77777777" w:rsidR="00D221F6" w:rsidRPr="0046544A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46544A">
        <w:rPr>
          <w:b/>
          <w:sz w:val="24"/>
          <w:szCs w:val="24"/>
        </w:rPr>
        <w:t>2026/2027 EĞİTİM ÖĞRETİM YILI MOTORLU ARAÇLAR TEKNOLOJİSİ ALANI</w:t>
      </w:r>
    </w:p>
    <w:p w14:paraId="6CD0F4C5" w14:textId="07A934AA" w:rsidR="00D221F6" w:rsidRPr="0046544A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46544A">
        <w:rPr>
          <w:b/>
          <w:sz w:val="24"/>
          <w:szCs w:val="24"/>
        </w:rPr>
        <w:t>OTOMOTİV ELEKTRİK UYGULAMALARI DERSİ 1. DÖNEM 2. YAZILI SINAVI</w:t>
      </w:r>
    </w:p>
    <w:p w14:paraId="274B19BC" w14:textId="77777777" w:rsidR="00D221F6" w:rsidRPr="0046544A" w:rsidRDefault="00000000" w:rsidP="00123045">
      <w:pPr>
        <w:spacing w:after="40" w:line="360" w:lineRule="auto"/>
        <w:rPr>
          <w:sz w:val="24"/>
          <w:szCs w:val="24"/>
        </w:rPr>
      </w:pPr>
      <w:proofErr w:type="spellStart"/>
      <w:r w:rsidRPr="0046544A">
        <w:rPr>
          <w:sz w:val="24"/>
          <w:szCs w:val="24"/>
        </w:rPr>
        <w:t>Adı</w:t>
      </w:r>
      <w:proofErr w:type="spellEnd"/>
      <w:r w:rsidRPr="0046544A">
        <w:rPr>
          <w:sz w:val="24"/>
          <w:szCs w:val="24"/>
        </w:rPr>
        <w:t xml:space="preserve"> Soyadı: ............................................................    </w:t>
      </w:r>
      <w:proofErr w:type="spellStart"/>
      <w:r w:rsidRPr="0046544A">
        <w:rPr>
          <w:sz w:val="24"/>
          <w:szCs w:val="24"/>
        </w:rPr>
        <w:t>Sınıfı</w:t>
      </w:r>
      <w:proofErr w:type="spellEnd"/>
      <w:r w:rsidRPr="0046544A">
        <w:rPr>
          <w:sz w:val="24"/>
          <w:szCs w:val="24"/>
        </w:rPr>
        <w:t xml:space="preserve">/No: ....................    </w:t>
      </w:r>
      <w:proofErr w:type="spellStart"/>
      <w:r w:rsidRPr="0046544A">
        <w:rPr>
          <w:sz w:val="24"/>
          <w:szCs w:val="24"/>
        </w:rPr>
        <w:t>Aldığı</w:t>
      </w:r>
      <w:proofErr w:type="spellEnd"/>
      <w:r w:rsidRPr="0046544A">
        <w:rPr>
          <w:sz w:val="24"/>
          <w:szCs w:val="24"/>
        </w:rPr>
        <w:t xml:space="preserve"> Not: ............</w:t>
      </w:r>
    </w:p>
    <w:p w14:paraId="072717FE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01D024D3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1. </w:t>
      </w:r>
      <w:proofErr w:type="spellStart"/>
      <w:r w:rsidRPr="0046544A">
        <w:rPr>
          <w:sz w:val="22"/>
        </w:rPr>
        <w:t>Arıza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karteksi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nedir</w:t>
      </w:r>
      <w:proofErr w:type="spellEnd"/>
      <w:r w:rsidRPr="0046544A">
        <w:rPr>
          <w:sz w:val="22"/>
        </w:rPr>
        <w:t>? (10 Puan)</w:t>
      </w:r>
    </w:p>
    <w:p w14:paraId="292152F3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2. </w:t>
      </w:r>
      <w:proofErr w:type="spellStart"/>
      <w:r w:rsidRPr="0046544A">
        <w:rPr>
          <w:sz w:val="22"/>
        </w:rPr>
        <w:t>Arıza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karteksinde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bulunabilecek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bilgilerden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beşini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yazınız</w:t>
      </w:r>
      <w:proofErr w:type="spellEnd"/>
      <w:r w:rsidRPr="0046544A">
        <w:rPr>
          <w:sz w:val="22"/>
        </w:rPr>
        <w:t>. (10 Puan)</w:t>
      </w:r>
    </w:p>
    <w:p w14:paraId="7E77F2C4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3. </w:t>
      </w:r>
      <w:proofErr w:type="spellStart"/>
      <w:r w:rsidRPr="0046544A">
        <w:rPr>
          <w:sz w:val="22"/>
        </w:rPr>
        <w:t>Bakım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karteksinin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amacı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nedir</w:t>
      </w:r>
      <w:proofErr w:type="spellEnd"/>
      <w:r w:rsidRPr="0046544A">
        <w:rPr>
          <w:sz w:val="22"/>
        </w:rPr>
        <w:t>? (10 Puan)</w:t>
      </w:r>
    </w:p>
    <w:p w14:paraId="5AA94CC7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4. </w:t>
      </w:r>
      <w:proofErr w:type="spellStart"/>
      <w:r w:rsidRPr="0046544A">
        <w:rPr>
          <w:sz w:val="22"/>
        </w:rPr>
        <w:t>Arşivleme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nedir</w:t>
      </w:r>
      <w:proofErr w:type="spellEnd"/>
      <w:r w:rsidRPr="0046544A">
        <w:rPr>
          <w:sz w:val="22"/>
        </w:rPr>
        <w:t>? (10 Puan)</w:t>
      </w:r>
    </w:p>
    <w:p w14:paraId="2BF346A3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5. </w:t>
      </w:r>
      <w:proofErr w:type="spellStart"/>
      <w:r w:rsidRPr="0046544A">
        <w:rPr>
          <w:sz w:val="22"/>
        </w:rPr>
        <w:t>Takip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formu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neden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kullanılır</w:t>
      </w:r>
      <w:proofErr w:type="spellEnd"/>
      <w:r w:rsidRPr="0046544A">
        <w:rPr>
          <w:sz w:val="22"/>
        </w:rPr>
        <w:t>? (10 Puan)</w:t>
      </w:r>
    </w:p>
    <w:p w14:paraId="2EE9949C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6. </w:t>
      </w:r>
      <w:proofErr w:type="spellStart"/>
      <w:r w:rsidRPr="0046544A">
        <w:rPr>
          <w:sz w:val="22"/>
        </w:rPr>
        <w:t>Arşivleme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yöntemlerinden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ikisini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yazınız</w:t>
      </w:r>
      <w:proofErr w:type="spellEnd"/>
      <w:r w:rsidRPr="0046544A">
        <w:rPr>
          <w:sz w:val="22"/>
        </w:rPr>
        <w:t>. (10 Puan)</w:t>
      </w:r>
    </w:p>
    <w:p w14:paraId="51F703C1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7. </w:t>
      </w:r>
      <w:proofErr w:type="spellStart"/>
      <w:r w:rsidRPr="0046544A">
        <w:rPr>
          <w:sz w:val="22"/>
        </w:rPr>
        <w:t>Boşluğu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doldurunuz</w:t>
      </w:r>
      <w:proofErr w:type="spellEnd"/>
      <w:r w:rsidRPr="0046544A">
        <w:rPr>
          <w:sz w:val="22"/>
        </w:rPr>
        <w:t xml:space="preserve">: </w:t>
      </w:r>
      <w:proofErr w:type="spellStart"/>
      <w:r w:rsidRPr="0046544A">
        <w:rPr>
          <w:sz w:val="22"/>
        </w:rPr>
        <w:t>Arıza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ve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bakım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bilgilerinin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düzenli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saklandığı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kayıt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sistemine</w:t>
      </w:r>
      <w:proofErr w:type="spellEnd"/>
      <w:r w:rsidRPr="0046544A">
        <w:rPr>
          <w:sz w:val="22"/>
        </w:rPr>
        <w:t xml:space="preserve"> ______ </w:t>
      </w:r>
      <w:proofErr w:type="spellStart"/>
      <w:r w:rsidRPr="0046544A">
        <w:rPr>
          <w:sz w:val="22"/>
        </w:rPr>
        <w:t>denir</w:t>
      </w:r>
      <w:proofErr w:type="spellEnd"/>
      <w:r w:rsidRPr="0046544A">
        <w:rPr>
          <w:sz w:val="22"/>
        </w:rPr>
        <w:t>. (10 Puan)</w:t>
      </w:r>
    </w:p>
    <w:p w14:paraId="0C57F036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8. </w:t>
      </w:r>
      <w:r w:rsidRPr="0046544A">
        <w:rPr>
          <w:sz w:val="22"/>
        </w:rPr>
        <w:t>Doğru/</w:t>
      </w:r>
      <w:proofErr w:type="spellStart"/>
      <w:r w:rsidRPr="0046544A">
        <w:rPr>
          <w:sz w:val="22"/>
        </w:rPr>
        <w:t>Yanlış</w:t>
      </w:r>
      <w:proofErr w:type="spellEnd"/>
      <w:r w:rsidRPr="0046544A">
        <w:rPr>
          <w:sz w:val="22"/>
        </w:rPr>
        <w:t xml:space="preserve">: </w:t>
      </w:r>
      <w:proofErr w:type="spellStart"/>
      <w:r w:rsidRPr="0046544A">
        <w:rPr>
          <w:sz w:val="22"/>
        </w:rPr>
        <w:t>Arşivlenen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belgelere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gerektiğinde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kolayca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ulaşılabilmelidir</w:t>
      </w:r>
      <w:proofErr w:type="spellEnd"/>
      <w:r w:rsidRPr="0046544A">
        <w:rPr>
          <w:sz w:val="22"/>
        </w:rPr>
        <w:t>. (10 Puan)</w:t>
      </w:r>
    </w:p>
    <w:p w14:paraId="24A70D14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9. </w:t>
      </w:r>
      <w:proofErr w:type="spellStart"/>
      <w:r w:rsidRPr="0046544A">
        <w:rPr>
          <w:sz w:val="22"/>
        </w:rPr>
        <w:t>Arşivleme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formunda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bulunabilecek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başlıklardan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beşini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yazınız</w:t>
      </w:r>
      <w:proofErr w:type="spellEnd"/>
      <w:r w:rsidRPr="0046544A">
        <w:rPr>
          <w:sz w:val="22"/>
        </w:rPr>
        <w:t>. (10 Puan)</w:t>
      </w:r>
    </w:p>
    <w:p w14:paraId="37AD7A5A" w14:textId="77777777" w:rsidR="00D221F6" w:rsidRPr="0046544A" w:rsidRDefault="00000000" w:rsidP="00482046">
      <w:pPr>
        <w:spacing w:after="20" w:line="360" w:lineRule="auto"/>
        <w:rPr>
          <w:sz w:val="22"/>
        </w:rPr>
      </w:pPr>
      <w:r w:rsidRPr="0046544A">
        <w:rPr>
          <w:b/>
          <w:sz w:val="22"/>
        </w:rPr>
        <w:t xml:space="preserve">10. </w:t>
      </w:r>
      <w:proofErr w:type="spellStart"/>
      <w:r w:rsidRPr="0046544A">
        <w:rPr>
          <w:sz w:val="22"/>
        </w:rPr>
        <w:t>Bilgisayar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ortamında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arşivlemenin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iki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yararını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yazınız</w:t>
      </w:r>
      <w:proofErr w:type="spellEnd"/>
      <w:r w:rsidRPr="0046544A">
        <w:rPr>
          <w:sz w:val="22"/>
        </w:rPr>
        <w:t>. (10 Puan)</w:t>
      </w:r>
    </w:p>
    <w:p w14:paraId="2DEE13BC" w14:textId="77777777" w:rsidR="00D221F6" w:rsidRDefault="00000000" w:rsidP="00123045">
      <w:pPr>
        <w:ind w:left="4320" w:firstLine="720"/>
        <w:jc w:val="center"/>
      </w:pPr>
      <w:proofErr w:type="spellStart"/>
      <w:r>
        <w:rPr>
          <w:sz w:val="18"/>
        </w:rPr>
        <w:t>Başarılar</w:t>
      </w:r>
      <w:proofErr w:type="spellEnd"/>
    </w:p>
    <w:p w14:paraId="2177DDDA" w14:textId="77777777" w:rsidR="00D221F6" w:rsidRDefault="00000000">
      <w:proofErr w:type="spellStart"/>
      <w:r w:rsidRPr="00E73031">
        <w:rPr>
          <w:b/>
          <w:bCs/>
          <w:sz w:val="18"/>
          <w:u w:val="single"/>
        </w:rPr>
        <w:t>Süre</w:t>
      </w:r>
      <w:proofErr w:type="spellEnd"/>
      <w:r w:rsidRPr="00E73031">
        <w:rPr>
          <w:b/>
          <w:bCs/>
          <w:sz w:val="18"/>
          <w:u w:val="single"/>
        </w:rPr>
        <w:t>:</w:t>
      </w:r>
      <w:r>
        <w:rPr>
          <w:sz w:val="18"/>
        </w:rPr>
        <w:t xml:space="preserve"> 40 </w:t>
      </w:r>
      <w:proofErr w:type="gramStart"/>
      <w:r>
        <w:rPr>
          <w:sz w:val="18"/>
        </w:rPr>
        <w:t>Dk</w:t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proofErr w:type="spellStart"/>
      <w:r>
        <w:rPr>
          <w:sz w:val="18"/>
        </w:rPr>
        <w:t>Mot.Arç.Tekn</w:t>
      </w:r>
      <w:proofErr w:type="spellEnd"/>
      <w:proofErr w:type="gramEnd"/>
      <w:r>
        <w:rPr>
          <w:sz w:val="18"/>
        </w:rPr>
        <w:t xml:space="preserve"> Öğrt Abdullah YANIK</w:t>
      </w:r>
    </w:p>
    <w:p w14:paraId="0E86C3C6" w14:textId="77777777" w:rsidR="00D221F6" w:rsidRDefault="00000000">
      <w:r>
        <w:br w:type="page"/>
      </w:r>
    </w:p>
    <w:p w14:paraId="631132A8" w14:textId="77777777" w:rsidR="00D221F6" w:rsidRPr="0046544A" w:rsidRDefault="00000000" w:rsidP="00123045">
      <w:pPr>
        <w:pageBreakBefore/>
        <w:spacing w:after="20" w:line="360" w:lineRule="auto"/>
        <w:jc w:val="center"/>
        <w:rPr>
          <w:sz w:val="22"/>
        </w:rPr>
      </w:pPr>
      <w:r w:rsidRPr="0046544A">
        <w:rPr>
          <w:b/>
          <w:sz w:val="22"/>
        </w:rPr>
        <w:lastRenderedPageBreak/>
        <w:t>YAHŞİHAN MESLEKİ EĞİTİM MERKEZİ</w:t>
      </w:r>
    </w:p>
    <w:p w14:paraId="25D14BEC" w14:textId="77777777" w:rsidR="00D221F6" w:rsidRPr="0046544A" w:rsidRDefault="00000000" w:rsidP="00123045">
      <w:pPr>
        <w:spacing w:after="20" w:line="360" w:lineRule="auto"/>
        <w:jc w:val="center"/>
        <w:rPr>
          <w:sz w:val="22"/>
        </w:rPr>
      </w:pPr>
      <w:r w:rsidRPr="0046544A">
        <w:rPr>
          <w:b/>
          <w:sz w:val="22"/>
        </w:rPr>
        <w:t>2026/2027 EĞİTİM ÖĞRETİM YILI MOTORLU ARAÇLAR TEKNOLOJİSİ ALANI</w:t>
      </w:r>
    </w:p>
    <w:p w14:paraId="695A5DFF" w14:textId="44F9777A" w:rsidR="00D221F6" w:rsidRPr="0046544A" w:rsidRDefault="00000000" w:rsidP="00123045">
      <w:pPr>
        <w:spacing w:after="20" w:line="360" w:lineRule="auto"/>
        <w:jc w:val="center"/>
        <w:rPr>
          <w:b/>
          <w:sz w:val="22"/>
        </w:rPr>
      </w:pPr>
      <w:r w:rsidRPr="0046544A">
        <w:rPr>
          <w:b/>
          <w:sz w:val="22"/>
        </w:rPr>
        <w:t>OTOMOTİV ELEKTRİK UYGULAMALARI DERSİ 1. DÖNEM 2. YAZILI SINAVI CEVAP ANAHTARI</w:t>
      </w:r>
    </w:p>
    <w:p w14:paraId="2F677F41" w14:textId="77777777" w:rsidR="0046544A" w:rsidRDefault="0046544A">
      <w:pPr>
        <w:rPr>
          <w:b/>
          <w:sz w:val="22"/>
        </w:rPr>
      </w:pPr>
    </w:p>
    <w:p w14:paraId="63DB8127" w14:textId="31694ACE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1. </w:t>
      </w:r>
      <w:proofErr w:type="spellStart"/>
      <w:r w:rsidRPr="0046544A">
        <w:rPr>
          <w:sz w:val="22"/>
        </w:rPr>
        <w:t>Arıza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karteksi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nedir</w:t>
      </w:r>
      <w:proofErr w:type="spellEnd"/>
      <w:r w:rsidRPr="0046544A">
        <w:rPr>
          <w:sz w:val="22"/>
        </w:rPr>
        <w:t>? (10 Puan)</w:t>
      </w:r>
    </w:p>
    <w:p w14:paraId="76F6A1F6" w14:textId="77777777" w:rsidR="00B106E4" w:rsidRPr="0046544A" w:rsidRDefault="00000000" w:rsidP="0046544A">
      <w:pPr>
        <w:ind w:left="284"/>
        <w:rPr>
          <w:sz w:val="22"/>
        </w:rPr>
      </w:pPr>
      <w:proofErr w:type="spellStart"/>
      <w:r w:rsidRPr="0046544A">
        <w:rPr>
          <w:sz w:val="22"/>
        </w:rPr>
        <w:t>Arıza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ve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onarım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bilgilerinin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kaydedildiği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servis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belgesidir</w:t>
      </w:r>
      <w:proofErr w:type="spellEnd"/>
      <w:r w:rsidRPr="0046544A">
        <w:rPr>
          <w:sz w:val="22"/>
        </w:rPr>
        <w:t>.</w:t>
      </w:r>
    </w:p>
    <w:p w14:paraId="6EB050AD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2. </w:t>
      </w:r>
      <w:proofErr w:type="spellStart"/>
      <w:r w:rsidRPr="0046544A">
        <w:rPr>
          <w:sz w:val="22"/>
        </w:rPr>
        <w:t>Arıza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karteksinde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bulunabilecek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bilgilerden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beşini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yazınız</w:t>
      </w:r>
      <w:proofErr w:type="spellEnd"/>
      <w:r w:rsidRPr="0046544A">
        <w:rPr>
          <w:sz w:val="22"/>
        </w:rPr>
        <w:t>. (10 Puan)</w:t>
      </w:r>
    </w:p>
    <w:p w14:paraId="7D13F5DA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1. </w:t>
      </w:r>
      <w:proofErr w:type="spellStart"/>
      <w:r w:rsidRPr="0046544A">
        <w:rPr>
          <w:sz w:val="22"/>
        </w:rPr>
        <w:t>Müşteri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bilgileri</w:t>
      </w:r>
      <w:proofErr w:type="spellEnd"/>
    </w:p>
    <w:p w14:paraId="01CBB9E4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2. </w:t>
      </w:r>
      <w:proofErr w:type="spellStart"/>
      <w:r w:rsidRPr="0046544A">
        <w:rPr>
          <w:sz w:val="22"/>
        </w:rPr>
        <w:t>Cihaz</w:t>
      </w:r>
      <w:proofErr w:type="spellEnd"/>
      <w:r w:rsidRPr="0046544A">
        <w:rPr>
          <w:sz w:val="22"/>
        </w:rPr>
        <w:t>/</w:t>
      </w:r>
      <w:proofErr w:type="spellStart"/>
      <w:r w:rsidRPr="0046544A">
        <w:rPr>
          <w:sz w:val="22"/>
        </w:rPr>
        <w:t>araç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bilgileri</w:t>
      </w:r>
      <w:proofErr w:type="spellEnd"/>
    </w:p>
    <w:p w14:paraId="7FA6FF85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3. </w:t>
      </w:r>
      <w:proofErr w:type="spellStart"/>
      <w:r w:rsidRPr="0046544A">
        <w:rPr>
          <w:sz w:val="22"/>
        </w:rPr>
        <w:t>Arıza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açıklaması</w:t>
      </w:r>
      <w:proofErr w:type="spellEnd"/>
    </w:p>
    <w:p w14:paraId="44A58B27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4. </w:t>
      </w:r>
      <w:proofErr w:type="spellStart"/>
      <w:r w:rsidRPr="0046544A">
        <w:rPr>
          <w:sz w:val="22"/>
        </w:rPr>
        <w:t>Yapılan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işlem</w:t>
      </w:r>
      <w:proofErr w:type="spellEnd"/>
    </w:p>
    <w:p w14:paraId="1DD82F10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5. </w:t>
      </w:r>
      <w:r w:rsidRPr="0046544A">
        <w:rPr>
          <w:sz w:val="22"/>
        </w:rPr>
        <w:t>Tarih</w:t>
      </w:r>
    </w:p>
    <w:p w14:paraId="09922EC4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3. </w:t>
      </w:r>
      <w:proofErr w:type="spellStart"/>
      <w:r w:rsidRPr="0046544A">
        <w:rPr>
          <w:sz w:val="22"/>
        </w:rPr>
        <w:t>Bakım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karteksinin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amacı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nedir</w:t>
      </w:r>
      <w:proofErr w:type="spellEnd"/>
      <w:r w:rsidRPr="0046544A">
        <w:rPr>
          <w:sz w:val="22"/>
        </w:rPr>
        <w:t>? (10 Puan)</w:t>
      </w:r>
    </w:p>
    <w:p w14:paraId="4818C049" w14:textId="77777777" w:rsidR="00B106E4" w:rsidRPr="0046544A" w:rsidRDefault="00000000" w:rsidP="0046544A">
      <w:pPr>
        <w:ind w:left="284"/>
        <w:rPr>
          <w:sz w:val="22"/>
        </w:rPr>
      </w:pPr>
      <w:proofErr w:type="spellStart"/>
      <w:r w:rsidRPr="0046544A">
        <w:rPr>
          <w:sz w:val="22"/>
        </w:rPr>
        <w:t>Yapılan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bakım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işlemlerini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düzenli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olarak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kayıt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altına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almaktır</w:t>
      </w:r>
      <w:proofErr w:type="spellEnd"/>
      <w:r w:rsidRPr="0046544A">
        <w:rPr>
          <w:sz w:val="22"/>
        </w:rPr>
        <w:t>.</w:t>
      </w:r>
    </w:p>
    <w:p w14:paraId="78959B5D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4. </w:t>
      </w:r>
      <w:proofErr w:type="spellStart"/>
      <w:r w:rsidRPr="0046544A">
        <w:rPr>
          <w:sz w:val="22"/>
        </w:rPr>
        <w:t>Arşivleme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nedir</w:t>
      </w:r>
      <w:proofErr w:type="spellEnd"/>
      <w:r w:rsidRPr="0046544A">
        <w:rPr>
          <w:sz w:val="22"/>
        </w:rPr>
        <w:t>? (10 Puan)</w:t>
      </w:r>
    </w:p>
    <w:p w14:paraId="1E763FBD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sz w:val="22"/>
        </w:rPr>
        <w:t xml:space="preserve">Belge </w:t>
      </w:r>
      <w:proofErr w:type="spellStart"/>
      <w:r w:rsidRPr="0046544A">
        <w:rPr>
          <w:sz w:val="22"/>
        </w:rPr>
        <w:t>ve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kayıtların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düzenli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biçimde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saklanmasıdır</w:t>
      </w:r>
      <w:proofErr w:type="spellEnd"/>
      <w:r w:rsidRPr="0046544A">
        <w:rPr>
          <w:sz w:val="22"/>
        </w:rPr>
        <w:t>.</w:t>
      </w:r>
    </w:p>
    <w:p w14:paraId="3978005D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5. </w:t>
      </w:r>
      <w:proofErr w:type="spellStart"/>
      <w:r w:rsidRPr="0046544A">
        <w:rPr>
          <w:sz w:val="22"/>
        </w:rPr>
        <w:t>Takip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formu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neden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kullanılır</w:t>
      </w:r>
      <w:proofErr w:type="spellEnd"/>
      <w:r w:rsidRPr="0046544A">
        <w:rPr>
          <w:sz w:val="22"/>
        </w:rPr>
        <w:t>? (10 Puan)</w:t>
      </w:r>
    </w:p>
    <w:p w14:paraId="4BB2CD4C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sz w:val="22"/>
        </w:rPr>
        <w:t xml:space="preserve">Belge </w:t>
      </w:r>
      <w:proofErr w:type="spellStart"/>
      <w:r w:rsidRPr="0046544A">
        <w:rPr>
          <w:sz w:val="22"/>
        </w:rPr>
        <w:t>veya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işlemin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durumunu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ve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hareketini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izlemek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için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kullanılır</w:t>
      </w:r>
      <w:proofErr w:type="spellEnd"/>
      <w:r w:rsidRPr="0046544A">
        <w:rPr>
          <w:sz w:val="22"/>
        </w:rPr>
        <w:t>.</w:t>
      </w:r>
    </w:p>
    <w:p w14:paraId="257AAA76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6. </w:t>
      </w:r>
      <w:proofErr w:type="spellStart"/>
      <w:r w:rsidRPr="0046544A">
        <w:rPr>
          <w:sz w:val="22"/>
        </w:rPr>
        <w:t>Arşivleme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yöntemlerinden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ikisini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yazınız</w:t>
      </w:r>
      <w:proofErr w:type="spellEnd"/>
      <w:r w:rsidRPr="0046544A">
        <w:rPr>
          <w:sz w:val="22"/>
        </w:rPr>
        <w:t>. (10 Puan)</w:t>
      </w:r>
    </w:p>
    <w:p w14:paraId="6DEA4024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1. </w:t>
      </w:r>
      <w:proofErr w:type="spellStart"/>
      <w:r w:rsidRPr="0046544A">
        <w:rPr>
          <w:sz w:val="22"/>
        </w:rPr>
        <w:t>Matbu</w:t>
      </w:r>
      <w:proofErr w:type="spellEnd"/>
      <w:r w:rsidRPr="0046544A">
        <w:rPr>
          <w:sz w:val="22"/>
        </w:rPr>
        <w:t xml:space="preserve"> form </w:t>
      </w:r>
      <w:proofErr w:type="spellStart"/>
      <w:r w:rsidRPr="0046544A">
        <w:rPr>
          <w:sz w:val="22"/>
        </w:rPr>
        <w:t>ile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arşivleme</w:t>
      </w:r>
      <w:proofErr w:type="spellEnd"/>
    </w:p>
    <w:p w14:paraId="4EAB85A9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2. </w:t>
      </w:r>
      <w:proofErr w:type="spellStart"/>
      <w:r w:rsidRPr="0046544A">
        <w:rPr>
          <w:sz w:val="22"/>
        </w:rPr>
        <w:t>Bilgisayar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ortamında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arşivleme</w:t>
      </w:r>
      <w:proofErr w:type="spellEnd"/>
    </w:p>
    <w:p w14:paraId="2533837B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7. </w:t>
      </w:r>
      <w:proofErr w:type="spellStart"/>
      <w:r w:rsidRPr="0046544A">
        <w:rPr>
          <w:sz w:val="22"/>
        </w:rPr>
        <w:t>Boşluğu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doldurunuz</w:t>
      </w:r>
      <w:proofErr w:type="spellEnd"/>
      <w:r w:rsidRPr="0046544A">
        <w:rPr>
          <w:sz w:val="22"/>
        </w:rPr>
        <w:t xml:space="preserve">: </w:t>
      </w:r>
      <w:proofErr w:type="spellStart"/>
      <w:r w:rsidRPr="0046544A">
        <w:rPr>
          <w:sz w:val="22"/>
        </w:rPr>
        <w:t>Arıza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ve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bakım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bilgilerinin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düzenli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saklandığı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kayıt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sistemine</w:t>
      </w:r>
      <w:proofErr w:type="spellEnd"/>
      <w:r w:rsidRPr="0046544A">
        <w:rPr>
          <w:sz w:val="22"/>
        </w:rPr>
        <w:t xml:space="preserve"> ______ </w:t>
      </w:r>
      <w:proofErr w:type="spellStart"/>
      <w:r w:rsidRPr="0046544A">
        <w:rPr>
          <w:sz w:val="22"/>
        </w:rPr>
        <w:t>denir</w:t>
      </w:r>
      <w:proofErr w:type="spellEnd"/>
      <w:r w:rsidRPr="0046544A">
        <w:rPr>
          <w:sz w:val="22"/>
        </w:rPr>
        <w:t>. (10 Puan)</w:t>
      </w:r>
    </w:p>
    <w:p w14:paraId="4447CC6A" w14:textId="77777777" w:rsidR="00B106E4" w:rsidRPr="0046544A" w:rsidRDefault="00000000" w:rsidP="0046544A">
      <w:pPr>
        <w:ind w:left="284"/>
        <w:rPr>
          <w:sz w:val="22"/>
        </w:rPr>
      </w:pPr>
      <w:proofErr w:type="spellStart"/>
      <w:r w:rsidRPr="0046544A">
        <w:rPr>
          <w:sz w:val="22"/>
        </w:rPr>
        <w:t>karteks</w:t>
      </w:r>
      <w:proofErr w:type="spellEnd"/>
    </w:p>
    <w:p w14:paraId="1179EA55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8. </w:t>
      </w:r>
      <w:r w:rsidRPr="0046544A">
        <w:rPr>
          <w:sz w:val="22"/>
        </w:rPr>
        <w:t>Doğru/</w:t>
      </w:r>
      <w:proofErr w:type="spellStart"/>
      <w:r w:rsidRPr="0046544A">
        <w:rPr>
          <w:sz w:val="22"/>
        </w:rPr>
        <w:t>Yanlış</w:t>
      </w:r>
      <w:proofErr w:type="spellEnd"/>
      <w:r w:rsidRPr="0046544A">
        <w:rPr>
          <w:sz w:val="22"/>
        </w:rPr>
        <w:t xml:space="preserve">: </w:t>
      </w:r>
      <w:proofErr w:type="spellStart"/>
      <w:r w:rsidRPr="0046544A">
        <w:rPr>
          <w:sz w:val="22"/>
        </w:rPr>
        <w:t>Arşivlenen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belgelere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gerektiğinde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kolayca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ulaşılabilmelidir</w:t>
      </w:r>
      <w:proofErr w:type="spellEnd"/>
      <w:r w:rsidRPr="0046544A">
        <w:rPr>
          <w:sz w:val="22"/>
        </w:rPr>
        <w:t>. (10 Puan)</w:t>
      </w:r>
    </w:p>
    <w:p w14:paraId="0D1F80F8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sz w:val="22"/>
        </w:rPr>
        <w:t>Doğru</w:t>
      </w:r>
    </w:p>
    <w:p w14:paraId="0CA36584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9. </w:t>
      </w:r>
      <w:proofErr w:type="spellStart"/>
      <w:r w:rsidRPr="0046544A">
        <w:rPr>
          <w:sz w:val="22"/>
        </w:rPr>
        <w:t>Arşivleme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formunda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bulunabilecek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başlıklardan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beşini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yazınız</w:t>
      </w:r>
      <w:proofErr w:type="spellEnd"/>
      <w:r w:rsidRPr="0046544A">
        <w:rPr>
          <w:sz w:val="22"/>
        </w:rPr>
        <w:t>. (10 Puan)</w:t>
      </w:r>
    </w:p>
    <w:p w14:paraId="737A2E00" w14:textId="77777777" w:rsidR="00B106E4" w:rsidRPr="0046544A" w:rsidRDefault="00000000" w:rsidP="00D277DC">
      <w:pPr>
        <w:ind w:left="284"/>
        <w:rPr>
          <w:sz w:val="22"/>
        </w:rPr>
      </w:pPr>
      <w:r w:rsidRPr="0046544A">
        <w:rPr>
          <w:b/>
          <w:sz w:val="22"/>
        </w:rPr>
        <w:t xml:space="preserve">1. </w:t>
      </w:r>
      <w:r w:rsidRPr="0046544A">
        <w:rPr>
          <w:sz w:val="22"/>
        </w:rPr>
        <w:t xml:space="preserve">Belge </w:t>
      </w:r>
      <w:proofErr w:type="spellStart"/>
      <w:r w:rsidRPr="0046544A">
        <w:rPr>
          <w:sz w:val="22"/>
        </w:rPr>
        <w:t>adı</w:t>
      </w:r>
      <w:proofErr w:type="spellEnd"/>
    </w:p>
    <w:p w14:paraId="3143A6EB" w14:textId="77777777" w:rsidR="00B106E4" w:rsidRPr="0046544A" w:rsidRDefault="00000000" w:rsidP="00D277DC">
      <w:pPr>
        <w:ind w:left="284"/>
        <w:rPr>
          <w:sz w:val="22"/>
        </w:rPr>
      </w:pPr>
      <w:r w:rsidRPr="0046544A">
        <w:rPr>
          <w:b/>
          <w:sz w:val="22"/>
        </w:rPr>
        <w:t xml:space="preserve">2. </w:t>
      </w:r>
      <w:r w:rsidRPr="0046544A">
        <w:rPr>
          <w:sz w:val="22"/>
        </w:rPr>
        <w:t>Tarih</w:t>
      </w:r>
    </w:p>
    <w:p w14:paraId="0B675506" w14:textId="77777777" w:rsidR="00B106E4" w:rsidRPr="0046544A" w:rsidRDefault="00000000" w:rsidP="00D277DC">
      <w:pPr>
        <w:ind w:left="284"/>
        <w:rPr>
          <w:sz w:val="22"/>
        </w:rPr>
      </w:pPr>
      <w:r w:rsidRPr="0046544A">
        <w:rPr>
          <w:b/>
          <w:sz w:val="22"/>
        </w:rPr>
        <w:t xml:space="preserve">3. </w:t>
      </w:r>
      <w:proofErr w:type="spellStart"/>
      <w:r w:rsidRPr="0046544A">
        <w:rPr>
          <w:sz w:val="22"/>
        </w:rPr>
        <w:t>Kayıt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numarası</w:t>
      </w:r>
      <w:proofErr w:type="spellEnd"/>
    </w:p>
    <w:p w14:paraId="16357DE1" w14:textId="77777777" w:rsidR="00B106E4" w:rsidRPr="0046544A" w:rsidRDefault="00000000" w:rsidP="00D277DC">
      <w:pPr>
        <w:ind w:left="284"/>
        <w:rPr>
          <w:sz w:val="22"/>
        </w:rPr>
      </w:pPr>
      <w:r w:rsidRPr="0046544A">
        <w:rPr>
          <w:b/>
          <w:sz w:val="22"/>
        </w:rPr>
        <w:t xml:space="preserve">4. </w:t>
      </w:r>
      <w:proofErr w:type="spellStart"/>
      <w:r w:rsidRPr="0046544A">
        <w:rPr>
          <w:sz w:val="22"/>
        </w:rPr>
        <w:t>İlgili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kişi</w:t>
      </w:r>
      <w:proofErr w:type="spellEnd"/>
      <w:r w:rsidRPr="0046544A">
        <w:rPr>
          <w:sz w:val="22"/>
        </w:rPr>
        <w:t>/</w:t>
      </w:r>
      <w:proofErr w:type="spellStart"/>
      <w:r w:rsidRPr="0046544A">
        <w:rPr>
          <w:sz w:val="22"/>
        </w:rPr>
        <w:t>birim</w:t>
      </w:r>
      <w:proofErr w:type="spellEnd"/>
    </w:p>
    <w:p w14:paraId="1D2AEB25" w14:textId="77777777" w:rsidR="00B106E4" w:rsidRPr="0046544A" w:rsidRDefault="00000000" w:rsidP="00D277DC">
      <w:pPr>
        <w:ind w:left="284"/>
        <w:rPr>
          <w:sz w:val="22"/>
        </w:rPr>
      </w:pPr>
      <w:r w:rsidRPr="0046544A">
        <w:rPr>
          <w:b/>
          <w:sz w:val="22"/>
        </w:rPr>
        <w:t xml:space="preserve">5. </w:t>
      </w:r>
      <w:proofErr w:type="spellStart"/>
      <w:r w:rsidRPr="0046544A">
        <w:rPr>
          <w:sz w:val="22"/>
        </w:rPr>
        <w:t>Açıklama</w:t>
      </w:r>
      <w:proofErr w:type="spellEnd"/>
    </w:p>
    <w:p w14:paraId="128BAC15" w14:textId="77777777" w:rsidR="00B106E4" w:rsidRPr="0046544A" w:rsidRDefault="00000000">
      <w:pPr>
        <w:rPr>
          <w:sz w:val="22"/>
        </w:rPr>
      </w:pPr>
      <w:r w:rsidRPr="0046544A">
        <w:rPr>
          <w:b/>
          <w:sz w:val="22"/>
        </w:rPr>
        <w:t xml:space="preserve">10. </w:t>
      </w:r>
      <w:proofErr w:type="spellStart"/>
      <w:r w:rsidRPr="0046544A">
        <w:rPr>
          <w:sz w:val="22"/>
        </w:rPr>
        <w:t>Bilgisayar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ortamında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arşivlemenin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iki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yararını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yazınız</w:t>
      </w:r>
      <w:proofErr w:type="spellEnd"/>
      <w:r w:rsidRPr="0046544A">
        <w:rPr>
          <w:sz w:val="22"/>
        </w:rPr>
        <w:t>. (10 Puan)</w:t>
      </w:r>
    </w:p>
    <w:p w14:paraId="1355599A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1. </w:t>
      </w:r>
      <w:proofErr w:type="spellStart"/>
      <w:r w:rsidRPr="0046544A">
        <w:rPr>
          <w:sz w:val="22"/>
        </w:rPr>
        <w:t>Bilgiye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hızlı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erişim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sağlar</w:t>
      </w:r>
      <w:proofErr w:type="spellEnd"/>
      <w:r w:rsidRPr="0046544A">
        <w:rPr>
          <w:sz w:val="22"/>
        </w:rPr>
        <w:t>.</w:t>
      </w:r>
    </w:p>
    <w:p w14:paraId="4C5B36B8" w14:textId="77777777" w:rsidR="00B106E4" w:rsidRPr="0046544A" w:rsidRDefault="00000000" w:rsidP="0046544A">
      <w:pPr>
        <w:ind w:left="284"/>
        <w:rPr>
          <w:sz w:val="22"/>
        </w:rPr>
      </w:pPr>
      <w:r w:rsidRPr="0046544A">
        <w:rPr>
          <w:b/>
          <w:sz w:val="22"/>
        </w:rPr>
        <w:t xml:space="preserve">2. </w:t>
      </w:r>
      <w:proofErr w:type="spellStart"/>
      <w:r w:rsidRPr="0046544A">
        <w:rPr>
          <w:sz w:val="22"/>
        </w:rPr>
        <w:t>Kayıtların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düzenli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saklanmasını</w:t>
      </w:r>
      <w:proofErr w:type="spellEnd"/>
      <w:r w:rsidRPr="0046544A">
        <w:rPr>
          <w:sz w:val="22"/>
        </w:rPr>
        <w:t xml:space="preserve"> </w:t>
      </w:r>
      <w:proofErr w:type="spellStart"/>
      <w:r w:rsidRPr="0046544A">
        <w:rPr>
          <w:sz w:val="22"/>
        </w:rPr>
        <w:t>kolaylaştırır</w:t>
      </w:r>
      <w:proofErr w:type="spellEnd"/>
      <w:r w:rsidRPr="0046544A">
        <w:rPr>
          <w:sz w:val="22"/>
        </w:rPr>
        <w:t>.</w:t>
      </w:r>
    </w:p>
    <w:sectPr w:rsidR="00B106E4" w:rsidRPr="0046544A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6544A"/>
    <w:rsid w:val="00482046"/>
    <w:rsid w:val="0062301E"/>
    <w:rsid w:val="008E3611"/>
    <w:rsid w:val="00AA1D8D"/>
    <w:rsid w:val="00B106E4"/>
    <w:rsid w:val="00B47730"/>
    <w:rsid w:val="00CB0664"/>
    <w:rsid w:val="00D221F6"/>
    <w:rsid w:val="00D277DC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ACEE47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6</cp:revision>
  <dcterms:created xsi:type="dcterms:W3CDTF">2013-12-23T23:15:00Z</dcterms:created>
  <dcterms:modified xsi:type="dcterms:W3CDTF">2026-09-27T15:13:00Z</dcterms:modified>
  <cp:category/>
</cp:coreProperties>
</file>