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14783" w14:textId="77777777" w:rsidR="00D221F6" w:rsidRPr="00435454" w:rsidRDefault="00000000" w:rsidP="00123045">
      <w:pPr>
        <w:spacing w:after="20" w:line="360" w:lineRule="auto"/>
        <w:jc w:val="center"/>
        <w:rPr>
          <w:sz w:val="24"/>
          <w:szCs w:val="24"/>
        </w:rPr>
      </w:pPr>
      <w:r w:rsidRPr="00435454">
        <w:rPr>
          <w:b/>
          <w:sz w:val="24"/>
          <w:szCs w:val="24"/>
        </w:rPr>
        <w:t>YAHŞİHAN MESLEKİ EĞİTİM MERKEZİ</w:t>
      </w:r>
    </w:p>
    <w:p w14:paraId="5D115E54" w14:textId="77777777" w:rsidR="00D221F6" w:rsidRPr="00435454" w:rsidRDefault="00000000" w:rsidP="00123045">
      <w:pPr>
        <w:spacing w:after="20" w:line="360" w:lineRule="auto"/>
        <w:jc w:val="center"/>
        <w:rPr>
          <w:sz w:val="24"/>
          <w:szCs w:val="24"/>
        </w:rPr>
      </w:pPr>
      <w:r w:rsidRPr="00435454">
        <w:rPr>
          <w:b/>
          <w:sz w:val="24"/>
          <w:szCs w:val="24"/>
        </w:rPr>
        <w:t>2026/2027 EĞİTİM ÖĞRETİM YILI MOTORLU ARAÇLAR TEKNOLOJİSİ ALANI</w:t>
      </w:r>
    </w:p>
    <w:p w14:paraId="7E5CB260" w14:textId="77777777" w:rsidR="00D221F6" w:rsidRPr="00435454" w:rsidRDefault="00000000" w:rsidP="00123045">
      <w:pPr>
        <w:spacing w:after="20" w:line="360" w:lineRule="auto"/>
        <w:jc w:val="center"/>
        <w:rPr>
          <w:sz w:val="24"/>
          <w:szCs w:val="24"/>
        </w:rPr>
      </w:pPr>
      <w:r w:rsidRPr="00435454">
        <w:rPr>
          <w:b/>
          <w:sz w:val="24"/>
          <w:szCs w:val="24"/>
        </w:rPr>
        <w:t>OTOMOTİV ELEKTRİK UYGULAMALARI DERSİ 1. DÖNEM 2. YAZILI SINAVI - B GRUBU</w:t>
      </w:r>
    </w:p>
    <w:p w14:paraId="4534025D" w14:textId="77777777" w:rsidR="00D221F6" w:rsidRPr="00123045" w:rsidRDefault="00000000" w:rsidP="00123045">
      <w:pPr>
        <w:spacing w:after="40" w:line="360" w:lineRule="auto"/>
        <w:rPr>
          <w:sz w:val="24"/>
          <w:szCs w:val="24"/>
        </w:rPr>
      </w:pPr>
      <w:r w:rsidRPr="00123045">
        <w:rPr>
          <w:sz w:val="24"/>
          <w:szCs w:val="24"/>
        </w:rPr>
        <w:t>Adı Soyadı: ............................................................    Sınıfı/No: ....................    Aldığı Not: ............</w:t>
      </w:r>
    </w:p>
    <w:p w14:paraId="774B7C6E" w14:textId="77777777" w:rsidR="00D221F6" w:rsidRPr="00123045" w:rsidRDefault="00000000">
      <w:pPr>
        <w:jc w:val="center"/>
        <w:rPr>
          <w:sz w:val="22"/>
        </w:rPr>
      </w:pPr>
      <w:r w:rsidRPr="00123045">
        <w:rPr>
          <w:b/>
          <w:sz w:val="22"/>
        </w:rPr>
        <w:t>SORULAR</w:t>
      </w:r>
    </w:p>
    <w:p w14:paraId="25F16F37" w14:textId="77777777" w:rsidR="00D221F6" w:rsidRPr="00435454" w:rsidRDefault="00000000" w:rsidP="00482046">
      <w:pPr>
        <w:spacing w:after="20" w:line="360" w:lineRule="auto"/>
        <w:rPr>
          <w:sz w:val="22"/>
        </w:rPr>
      </w:pPr>
      <w:r w:rsidRPr="00435454">
        <w:rPr>
          <w:b/>
          <w:sz w:val="22"/>
        </w:rPr>
        <w:t xml:space="preserve">1. </w:t>
      </w:r>
      <w:r w:rsidRPr="00435454">
        <w:rPr>
          <w:sz w:val="22"/>
        </w:rPr>
        <w:t>Arıza ve bakım karteksi oluşturmanın önemi nedir? (10 Puan)</w:t>
      </w:r>
    </w:p>
    <w:p w14:paraId="3A445025" w14:textId="77777777" w:rsidR="00D221F6" w:rsidRPr="00435454" w:rsidRDefault="00000000" w:rsidP="00482046">
      <w:pPr>
        <w:spacing w:after="20" w:line="360" w:lineRule="auto"/>
        <w:rPr>
          <w:sz w:val="22"/>
        </w:rPr>
      </w:pPr>
      <w:r w:rsidRPr="00435454">
        <w:rPr>
          <w:b/>
          <w:sz w:val="22"/>
        </w:rPr>
        <w:t xml:space="preserve">2. </w:t>
      </w:r>
      <w:r w:rsidRPr="00435454">
        <w:rPr>
          <w:sz w:val="22"/>
        </w:rPr>
        <w:t>Bakım karteksinde bulunabilecek bilgilerden beşini yazınız. (10 Puan)</w:t>
      </w:r>
    </w:p>
    <w:p w14:paraId="69C37A00" w14:textId="77777777" w:rsidR="00D221F6" w:rsidRPr="00435454" w:rsidRDefault="00000000" w:rsidP="00482046">
      <w:pPr>
        <w:spacing w:after="20" w:line="360" w:lineRule="auto"/>
        <w:rPr>
          <w:sz w:val="22"/>
        </w:rPr>
      </w:pPr>
      <w:r w:rsidRPr="00435454">
        <w:rPr>
          <w:b/>
          <w:sz w:val="22"/>
        </w:rPr>
        <w:t xml:space="preserve">3. </w:t>
      </w:r>
      <w:r w:rsidRPr="00435454">
        <w:rPr>
          <w:sz w:val="22"/>
        </w:rPr>
        <w:t>Arşivcilik nedir? (10 Puan)</w:t>
      </w:r>
    </w:p>
    <w:p w14:paraId="0B2C34AF" w14:textId="77777777" w:rsidR="00D221F6" w:rsidRPr="00435454" w:rsidRDefault="00000000" w:rsidP="00482046">
      <w:pPr>
        <w:spacing w:after="20" w:line="360" w:lineRule="auto"/>
        <w:rPr>
          <w:sz w:val="22"/>
        </w:rPr>
      </w:pPr>
      <w:r w:rsidRPr="00435454">
        <w:rPr>
          <w:b/>
          <w:sz w:val="22"/>
        </w:rPr>
        <w:t xml:space="preserve">4. </w:t>
      </w:r>
      <w:r w:rsidRPr="00435454">
        <w:rPr>
          <w:sz w:val="22"/>
        </w:rPr>
        <w:t>Matbu form ile arşivlemenin bir dezavantajını yazınız. (10 Puan)</w:t>
      </w:r>
    </w:p>
    <w:p w14:paraId="39EDD984" w14:textId="77777777" w:rsidR="00D221F6" w:rsidRPr="00435454" w:rsidRDefault="00000000" w:rsidP="00482046">
      <w:pPr>
        <w:spacing w:after="20" w:line="360" w:lineRule="auto"/>
        <w:rPr>
          <w:sz w:val="22"/>
        </w:rPr>
      </w:pPr>
      <w:r w:rsidRPr="00435454">
        <w:rPr>
          <w:b/>
          <w:sz w:val="22"/>
        </w:rPr>
        <w:t xml:space="preserve">5. </w:t>
      </w:r>
      <w:r w:rsidRPr="00435454">
        <w:rPr>
          <w:sz w:val="22"/>
        </w:rPr>
        <w:t>Takip formunun iki yararını yazınız. (10 Puan)</w:t>
      </w:r>
    </w:p>
    <w:p w14:paraId="74BE82C7" w14:textId="77777777" w:rsidR="00D221F6" w:rsidRPr="00435454" w:rsidRDefault="00000000" w:rsidP="00482046">
      <w:pPr>
        <w:spacing w:after="20" w:line="360" w:lineRule="auto"/>
        <w:rPr>
          <w:sz w:val="22"/>
        </w:rPr>
      </w:pPr>
      <w:r w:rsidRPr="00435454">
        <w:rPr>
          <w:b/>
          <w:sz w:val="22"/>
        </w:rPr>
        <w:t xml:space="preserve">6. </w:t>
      </w:r>
      <w:r w:rsidRPr="00435454">
        <w:rPr>
          <w:sz w:val="22"/>
        </w:rPr>
        <w:t>Arşivlemede dikkat edilecek hususlardan beşini yazınız. (10 Puan)</w:t>
      </w:r>
    </w:p>
    <w:p w14:paraId="4BAC06BA" w14:textId="77777777" w:rsidR="00D221F6" w:rsidRPr="00435454" w:rsidRDefault="00000000" w:rsidP="00482046">
      <w:pPr>
        <w:spacing w:after="20" w:line="360" w:lineRule="auto"/>
        <w:rPr>
          <w:sz w:val="22"/>
        </w:rPr>
      </w:pPr>
      <w:r w:rsidRPr="00435454">
        <w:rPr>
          <w:b/>
          <w:sz w:val="22"/>
        </w:rPr>
        <w:t xml:space="preserve">7. </w:t>
      </w:r>
      <w:r w:rsidRPr="00435454">
        <w:rPr>
          <w:sz w:val="22"/>
        </w:rPr>
        <w:t>Boşluğu doldurunuz: Belgelerin bilgisayar ortamında saklanmasına ______ arşivleme denir. (10 Puan)</w:t>
      </w:r>
    </w:p>
    <w:p w14:paraId="218ADFEB" w14:textId="77777777" w:rsidR="00D221F6" w:rsidRPr="00435454" w:rsidRDefault="00000000" w:rsidP="00482046">
      <w:pPr>
        <w:spacing w:after="20" w:line="360" w:lineRule="auto"/>
        <w:rPr>
          <w:sz w:val="22"/>
        </w:rPr>
      </w:pPr>
      <w:r w:rsidRPr="00435454">
        <w:rPr>
          <w:b/>
          <w:sz w:val="22"/>
        </w:rPr>
        <w:t xml:space="preserve">8. </w:t>
      </w:r>
      <w:r w:rsidRPr="00435454">
        <w:rPr>
          <w:sz w:val="22"/>
        </w:rPr>
        <w:t>Doğru/Yanlış: Arşivleme sırasında belgelerin sınıflandırılmasına gerek yoktur. (10 Puan)</w:t>
      </w:r>
    </w:p>
    <w:p w14:paraId="67BD05BF" w14:textId="77777777" w:rsidR="00D221F6" w:rsidRPr="00435454" w:rsidRDefault="00000000" w:rsidP="00482046">
      <w:pPr>
        <w:spacing w:after="20" w:line="360" w:lineRule="auto"/>
        <w:rPr>
          <w:sz w:val="22"/>
        </w:rPr>
      </w:pPr>
      <w:r w:rsidRPr="00435454">
        <w:rPr>
          <w:b/>
          <w:sz w:val="22"/>
        </w:rPr>
        <w:t xml:space="preserve">9. </w:t>
      </w:r>
      <w:r w:rsidRPr="00435454">
        <w:rPr>
          <w:sz w:val="22"/>
        </w:rPr>
        <w:t>Arıza karteksi ile bakım karteksi arasındaki temel fark nedir? (10 Puan)</w:t>
      </w:r>
    </w:p>
    <w:p w14:paraId="5992663F" w14:textId="77777777" w:rsidR="00D221F6" w:rsidRPr="00435454" w:rsidRDefault="00000000" w:rsidP="00482046">
      <w:pPr>
        <w:spacing w:after="20" w:line="360" w:lineRule="auto"/>
        <w:rPr>
          <w:sz w:val="22"/>
        </w:rPr>
      </w:pPr>
      <w:r w:rsidRPr="00435454">
        <w:rPr>
          <w:b/>
          <w:sz w:val="22"/>
        </w:rPr>
        <w:t xml:space="preserve">10. </w:t>
      </w:r>
      <w:r w:rsidRPr="00435454">
        <w:rPr>
          <w:sz w:val="22"/>
        </w:rPr>
        <w:t>Arşiv belgelerinin bilgisayar ortamına aktarılmasının iki nedenini yazınız. (10 Puan)</w:t>
      </w:r>
    </w:p>
    <w:p w14:paraId="6069745F" w14:textId="15AC1187" w:rsidR="00123045" w:rsidRPr="00123045" w:rsidRDefault="00435454">
      <w:pPr>
        <w:spacing w:after="80"/>
        <w:rPr>
          <w:sz w:val="22"/>
        </w:rPr>
      </w:pPr>
      <w:r>
        <w:rPr>
          <w:b/>
          <w:sz w:val="18"/>
          <w:u w:val="single"/>
        </w:rPr>
        <w:t xml:space="preserve"> </w:t>
      </w:r>
    </w:p>
    <w:p w14:paraId="48A25985" w14:textId="77777777" w:rsidR="00D221F6" w:rsidRDefault="00000000" w:rsidP="00123045">
      <w:pPr>
        <w:ind w:left="4320" w:firstLine="720"/>
        <w:jc w:val="center"/>
      </w:pPr>
      <w:proofErr w:type="spellStart"/>
      <w:r>
        <w:rPr>
          <w:sz w:val="18"/>
        </w:rPr>
        <w:t>Başarılar</w:t>
      </w:r>
      <w:proofErr w:type="spellEnd"/>
    </w:p>
    <w:p w14:paraId="17512A92" w14:textId="77777777" w:rsidR="00D221F6" w:rsidRDefault="00000000">
      <w:proofErr w:type="spellStart"/>
      <w:r w:rsidRPr="00E73031">
        <w:rPr>
          <w:b/>
          <w:bCs/>
          <w:sz w:val="18"/>
          <w:u w:val="single"/>
        </w:rPr>
        <w:t>Süre</w:t>
      </w:r>
      <w:proofErr w:type="spellEnd"/>
      <w:r w:rsidRPr="00E73031">
        <w:rPr>
          <w:b/>
          <w:bCs/>
          <w:sz w:val="18"/>
          <w:u w:val="single"/>
        </w:rPr>
        <w:t>:</w:t>
      </w:r>
      <w:r>
        <w:rPr>
          <w:sz w:val="18"/>
        </w:rPr>
        <w:t xml:space="preserve"> 40 </w:t>
      </w:r>
      <w:proofErr w:type="gramStart"/>
      <w:r>
        <w:rPr>
          <w:sz w:val="18"/>
        </w:rPr>
        <w:t>Dk</w:t>
      </w:r>
      <w:r w:rsidR="00123045">
        <w:rPr>
          <w:sz w:val="18"/>
        </w:rPr>
        <w:tab/>
      </w:r>
      <w:r w:rsidR="00123045">
        <w:rPr>
          <w:sz w:val="18"/>
        </w:rPr>
        <w:tab/>
      </w:r>
      <w:r w:rsidR="00123045">
        <w:rPr>
          <w:sz w:val="18"/>
        </w:rPr>
        <w:tab/>
      </w:r>
      <w:r w:rsidR="00123045">
        <w:rPr>
          <w:sz w:val="18"/>
        </w:rPr>
        <w:tab/>
      </w:r>
      <w:r w:rsidR="00123045">
        <w:rPr>
          <w:sz w:val="18"/>
        </w:rPr>
        <w:tab/>
      </w:r>
      <w:r w:rsidR="00123045">
        <w:rPr>
          <w:sz w:val="18"/>
        </w:rPr>
        <w:tab/>
      </w:r>
      <w:r w:rsidR="00123045">
        <w:rPr>
          <w:sz w:val="18"/>
        </w:rPr>
        <w:tab/>
      </w:r>
      <w:r w:rsidR="00123045">
        <w:rPr>
          <w:sz w:val="18"/>
        </w:rPr>
        <w:tab/>
      </w:r>
      <w:proofErr w:type="spellStart"/>
      <w:r>
        <w:rPr>
          <w:sz w:val="18"/>
        </w:rPr>
        <w:t>Mot.Arç.Tekn</w:t>
      </w:r>
      <w:proofErr w:type="spellEnd"/>
      <w:proofErr w:type="gramEnd"/>
      <w:r>
        <w:rPr>
          <w:sz w:val="18"/>
        </w:rPr>
        <w:t xml:space="preserve"> Öğrt Abdullah YANIK</w:t>
      </w:r>
    </w:p>
    <w:p w14:paraId="1FDAE20E" w14:textId="77777777" w:rsidR="00D221F6" w:rsidRDefault="00000000">
      <w:r>
        <w:br w:type="page"/>
      </w:r>
    </w:p>
    <w:p w14:paraId="2B1F03B6" w14:textId="77777777" w:rsidR="00D221F6" w:rsidRPr="00435454" w:rsidRDefault="00000000" w:rsidP="00123045">
      <w:pPr>
        <w:pageBreakBefore/>
        <w:spacing w:after="20" w:line="360" w:lineRule="auto"/>
        <w:jc w:val="center"/>
        <w:rPr>
          <w:sz w:val="22"/>
        </w:rPr>
      </w:pPr>
      <w:r w:rsidRPr="00435454">
        <w:rPr>
          <w:b/>
          <w:sz w:val="22"/>
        </w:rPr>
        <w:lastRenderedPageBreak/>
        <w:t>YAHŞİHAN MESLEKİ EĞİTİM MERKEZİ</w:t>
      </w:r>
    </w:p>
    <w:p w14:paraId="5FDE21AD" w14:textId="77777777" w:rsidR="00D221F6" w:rsidRPr="00435454" w:rsidRDefault="00000000" w:rsidP="00123045">
      <w:pPr>
        <w:spacing w:after="20" w:line="360" w:lineRule="auto"/>
        <w:jc w:val="center"/>
        <w:rPr>
          <w:sz w:val="22"/>
        </w:rPr>
      </w:pPr>
      <w:r w:rsidRPr="00435454">
        <w:rPr>
          <w:b/>
          <w:sz w:val="22"/>
        </w:rPr>
        <w:t>2026/2027 EĞİTİM ÖĞRETİM YILI MOTORLU ARAÇLAR TEKNOLOJİSİ ALANI</w:t>
      </w:r>
    </w:p>
    <w:p w14:paraId="67BECB67" w14:textId="643962B4" w:rsidR="00D221F6" w:rsidRPr="00435454" w:rsidRDefault="00000000" w:rsidP="00123045">
      <w:pPr>
        <w:spacing w:after="20" w:line="360" w:lineRule="auto"/>
        <w:jc w:val="center"/>
        <w:rPr>
          <w:b/>
          <w:sz w:val="22"/>
        </w:rPr>
      </w:pPr>
      <w:r w:rsidRPr="00435454">
        <w:rPr>
          <w:b/>
          <w:sz w:val="22"/>
        </w:rPr>
        <w:t>OTOMOTİV ELEKTRİK UYGULAMALARI DERSİ 1. DÖNEM 2. YAZILI SINAVI</w:t>
      </w:r>
      <w:r w:rsidR="00435454" w:rsidRPr="00435454">
        <w:rPr>
          <w:b/>
          <w:sz w:val="22"/>
        </w:rPr>
        <w:t xml:space="preserve"> </w:t>
      </w:r>
      <w:r w:rsidRPr="00435454">
        <w:rPr>
          <w:b/>
          <w:sz w:val="22"/>
        </w:rPr>
        <w:t>CEVAP ANAHTARI</w:t>
      </w:r>
    </w:p>
    <w:p w14:paraId="1D8E1B4B" w14:textId="13158AC2" w:rsidR="00123045" w:rsidRPr="00435454" w:rsidRDefault="00435454" w:rsidP="00123045">
      <w:pPr>
        <w:spacing w:after="20" w:line="360" w:lineRule="auto"/>
        <w:jc w:val="center"/>
        <w:rPr>
          <w:sz w:val="22"/>
        </w:rPr>
      </w:pPr>
      <w:r w:rsidRPr="00435454">
        <w:rPr>
          <w:b/>
          <w:sz w:val="22"/>
        </w:rPr>
        <w:t xml:space="preserve"> </w:t>
      </w:r>
    </w:p>
    <w:p w14:paraId="6FB9BCCC" w14:textId="77777777" w:rsidR="00F42E9F" w:rsidRDefault="00000000">
      <w:r>
        <w:rPr>
          <w:b/>
        </w:rPr>
        <w:t xml:space="preserve">1. </w:t>
      </w:r>
      <w:r>
        <w:t>Arıza ve bakım karteksi oluşturmanın önemi nedir? (10 Puan)</w:t>
      </w:r>
    </w:p>
    <w:p w14:paraId="438CD2EC" w14:textId="77777777" w:rsidR="00F42E9F" w:rsidRDefault="00000000" w:rsidP="00153FE1">
      <w:pPr>
        <w:ind w:left="284"/>
      </w:pPr>
      <w:r>
        <w:t xml:space="preserve">Geçmiş arıza ve bakım </w:t>
      </w:r>
      <w:proofErr w:type="spellStart"/>
      <w:r>
        <w:t>işlemlerinin</w:t>
      </w:r>
      <w:proofErr w:type="spellEnd"/>
      <w:r>
        <w:t xml:space="preserve"> </w:t>
      </w:r>
      <w:proofErr w:type="spellStart"/>
      <w:r>
        <w:t>takip</w:t>
      </w:r>
      <w:proofErr w:type="spellEnd"/>
      <w:r>
        <w:t xml:space="preserve"> </w:t>
      </w:r>
      <w:proofErr w:type="spellStart"/>
      <w:r>
        <w:t>edilmesini</w:t>
      </w:r>
      <w:proofErr w:type="spellEnd"/>
      <w:r>
        <w:t xml:space="preserve"> </w:t>
      </w:r>
      <w:proofErr w:type="spellStart"/>
      <w:r>
        <w:t>sağlar</w:t>
      </w:r>
      <w:proofErr w:type="spellEnd"/>
      <w:r>
        <w:t>.</w:t>
      </w:r>
    </w:p>
    <w:p w14:paraId="0C848878" w14:textId="77777777" w:rsidR="00F42E9F" w:rsidRDefault="00000000">
      <w:r>
        <w:rPr>
          <w:b/>
        </w:rPr>
        <w:t xml:space="preserve">2. </w:t>
      </w:r>
      <w:r>
        <w:t>Bakım karteksinde bulunabilecek bilgilerden beşini yazınız. (10 Puan)</w:t>
      </w:r>
    </w:p>
    <w:p w14:paraId="53742A2D" w14:textId="77777777" w:rsidR="00F42E9F" w:rsidRDefault="00000000" w:rsidP="00153FE1">
      <w:pPr>
        <w:ind w:left="284"/>
      </w:pPr>
      <w:r>
        <w:rPr>
          <w:b/>
        </w:rPr>
        <w:t xml:space="preserve">1. </w:t>
      </w:r>
      <w:r>
        <w:t>Bakım tarihi</w:t>
      </w:r>
    </w:p>
    <w:p w14:paraId="2A82DE3C" w14:textId="77777777" w:rsidR="00F42E9F" w:rsidRDefault="00000000" w:rsidP="00153FE1">
      <w:pPr>
        <w:ind w:left="284"/>
      </w:pPr>
      <w:r>
        <w:rPr>
          <w:b/>
        </w:rPr>
        <w:t xml:space="preserve">2. </w:t>
      </w:r>
      <w:r>
        <w:t>Araç/cihaz bilgisi</w:t>
      </w:r>
    </w:p>
    <w:p w14:paraId="79946E1F" w14:textId="77777777" w:rsidR="00F42E9F" w:rsidRDefault="00000000" w:rsidP="00153FE1">
      <w:pPr>
        <w:ind w:left="284"/>
      </w:pPr>
      <w:r>
        <w:rPr>
          <w:b/>
        </w:rPr>
        <w:t xml:space="preserve">3. </w:t>
      </w:r>
      <w:r>
        <w:t>Yapılan bakım</w:t>
      </w:r>
    </w:p>
    <w:p w14:paraId="4E51A2A8" w14:textId="77777777" w:rsidR="00F42E9F" w:rsidRDefault="00000000" w:rsidP="00153FE1">
      <w:pPr>
        <w:ind w:left="284"/>
      </w:pPr>
      <w:r>
        <w:rPr>
          <w:b/>
        </w:rPr>
        <w:t xml:space="preserve">4. </w:t>
      </w:r>
      <w:r>
        <w:t>Değişen parça</w:t>
      </w:r>
    </w:p>
    <w:p w14:paraId="2CD9E990" w14:textId="77777777" w:rsidR="00F42E9F" w:rsidRDefault="00000000" w:rsidP="00153FE1">
      <w:pPr>
        <w:ind w:left="284"/>
      </w:pPr>
      <w:r>
        <w:rPr>
          <w:b/>
        </w:rPr>
        <w:t xml:space="preserve">5. </w:t>
      </w:r>
      <w:r>
        <w:t>Bakımı yapan kişi</w:t>
      </w:r>
    </w:p>
    <w:p w14:paraId="3EE20DAF" w14:textId="77777777" w:rsidR="00F42E9F" w:rsidRDefault="00000000">
      <w:r>
        <w:rPr>
          <w:b/>
        </w:rPr>
        <w:t xml:space="preserve">3. </w:t>
      </w:r>
      <w:r>
        <w:t>Arşivcilik nedir? (10 Puan)</w:t>
      </w:r>
    </w:p>
    <w:p w14:paraId="0133BA49" w14:textId="77777777" w:rsidR="00F42E9F" w:rsidRDefault="00000000" w:rsidP="00153FE1">
      <w:pPr>
        <w:ind w:left="284"/>
      </w:pPr>
      <w:r>
        <w:t>Belgeleri düzenleme, saklama ve erişilebilir tutma işidir.</w:t>
      </w:r>
    </w:p>
    <w:p w14:paraId="387E2F7A" w14:textId="77777777" w:rsidR="00F42E9F" w:rsidRDefault="00000000">
      <w:r>
        <w:rPr>
          <w:b/>
        </w:rPr>
        <w:t xml:space="preserve">4. </w:t>
      </w:r>
      <w:r>
        <w:t>Matbu form ile arşivlemenin bir dezavantajını yazınız. (10 Puan)</w:t>
      </w:r>
    </w:p>
    <w:p w14:paraId="5BF0348F" w14:textId="77777777" w:rsidR="00F42E9F" w:rsidRDefault="00000000" w:rsidP="00153FE1">
      <w:pPr>
        <w:ind w:left="284"/>
      </w:pPr>
      <w:r>
        <w:t>Fiziksel yer kaplar ve belgeye erişim daha yavaş olabilir.</w:t>
      </w:r>
    </w:p>
    <w:p w14:paraId="291D4411" w14:textId="77777777" w:rsidR="00F42E9F" w:rsidRDefault="00000000">
      <w:r>
        <w:rPr>
          <w:b/>
        </w:rPr>
        <w:t xml:space="preserve">5. </w:t>
      </w:r>
      <w:r>
        <w:t>Takip formunun iki yararını yazınız. (10 Puan)</w:t>
      </w:r>
    </w:p>
    <w:p w14:paraId="62C90C27" w14:textId="77777777" w:rsidR="00F42E9F" w:rsidRDefault="00000000" w:rsidP="00435454">
      <w:pPr>
        <w:ind w:left="284"/>
      </w:pPr>
      <w:r>
        <w:rPr>
          <w:b/>
        </w:rPr>
        <w:t xml:space="preserve">1. </w:t>
      </w:r>
      <w:r>
        <w:t>İşlemin hangi aşamada olduğunu gösterir.</w:t>
      </w:r>
    </w:p>
    <w:p w14:paraId="55E4150D" w14:textId="77777777" w:rsidR="00F42E9F" w:rsidRDefault="00000000" w:rsidP="00435454">
      <w:pPr>
        <w:ind w:left="284"/>
      </w:pPr>
      <w:r>
        <w:rPr>
          <w:b/>
        </w:rPr>
        <w:t xml:space="preserve">2. </w:t>
      </w:r>
      <w:r>
        <w:t>Belgenin izlenmesini kolaylaştırır.</w:t>
      </w:r>
    </w:p>
    <w:p w14:paraId="2A08683E" w14:textId="77777777" w:rsidR="00F42E9F" w:rsidRDefault="00000000">
      <w:r>
        <w:rPr>
          <w:b/>
        </w:rPr>
        <w:t xml:space="preserve">6. </w:t>
      </w:r>
      <w:r>
        <w:t>Arşivlemede dikkat edilecek hususlardan beşini yazınız. (10 Puan)</w:t>
      </w:r>
    </w:p>
    <w:p w14:paraId="1F93E82B" w14:textId="77777777" w:rsidR="00F42E9F" w:rsidRDefault="00000000" w:rsidP="00435454">
      <w:pPr>
        <w:ind w:left="284"/>
      </w:pPr>
      <w:r>
        <w:rPr>
          <w:b/>
        </w:rPr>
        <w:t xml:space="preserve">1. </w:t>
      </w:r>
      <w:r>
        <w:t>Düzenli sınıflandırma</w:t>
      </w:r>
    </w:p>
    <w:p w14:paraId="083E84B4" w14:textId="77777777" w:rsidR="00F42E9F" w:rsidRDefault="00000000" w:rsidP="00435454">
      <w:pPr>
        <w:ind w:left="284"/>
      </w:pPr>
      <w:r>
        <w:rPr>
          <w:b/>
        </w:rPr>
        <w:t xml:space="preserve">2. </w:t>
      </w:r>
      <w:r>
        <w:t>Doğru dosya adı</w:t>
      </w:r>
    </w:p>
    <w:p w14:paraId="6175A104" w14:textId="77777777" w:rsidR="00F42E9F" w:rsidRDefault="00000000" w:rsidP="00435454">
      <w:pPr>
        <w:ind w:left="284"/>
      </w:pPr>
      <w:r>
        <w:rPr>
          <w:b/>
        </w:rPr>
        <w:t xml:space="preserve">3. </w:t>
      </w:r>
      <w:r>
        <w:t>Tarih ve numara kullanma</w:t>
      </w:r>
    </w:p>
    <w:p w14:paraId="78AEF60F" w14:textId="77777777" w:rsidR="00F42E9F" w:rsidRDefault="00000000" w:rsidP="00435454">
      <w:pPr>
        <w:ind w:left="284"/>
      </w:pPr>
      <w:r>
        <w:rPr>
          <w:b/>
        </w:rPr>
        <w:t xml:space="preserve">4. </w:t>
      </w:r>
      <w:r>
        <w:t>Güvenli saklama</w:t>
      </w:r>
    </w:p>
    <w:p w14:paraId="6B2294F5" w14:textId="77777777" w:rsidR="00F42E9F" w:rsidRDefault="00000000" w:rsidP="00435454">
      <w:pPr>
        <w:ind w:left="284"/>
      </w:pPr>
      <w:r>
        <w:rPr>
          <w:b/>
        </w:rPr>
        <w:t xml:space="preserve">5. </w:t>
      </w:r>
      <w:r>
        <w:t>Kolay erişim</w:t>
      </w:r>
    </w:p>
    <w:p w14:paraId="28B9706B" w14:textId="77777777" w:rsidR="00F42E9F" w:rsidRDefault="00000000">
      <w:r>
        <w:rPr>
          <w:b/>
        </w:rPr>
        <w:t xml:space="preserve">7. </w:t>
      </w:r>
      <w:r>
        <w:t>Boşluğu doldurunuz: Belgelerin bilgisayar ortamında saklanmasına ______ arşivleme denir. (10 Puan)</w:t>
      </w:r>
    </w:p>
    <w:p w14:paraId="6D1A849F" w14:textId="77777777" w:rsidR="00F42E9F" w:rsidRDefault="00000000" w:rsidP="00435454">
      <w:pPr>
        <w:ind w:left="284"/>
      </w:pPr>
      <w:proofErr w:type="spellStart"/>
      <w:r>
        <w:t>dijital</w:t>
      </w:r>
      <w:proofErr w:type="spellEnd"/>
    </w:p>
    <w:p w14:paraId="2D5EBA1B" w14:textId="77777777" w:rsidR="00F42E9F" w:rsidRDefault="00000000">
      <w:r>
        <w:rPr>
          <w:b/>
        </w:rPr>
        <w:t xml:space="preserve">8. </w:t>
      </w:r>
      <w:r>
        <w:t>Doğru/Yanlış: Arşivleme sırasında belgelerin sınıflandırılmasına gerek yoktur. (10 Puan)</w:t>
      </w:r>
    </w:p>
    <w:p w14:paraId="2616587B" w14:textId="77777777" w:rsidR="00F42E9F" w:rsidRDefault="00000000" w:rsidP="00435454">
      <w:pPr>
        <w:ind w:left="284"/>
      </w:pPr>
      <w:r>
        <w:t>Yanlış</w:t>
      </w:r>
    </w:p>
    <w:p w14:paraId="424D22C7" w14:textId="77777777" w:rsidR="00F42E9F" w:rsidRDefault="00000000">
      <w:r>
        <w:rPr>
          <w:b/>
        </w:rPr>
        <w:t xml:space="preserve">9. </w:t>
      </w:r>
      <w:r>
        <w:t>Arıza karteksi ile bakım karteksi arasındaki temel fark nedir? (10 Puan)</w:t>
      </w:r>
    </w:p>
    <w:p w14:paraId="243BF9B2" w14:textId="77777777" w:rsidR="00F42E9F" w:rsidRDefault="00000000" w:rsidP="00435454">
      <w:pPr>
        <w:ind w:left="284"/>
      </w:pPr>
      <w:r>
        <w:t>Biri arıza-onarım, diğeri bakım işlemlerini kaydeder.</w:t>
      </w:r>
    </w:p>
    <w:p w14:paraId="2BE6ED7E" w14:textId="77777777" w:rsidR="00F42E9F" w:rsidRDefault="00000000">
      <w:r>
        <w:rPr>
          <w:b/>
        </w:rPr>
        <w:t xml:space="preserve">10. </w:t>
      </w:r>
      <w:r>
        <w:t>Arşiv belgelerinin bilgisayar ortamına aktarılmasının iki nedenini yazınız. (10 Puan)</w:t>
      </w:r>
    </w:p>
    <w:p w14:paraId="5531CDB8" w14:textId="77777777" w:rsidR="00F42E9F" w:rsidRDefault="00000000">
      <w:pPr>
        <w:ind w:left="284"/>
      </w:pPr>
      <w:r>
        <w:rPr>
          <w:b/>
        </w:rPr>
        <w:t xml:space="preserve">1. </w:t>
      </w:r>
      <w:r>
        <w:t>Hızlı erişim sağlamak.</w:t>
      </w:r>
    </w:p>
    <w:p w14:paraId="72ADE89A" w14:textId="77777777" w:rsidR="00F42E9F" w:rsidRDefault="00000000">
      <w:pPr>
        <w:ind w:left="284"/>
      </w:pPr>
      <w:r>
        <w:rPr>
          <w:b/>
        </w:rPr>
        <w:t xml:space="preserve">2. </w:t>
      </w:r>
      <w:r>
        <w:t>Kayıtların yedeklenmesini kolaylaştırmak.</w:t>
      </w:r>
    </w:p>
    <w:p w14:paraId="14C15735" w14:textId="05788C8A" w:rsidR="00F42E9F" w:rsidRDefault="00435454">
      <w:pPr>
        <w:ind w:left="284"/>
      </w:pPr>
      <w:r>
        <w:rPr>
          <w:b/>
          <w:sz w:val="18"/>
          <w:u w:val="single"/>
        </w:rPr>
        <w:t xml:space="preserve"> </w:t>
      </w:r>
    </w:p>
    <w:sectPr w:rsidR="00F42E9F" w:rsidSect="00034616">
      <w:pgSz w:w="12240" w:h="15840"/>
      <w:pgMar w:top="652" w:right="794" w:bottom="62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80089377">
    <w:abstractNumId w:val="8"/>
  </w:num>
  <w:num w:numId="2" w16cid:durableId="28067016">
    <w:abstractNumId w:val="6"/>
  </w:num>
  <w:num w:numId="3" w16cid:durableId="1860779056">
    <w:abstractNumId w:val="5"/>
  </w:num>
  <w:num w:numId="4" w16cid:durableId="1019695370">
    <w:abstractNumId w:val="4"/>
  </w:num>
  <w:num w:numId="5" w16cid:durableId="1464154214">
    <w:abstractNumId w:val="7"/>
  </w:num>
  <w:num w:numId="6" w16cid:durableId="568922596">
    <w:abstractNumId w:val="3"/>
  </w:num>
  <w:num w:numId="7" w16cid:durableId="969016627">
    <w:abstractNumId w:val="2"/>
  </w:num>
  <w:num w:numId="8" w16cid:durableId="207182505">
    <w:abstractNumId w:val="1"/>
  </w:num>
  <w:num w:numId="9" w16cid:durableId="202136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3045"/>
    <w:rsid w:val="0015074B"/>
    <w:rsid w:val="00153FE1"/>
    <w:rsid w:val="0029639D"/>
    <w:rsid w:val="00326F90"/>
    <w:rsid w:val="00435454"/>
    <w:rsid w:val="00482046"/>
    <w:rsid w:val="0062301E"/>
    <w:rsid w:val="008E3611"/>
    <w:rsid w:val="00AA1D8D"/>
    <w:rsid w:val="00B47730"/>
    <w:rsid w:val="00CB0664"/>
    <w:rsid w:val="00D221F6"/>
    <w:rsid w:val="00E73031"/>
    <w:rsid w:val="00F42E9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A50A8F"/>
  <w14:defaultImageDpi w14:val="300"/>
  <w15:docId w15:val="{A42D9CEB-C6DF-420A-9C40-2812BAAB9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6</cp:revision>
  <dcterms:created xsi:type="dcterms:W3CDTF">2013-12-23T23:15:00Z</dcterms:created>
  <dcterms:modified xsi:type="dcterms:W3CDTF">2026-09-27T15:16:00Z</dcterms:modified>
  <cp:category/>
</cp:coreProperties>
</file>