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EDBB5" w14:textId="77777777" w:rsidR="00D221F6" w:rsidRPr="007E320C" w:rsidRDefault="00000000" w:rsidP="00123045">
      <w:pPr>
        <w:spacing w:after="20" w:line="360" w:lineRule="auto"/>
        <w:jc w:val="center"/>
        <w:rPr>
          <w:sz w:val="24"/>
          <w:szCs w:val="24"/>
        </w:rPr>
      </w:pPr>
      <w:r w:rsidRPr="007E320C">
        <w:rPr>
          <w:b/>
          <w:sz w:val="24"/>
          <w:szCs w:val="24"/>
        </w:rPr>
        <w:t>YAHŞİHAN MESLEKİ EĞİTİM MERKEZİ</w:t>
      </w:r>
    </w:p>
    <w:p w14:paraId="0F6F8047" w14:textId="77777777" w:rsidR="00D221F6" w:rsidRPr="007E320C" w:rsidRDefault="00000000" w:rsidP="00123045">
      <w:pPr>
        <w:spacing w:after="20" w:line="360" w:lineRule="auto"/>
        <w:jc w:val="center"/>
        <w:rPr>
          <w:sz w:val="24"/>
          <w:szCs w:val="24"/>
        </w:rPr>
      </w:pPr>
      <w:r w:rsidRPr="007E320C">
        <w:rPr>
          <w:b/>
          <w:sz w:val="24"/>
          <w:szCs w:val="24"/>
        </w:rPr>
        <w:t>2026/2027 EĞİTİM ÖĞRETİM YILI MOTORLU ARAÇLAR TEKNOLOJİSİ ALANI</w:t>
      </w:r>
    </w:p>
    <w:p w14:paraId="4398EF3F" w14:textId="430C2E0F" w:rsidR="00D221F6" w:rsidRPr="007E320C" w:rsidRDefault="00000000" w:rsidP="00123045">
      <w:pPr>
        <w:spacing w:after="20" w:line="360" w:lineRule="auto"/>
        <w:jc w:val="center"/>
        <w:rPr>
          <w:sz w:val="24"/>
          <w:szCs w:val="24"/>
        </w:rPr>
      </w:pPr>
      <w:r w:rsidRPr="007E320C">
        <w:rPr>
          <w:b/>
          <w:sz w:val="24"/>
          <w:szCs w:val="24"/>
        </w:rPr>
        <w:t>OTOMOTİV ELEKTRİK UYGULAMALARI DERSİ 2. DÖNEM 1. YAZILI SINAVI</w:t>
      </w:r>
    </w:p>
    <w:p w14:paraId="5D1F1A5A" w14:textId="77777777" w:rsidR="00D221F6" w:rsidRPr="00123045" w:rsidRDefault="00000000" w:rsidP="00123045">
      <w:pPr>
        <w:spacing w:after="40" w:line="360" w:lineRule="auto"/>
        <w:rPr>
          <w:sz w:val="24"/>
          <w:szCs w:val="24"/>
        </w:rPr>
      </w:pPr>
      <w:r w:rsidRPr="00123045">
        <w:rPr>
          <w:sz w:val="24"/>
          <w:szCs w:val="24"/>
        </w:rPr>
        <w:t>Adı Soyadı: ............................................................    Sınıfı/No: ....................    Aldığı Not: ............</w:t>
      </w:r>
    </w:p>
    <w:p w14:paraId="0D42E011" w14:textId="77777777" w:rsidR="00D221F6" w:rsidRPr="00123045" w:rsidRDefault="00000000">
      <w:pPr>
        <w:jc w:val="center"/>
        <w:rPr>
          <w:sz w:val="22"/>
        </w:rPr>
      </w:pPr>
      <w:r w:rsidRPr="00123045">
        <w:rPr>
          <w:b/>
          <w:sz w:val="22"/>
        </w:rPr>
        <w:t>SORULAR</w:t>
      </w:r>
    </w:p>
    <w:p w14:paraId="599A98D5" w14:textId="77777777" w:rsidR="00D221F6" w:rsidRPr="00123045" w:rsidRDefault="00000000" w:rsidP="00482046">
      <w:pPr>
        <w:spacing w:after="20" w:line="360" w:lineRule="auto"/>
        <w:rPr>
          <w:sz w:val="22"/>
        </w:rPr>
      </w:pPr>
      <w:r>
        <w:rPr>
          <w:b/>
        </w:rPr>
        <w:t xml:space="preserve">1. </w:t>
      </w:r>
      <w:r>
        <w:t>Katalog nedir? (10 Puan)</w:t>
      </w:r>
    </w:p>
    <w:p w14:paraId="1AE6071C" w14:textId="77777777" w:rsidR="00D221F6" w:rsidRPr="00123045" w:rsidRDefault="00000000" w:rsidP="00482046">
      <w:pPr>
        <w:spacing w:after="20" w:line="360" w:lineRule="auto"/>
        <w:rPr>
          <w:sz w:val="22"/>
        </w:rPr>
      </w:pPr>
      <w:r>
        <w:rPr>
          <w:b/>
        </w:rPr>
        <w:t xml:space="preserve">2. </w:t>
      </w:r>
      <w:r>
        <w:t>Katalog çeşitlerinden üçünü yazınız. (10 Puan)</w:t>
      </w:r>
    </w:p>
    <w:p w14:paraId="05AB8DF3" w14:textId="77777777" w:rsidR="00D221F6" w:rsidRPr="00123045" w:rsidRDefault="00000000" w:rsidP="00482046">
      <w:pPr>
        <w:spacing w:after="20" w:line="360" w:lineRule="auto"/>
        <w:rPr>
          <w:sz w:val="22"/>
        </w:rPr>
      </w:pPr>
      <w:r>
        <w:rPr>
          <w:b/>
        </w:rPr>
        <w:t xml:space="preserve">3. </w:t>
      </w:r>
      <w:r>
        <w:t>İnternet üzerinden katalog bilgisine ulaşmanın üç avantajını yazınız. (10 Puan)</w:t>
      </w:r>
    </w:p>
    <w:p w14:paraId="21714F6A" w14:textId="77777777" w:rsidR="00D221F6" w:rsidRPr="00123045" w:rsidRDefault="00000000" w:rsidP="00482046">
      <w:pPr>
        <w:spacing w:after="20" w:line="360" w:lineRule="auto"/>
        <w:rPr>
          <w:sz w:val="22"/>
        </w:rPr>
      </w:pPr>
      <w:r>
        <w:rPr>
          <w:b/>
        </w:rPr>
        <w:t xml:space="preserve">4. </w:t>
      </w:r>
      <w:r>
        <w:t>Katalog okurken dikkat edilecek hususlardan beşini yazınız. (10 Puan)</w:t>
      </w:r>
    </w:p>
    <w:p w14:paraId="13004876" w14:textId="77777777" w:rsidR="00D221F6" w:rsidRPr="00123045" w:rsidRDefault="00000000" w:rsidP="00482046">
      <w:pPr>
        <w:spacing w:after="20" w:line="360" w:lineRule="auto"/>
        <w:rPr>
          <w:sz w:val="22"/>
        </w:rPr>
      </w:pPr>
      <w:r>
        <w:rPr>
          <w:b/>
        </w:rPr>
        <w:t xml:space="preserve">5. </w:t>
      </w:r>
      <w:r>
        <w:t>Lehim nedir? (10 Puan)</w:t>
      </w:r>
    </w:p>
    <w:p w14:paraId="0CE89E21" w14:textId="77777777" w:rsidR="00D221F6" w:rsidRPr="00123045" w:rsidRDefault="00000000" w:rsidP="00482046">
      <w:pPr>
        <w:spacing w:after="20" w:line="360" w:lineRule="auto"/>
        <w:rPr>
          <w:sz w:val="22"/>
        </w:rPr>
      </w:pPr>
      <w:r>
        <w:rPr>
          <w:b/>
        </w:rPr>
        <w:t xml:space="preserve">6. </w:t>
      </w:r>
      <w:r>
        <w:t>Lehim pastasının görevi nedir? (10 Puan)</w:t>
      </w:r>
    </w:p>
    <w:p w14:paraId="5307017F" w14:textId="77777777" w:rsidR="00D221F6" w:rsidRPr="00123045" w:rsidRDefault="00000000" w:rsidP="00482046">
      <w:pPr>
        <w:spacing w:after="20" w:line="360" w:lineRule="auto"/>
        <w:rPr>
          <w:sz w:val="22"/>
        </w:rPr>
      </w:pPr>
      <w:r>
        <w:rPr>
          <w:b/>
        </w:rPr>
        <w:t xml:space="preserve">7. </w:t>
      </w:r>
      <w:r>
        <w:t>Havya çeşitlerinden üçünü yazınız. (10 Puan)</w:t>
      </w:r>
    </w:p>
    <w:p w14:paraId="500764D9" w14:textId="485F052E" w:rsidR="00D221F6" w:rsidRDefault="00000000" w:rsidP="00A37FD7">
      <w:pPr>
        <w:spacing w:after="20" w:line="360" w:lineRule="auto"/>
      </w:pPr>
      <w:r>
        <w:rPr>
          <w:b/>
        </w:rPr>
        <w:t xml:space="preserve">8. </w:t>
      </w:r>
      <w:proofErr w:type="spellStart"/>
      <w:r w:rsidR="00A37FD7">
        <w:t>Aşağıdaki</w:t>
      </w:r>
      <w:proofErr w:type="spellEnd"/>
      <w:r w:rsidR="00A37FD7">
        <w:t xml:space="preserve"> </w:t>
      </w:r>
      <w:proofErr w:type="spellStart"/>
      <w:r w:rsidR="00A37FD7">
        <w:t>görselde</w:t>
      </w:r>
      <w:proofErr w:type="spellEnd"/>
      <w:r w:rsidR="00A37FD7">
        <w:t xml:space="preserve"> </w:t>
      </w:r>
      <w:proofErr w:type="spellStart"/>
      <w:r w:rsidR="00A37FD7">
        <w:t>bulunan</w:t>
      </w:r>
      <w:proofErr w:type="spellEnd"/>
      <w:r w:rsidR="00A37FD7">
        <w:t xml:space="preserve"> </w:t>
      </w:r>
      <w:proofErr w:type="spellStart"/>
      <w:r w:rsidR="00A37FD7">
        <w:t>lehim</w:t>
      </w:r>
      <w:proofErr w:type="spellEnd"/>
      <w:r w:rsidR="00A37FD7">
        <w:t xml:space="preserve"> </w:t>
      </w:r>
      <w:proofErr w:type="spellStart"/>
      <w:r w:rsidR="00A37FD7">
        <w:t>araçlarının</w:t>
      </w:r>
      <w:proofErr w:type="spellEnd"/>
      <w:r w:rsidR="00A37FD7">
        <w:t xml:space="preserve"> </w:t>
      </w:r>
      <w:proofErr w:type="spellStart"/>
      <w:r w:rsidR="00A37FD7">
        <w:t>isimlerini</w:t>
      </w:r>
      <w:proofErr w:type="spellEnd"/>
      <w:r w:rsidR="00A37FD7">
        <w:t xml:space="preserve"> </w:t>
      </w:r>
      <w:proofErr w:type="spellStart"/>
      <w:r w:rsidR="00A37FD7">
        <w:t>yazınız</w:t>
      </w:r>
      <w:proofErr w:type="spellEnd"/>
      <w:r w:rsidR="00A37FD7">
        <w:t>. (20 Puan)</w:t>
      </w:r>
    </w:p>
    <w:p w14:paraId="14D37A21" w14:textId="115BC22D" w:rsidR="00A37FD7" w:rsidRPr="00123045" w:rsidRDefault="00A37FD7" w:rsidP="00A37FD7">
      <w:pPr>
        <w:spacing w:after="20" w:line="360" w:lineRule="auto"/>
        <w:rPr>
          <w:sz w:val="22"/>
        </w:rPr>
      </w:pPr>
      <w:r>
        <w:rPr>
          <w:noProof/>
          <w:sz w:val="22"/>
        </w:rPr>
        <w:drawing>
          <wp:inline distT="0" distB="0" distL="0" distR="0" wp14:anchorId="0834F998" wp14:editId="4C3E08FB">
            <wp:extent cx="6764020" cy="1839595"/>
            <wp:effectExtent l="0" t="0" r="0" b="8255"/>
            <wp:docPr id="1062386176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386176" name="Resim 106238617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64020" cy="1839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B4C1F5" w14:textId="2D4D9242" w:rsidR="00D221F6" w:rsidRPr="00123045" w:rsidRDefault="00A37FD7" w:rsidP="00482046">
      <w:pPr>
        <w:spacing w:after="20" w:line="360" w:lineRule="auto"/>
        <w:rPr>
          <w:sz w:val="22"/>
        </w:rPr>
      </w:pPr>
      <w:r>
        <w:rPr>
          <w:b/>
        </w:rPr>
        <w:t>9</w:t>
      </w:r>
      <w:r w:rsidR="00000000">
        <w:rPr>
          <w:b/>
        </w:rPr>
        <w:t xml:space="preserve">. </w:t>
      </w:r>
      <w:r w:rsidR="00000000">
        <w:t>Lehimleme sırasında dikkat edilecek kurallardan beşini yazınız. (10 Puan)</w:t>
      </w:r>
    </w:p>
    <w:p w14:paraId="1F81A7C7" w14:textId="7B4536B2" w:rsidR="00123045" w:rsidRPr="00123045" w:rsidRDefault="00A37FD7">
      <w:pPr>
        <w:spacing w:after="80"/>
        <w:rPr>
          <w:sz w:val="22"/>
        </w:rPr>
      </w:pPr>
      <w:r>
        <w:rPr>
          <w:b/>
          <w:sz w:val="18"/>
          <w:u w:val="single"/>
        </w:rPr>
        <w:t xml:space="preserve"> </w:t>
      </w:r>
    </w:p>
    <w:p w14:paraId="4C0E339E" w14:textId="77777777" w:rsidR="00D221F6" w:rsidRDefault="00000000" w:rsidP="00123045">
      <w:pPr>
        <w:ind w:left="4320" w:firstLine="720"/>
        <w:jc w:val="center"/>
      </w:pPr>
      <w:r>
        <w:rPr>
          <w:sz w:val="18"/>
        </w:rPr>
        <w:t>Başarılar</w:t>
      </w:r>
    </w:p>
    <w:p w14:paraId="57DF0253" w14:textId="77777777" w:rsidR="00D221F6" w:rsidRDefault="00000000">
      <w:proofErr w:type="spellStart"/>
      <w:r w:rsidRPr="00E73031">
        <w:rPr>
          <w:b/>
          <w:bCs/>
          <w:sz w:val="18"/>
          <w:u w:val="single"/>
        </w:rPr>
        <w:t>Süre</w:t>
      </w:r>
      <w:proofErr w:type="spellEnd"/>
      <w:r w:rsidRPr="00E73031">
        <w:rPr>
          <w:b/>
          <w:bCs/>
          <w:sz w:val="18"/>
          <w:u w:val="single"/>
        </w:rPr>
        <w:t>:</w:t>
      </w:r>
      <w:r>
        <w:rPr>
          <w:sz w:val="18"/>
        </w:rPr>
        <w:t xml:space="preserve"> 40 </w:t>
      </w:r>
      <w:proofErr w:type="gramStart"/>
      <w:r>
        <w:rPr>
          <w:sz w:val="18"/>
        </w:rPr>
        <w:t>Dk</w:t>
      </w:r>
      <w:r w:rsidR="00123045">
        <w:rPr>
          <w:sz w:val="18"/>
        </w:rPr>
        <w:tab/>
      </w:r>
      <w:r w:rsidR="00123045">
        <w:rPr>
          <w:sz w:val="18"/>
        </w:rPr>
        <w:tab/>
      </w:r>
      <w:r w:rsidR="00123045">
        <w:rPr>
          <w:sz w:val="18"/>
        </w:rPr>
        <w:tab/>
      </w:r>
      <w:r w:rsidR="00123045">
        <w:rPr>
          <w:sz w:val="18"/>
        </w:rPr>
        <w:tab/>
      </w:r>
      <w:r w:rsidR="00123045">
        <w:rPr>
          <w:sz w:val="18"/>
        </w:rPr>
        <w:tab/>
      </w:r>
      <w:r w:rsidR="00123045">
        <w:rPr>
          <w:sz w:val="18"/>
        </w:rPr>
        <w:tab/>
      </w:r>
      <w:r w:rsidR="00123045">
        <w:rPr>
          <w:sz w:val="18"/>
        </w:rPr>
        <w:tab/>
      </w:r>
      <w:r w:rsidR="00123045">
        <w:rPr>
          <w:sz w:val="18"/>
        </w:rPr>
        <w:tab/>
      </w:r>
      <w:proofErr w:type="spellStart"/>
      <w:r>
        <w:rPr>
          <w:sz w:val="18"/>
        </w:rPr>
        <w:t>Mot.Arç.Tekn</w:t>
      </w:r>
      <w:proofErr w:type="spellEnd"/>
      <w:proofErr w:type="gramEnd"/>
      <w:r>
        <w:rPr>
          <w:sz w:val="18"/>
        </w:rPr>
        <w:t xml:space="preserve"> Öğrt Abdullah YANIK</w:t>
      </w:r>
    </w:p>
    <w:p w14:paraId="21690066" w14:textId="77777777" w:rsidR="00D221F6" w:rsidRDefault="00000000">
      <w:r>
        <w:br w:type="page"/>
      </w:r>
    </w:p>
    <w:p w14:paraId="5440FF27" w14:textId="77777777" w:rsidR="00D221F6" w:rsidRPr="007E320C" w:rsidRDefault="00000000" w:rsidP="00123045">
      <w:pPr>
        <w:pageBreakBefore/>
        <w:spacing w:after="20" w:line="360" w:lineRule="auto"/>
        <w:jc w:val="center"/>
        <w:rPr>
          <w:sz w:val="22"/>
        </w:rPr>
      </w:pPr>
      <w:r w:rsidRPr="007E320C">
        <w:rPr>
          <w:b/>
          <w:sz w:val="22"/>
        </w:rPr>
        <w:lastRenderedPageBreak/>
        <w:t>YAHŞİHAN MESLEKİ EĞİTİM MERKEZİ</w:t>
      </w:r>
    </w:p>
    <w:p w14:paraId="5C895A8D" w14:textId="77777777" w:rsidR="00D221F6" w:rsidRPr="007E320C" w:rsidRDefault="00000000" w:rsidP="00123045">
      <w:pPr>
        <w:spacing w:after="20" w:line="360" w:lineRule="auto"/>
        <w:jc w:val="center"/>
        <w:rPr>
          <w:sz w:val="22"/>
        </w:rPr>
      </w:pPr>
      <w:r w:rsidRPr="007E320C">
        <w:rPr>
          <w:b/>
          <w:sz w:val="22"/>
        </w:rPr>
        <w:t>2026/2027 EĞİTİM ÖĞRETİM YILI MOTORLU ARAÇLAR TEKNOLOJİSİ ALANI</w:t>
      </w:r>
    </w:p>
    <w:p w14:paraId="1C63B5D5" w14:textId="454FBB82" w:rsidR="00D221F6" w:rsidRPr="007E320C" w:rsidRDefault="00000000" w:rsidP="00123045">
      <w:pPr>
        <w:spacing w:after="20" w:line="360" w:lineRule="auto"/>
        <w:jc w:val="center"/>
        <w:rPr>
          <w:b/>
          <w:sz w:val="22"/>
        </w:rPr>
      </w:pPr>
      <w:r w:rsidRPr="007E320C">
        <w:rPr>
          <w:b/>
          <w:sz w:val="22"/>
        </w:rPr>
        <w:t>OTOMOTİV ELEKTRİK UYGULAMALARI DERSİ 2. DÖNEM 1. YAZILI SINAVI CEVAP ANAHTARI</w:t>
      </w:r>
    </w:p>
    <w:p w14:paraId="0F20BCD8" w14:textId="77777777" w:rsidR="00A37FD7" w:rsidRDefault="00A37FD7" w:rsidP="00123045">
      <w:pPr>
        <w:spacing w:after="20" w:line="360" w:lineRule="auto"/>
        <w:jc w:val="center"/>
        <w:rPr>
          <w:b/>
          <w:sz w:val="24"/>
          <w:szCs w:val="24"/>
        </w:rPr>
      </w:pPr>
    </w:p>
    <w:p w14:paraId="0BFAA3A6" w14:textId="77777777" w:rsidR="00D05301" w:rsidRDefault="00000000">
      <w:r>
        <w:rPr>
          <w:b/>
        </w:rPr>
        <w:t xml:space="preserve">1. </w:t>
      </w:r>
      <w:r>
        <w:t>Katalog nedir? (10 Puan)</w:t>
      </w:r>
    </w:p>
    <w:p w14:paraId="2964C4A3" w14:textId="77777777" w:rsidR="00D05301" w:rsidRDefault="00000000" w:rsidP="00A9549E">
      <w:pPr>
        <w:ind w:left="284"/>
      </w:pPr>
      <w:r>
        <w:t xml:space="preserve">Malzeme ve ürün bilgilerini düzenli biçimde </w:t>
      </w:r>
      <w:proofErr w:type="spellStart"/>
      <w:r>
        <w:t>gösteren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</w:t>
      </w:r>
      <w:proofErr w:type="spellStart"/>
      <w:r>
        <w:t>veya</w:t>
      </w:r>
      <w:proofErr w:type="spellEnd"/>
      <w:r>
        <w:t xml:space="preserve"> </w:t>
      </w:r>
      <w:proofErr w:type="spellStart"/>
      <w:r>
        <w:t>kaynaktır</w:t>
      </w:r>
      <w:proofErr w:type="spellEnd"/>
      <w:r>
        <w:t>.</w:t>
      </w:r>
    </w:p>
    <w:p w14:paraId="19D876EF" w14:textId="77777777" w:rsidR="00D05301" w:rsidRDefault="00000000">
      <w:r>
        <w:rPr>
          <w:b/>
        </w:rPr>
        <w:t xml:space="preserve">2. </w:t>
      </w:r>
      <w:r>
        <w:t>Katalog çeşitlerinden üçünü yazınız. (10 Puan)</w:t>
      </w:r>
    </w:p>
    <w:p w14:paraId="205780DF" w14:textId="77777777" w:rsidR="00D05301" w:rsidRDefault="00000000" w:rsidP="00A9549E">
      <w:pPr>
        <w:ind w:left="284"/>
      </w:pPr>
      <w:r>
        <w:rPr>
          <w:b/>
        </w:rPr>
        <w:t xml:space="preserve">1. </w:t>
      </w:r>
      <w:proofErr w:type="spellStart"/>
      <w:r>
        <w:t>Elektrik</w:t>
      </w:r>
      <w:proofErr w:type="spellEnd"/>
      <w:r>
        <w:t xml:space="preserve"> </w:t>
      </w:r>
      <w:proofErr w:type="spellStart"/>
      <w:r>
        <w:t>malzeme</w:t>
      </w:r>
      <w:proofErr w:type="spellEnd"/>
      <w:r>
        <w:t xml:space="preserve"> </w:t>
      </w:r>
      <w:proofErr w:type="spellStart"/>
      <w:r>
        <w:t>katalogları</w:t>
      </w:r>
      <w:proofErr w:type="spellEnd"/>
    </w:p>
    <w:p w14:paraId="57F7C0E1" w14:textId="77777777" w:rsidR="00D05301" w:rsidRDefault="00000000" w:rsidP="00A9549E">
      <w:pPr>
        <w:ind w:left="284"/>
      </w:pPr>
      <w:r>
        <w:rPr>
          <w:b/>
        </w:rPr>
        <w:t xml:space="preserve">2. </w:t>
      </w:r>
      <w:r>
        <w:t>Elektronik malzeme katalogları</w:t>
      </w:r>
    </w:p>
    <w:p w14:paraId="56AF57B8" w14:textId="77777777" w:rsidR="00D05301" w:rsidRDefault="00000000" w:rsidP="00A9549E">
      <w:pPr>
        <w:ind w:left="284"/>
      </w:pPr>
      <w:r>
        <w:rPr>
          <w:b/>
        </w:rPr>
        <w:t xml:space="preserve">3. </w:t>
      </w:r>
      <w:r>
        <w:t>Mekanik malzeme katalogları</w:t>
      </w:r>
    </w:p>
    <w:p w14:paraId="1FC521D6" w14:textId="77777777" w:rsidR="00D05301" w:rsidRDefault="00000000">
      <w:r>
        <w:rPr>
          <w:b/>
        </w:rPr>
        <w:t xml:space="preserve">3. </w:t>
      </w:r>
      <w:r>
        <w:t>İnternet üzerinden katalog bilgisine ulaşmanın üç avantajını yazınız. (10 Puan)</w:t>
      </w:r>
    </w:p>
    <w:p w14:paraId="68AFC91C" w14:textId="77777777" w:rsidR="00D05301" w:rsidRDefault="00000000" w:rsidP="00A9549E">
      <w:pPr>
        <w:ind w:left="284"/>
      </w:pPr>
      <w:r>
        <w:rPr>
          <w:b/>
        </w:rPr>
        <w:t xml:space="preserve">1. </w:t>
      </w:r>
      <w:r>
        <w:t xml:space="preserve">Her zaman </w:t>
      </w:r>
      <w:proofErr w:type="spellStart"/>
      <w:r>
        <w:t>erişilebilir</w:t>
      </w:r>
      <w:proofErr w:type="spellEnd"/>
      <w:r>
        <w:t xml:space="preserve"> </w:t>
      </w:r>
      <w:proofErr w:type="spellStart"/>
      <w:r>
        <w:t>olması</w:t>
      </w:r>
      <w:proofErr w:type="spellEnd"/>
    </w:p>
    <w:p w14:paraId="3AC3241E" w14:textId="77777777" w:rsidR="00D05301" w:rsidRDefault="00000000" w:rsidP="00A9549E">
      <w:pPr>
        <w:ind w:left="284"/>
      </w:pPr>
      <w:r>
        <w:rPr>
          <w:b/>
        </w:rPr>
        <w:t xml:space="preserve">2. </w:t>
      </w:r>
      <w:r>
        <w:t>Hızlı arama yapılabilmesi</w:t>
      </w:r>
    </w:p>
    <w:p w14:paraId="6B4D70C8" w14:textId="77777777" w:rsidR="00D05301" w:rsidRDefault="00000000" w:rsidP="00A9549E">
      <w:pPr>
        <w:ind w:left="284"/>
      </w:pPr>
      <w:r>
        <w:rPr>
          <w:b/>
        </w:rPr>
        <w:t xml:space="preserve">3. </w:t>
      </w:r>
      <w:r>
        <w:t>Güncel bilgiye ulaşılabilmesi</w:t>
      </w:r>
    </w:p>
    <w:p w14:paraId="14EC995A" w14:textId="77777777" w:rsidR="00D05301" w:rsidRDefault="00000000">
      <w:r>
        <w:rPr>
          <w:b/>
        </w:rPr>
        <w:t xml:space="preserve">4. </w:t>
      </w:r>
      <w:r>
        <w:t>Katalog okurken dikkat edilecek hususlardan beşini yazınız. (10 Puan)</w:t>
      </w:r>
    </w:p>
    <w:p w14:paraId="53C3CC5D" w14:textId="77777777" w:rsidR="00D05301" w:rsidRDefault="00000000" w:rsidP="00A9549E">
      <w:pPr>
        <w:ind w:left="284"/>
      </w:pPr>
      <w:r>
        <w:rPr>
          <w:b/>
        </w:rPr>
        <w:t xml:space="preserve">1. </w:t>
      </w:r>
      <w:proofErr w:type="spellStart"/>
      <w:r>
        <w:t>Üretici</w:t>
      </w:r>
      <w:proofErr w:type="spellEnd"/>
      <w:r>
        <w:t xml:space="preserve"> </w:t>
      </w:r>
      <w:proofErr w:type="spellStart"/>
      <w:r>
        <w:t>bilgisi</w:t>
      </w:r>
      <w:proofErr w:type="spellEnd"/>
    </w:p>
    <w:p w14:paraId="1983EE3E" w14:textId="77777777" w:rsidR="00D05301" w:rsidRDefault="00000000" w:rsidP="00A9549E">
      <w:pPr>
        <w:ind w:left="284"/>
      </w:pPr>
      <w:r>
        <w:rPr>
          <w:b/>
        </w:rPr>
        <w:t xml:space="preserve">2. </w:t>
      </w:r>
      <w:r>
        <w:t>Parça kodu</w:t>
      </w:r>
    </w:p>
    <w:p w14:paraId="75578DEC" w14:textId="77777777" w:rsidR="00D05301" w:rsidRDefault="00000000" w:rsidP="00A9549E">
      <w:pPr>
        <w:ind w:left="284"/>
      </w:pPr>
      <w:r>
        <w:rPr>
          <w:b/>
        </w:rPr>
        <w:t xml:space="preserve">3. </w:t>
      </w:r>
      <w:r>
        <w:t>Teknik değerler</w:t>
      </w:r>
    </w:p>
    <w:p w14:paraId="3AEC88ED" w14:textId="77777777" w:rsidR="00D05301" w:rsidRDefault="00000000" w:rsidP="00A9549E">
      <w:pPr>
        <w:ind w:left="284"/>
      </w:pPr>
      <w:r>
        <w:rPr>
          <w:b/>
        </w:rPr>
        <w:t xml:space="preserve">4. </w:t>
      </w:r>
      <w:r>
        <w:t>Ölçüler</w:t>
      </w:r>
    </w:p>
    <w:p w14:paraId="1F4DBF0C" w14:textId="77777777" w:rsidR="00D05301" w:rsidRDefault="00000000" w:rsidP="00A9549E">
      <w:pPr>
        <w:ind w:left="284"/>
      </w:pPr>
      <w:r>
        <w:rPr>
          <w:b/>
        </w:rPr>
        <w:t xml:space="preserve">5. </w:t>
      </w:r>
      <w:r>
        <w:t>Uygunluk bilgisi</w:t>
      </w:r>
    </w:p>
    <w:p w14:paraId="04A6E5C3" w14:textId="77777777" w:rsidR="00D05301" w:rsidRDefault="00000000">
      <w:r>
        <w:rPr>
          <w:b/>
        </w:rPr>
        <w:t xml:space="preserve">5. </w:t>
      </w:r>
      <w:r>
        <w:t>Lehim nedir? (10 Puan)</w:t>
      </w:r>
    </w:p>
    <w:p w14:paraId="11C91860" w14:textId="77777777" w:rsidR="00D05301" w:rsidRDefault="00000000" w:rsidP="00A9549E">
      <w:pPr>
        <w:ind w:left="284"/>
      </w:pPr>
      <w:r>
        <w:t xml:space="preserve">Elektrik-elektronik bağlantılarda elemanları birleştirmek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eritilen</w:t>
      </w:r>
      <w:proofErr w:type="spellEnd"/>
      <w:r>
        <w:t xml:space="preserve"> metal </w:t>
      </w:r>
      <w:proofErr w:type="spellStart"/>
      <w:r>
        <w:t>alaşımdır</w:t>
      </w:r>
      <w:proofErr w:type="spellEnd"/>
      <w:r>
        <w:t>.</w:t>
      </w:r>
    </w:p>
    <w:p w14:paraId="6AB8C6A1" w14:textId="77777777" w:rsidR="00D05301" w:rsidRDefault="00000000">
      <w:r>
        <w:rPr>
          <w:b/>
        </w:rPr>
        <w:t xml:space="preserve">6. </w:t>
      </w:r>
      <w:r>
        <w:t>Lehim pastasının görevi nedir? (10 Puan)</w:t>
      </w:r>
    </w:p>
    <w:p w14:paraId="4DA911B0" w14:textId="77777777" w:rsidR="00D05301" w:rsidRDefault="00000000" w:rsidP="00A37FD7">
      <w:pPr>
        <w:ind w:left="284"/>
      </w:pPr>
      <w:r>
        <w:t xml:space="preserve">Lehimlenecek yüzeyin temizlenmesine ve </w:t>
      </w:r>
      <w:proofErr w:type="spellStart"/>
      <w:r>
        <w:t>lehimin</w:t>
      </w:r>
      <w:proofErr w:type="spellEnd"/>
      <w:r>
        <w:t xml:space="preserve"> </w:t>
      </w:r>
      <w:proofErr w:type="spellStart"/>
      <w:r>
        <w:t>yayılmasına</w:t>
      </w:r>
      <w:proofErr w:type="spellEnd"/>
      <w:r>
        <w:t xml:space="preserve"> </w:t>
      </w:r>
      <w:proofErr w:type="spellStart"/>
      <w:r>
        <w:t>yardımcı</w:t>
      </w:r>
      <w:proofErr w:type="spellEnd"/>
      <w:r>
        <w:t xml:space="preserve"> </w:t>
      </w:r>
      <w:proofErr w:type="spellStart"/>
      <w:r>
        <w:t>olur</w:t>
      </w:r>
      <w:proofErr w:type="spellEnd"/>
      <w:r>
        <w:t>.</w:t>
      </w:r>
    </w:p>
    <w:p w14:paraId="6A1868CC" w14:textId="77777777" w:rsidR="00D05301" w:rsidRDefault="00000000">
      <w:r>
        <w:rPr>
          <w:b/>
        </w:rPr>
        <w:t xml:space="preserve">7. </w:t>
      </w:r>
      <w:r>
        <w:t>Havya çeşitlerinden üçünü yazınız. (10 Puan)</w:t>
      </w:r>
    </w:p>
    <w:p w14:paraId="45794E79" w14:textId="77777777" w:rsidR="00D05301" w:rsidRDefault="00000000">
      <w:r>
        <w:rPr>
          <w:b/>
        </w:rPr>
        <w:t xml:space="preserve">1. </w:t>
      </w:r>
      <w:r>
        <w:t xml:space="preserve">Kalem </w:t>
      </w:r>
      <w:proofErr w:type="spellStart"/>
      <w:r>
        <w:t>havya</w:t>
      </w:r>
      <w:proofErr w:type="spellEnd"/>
    </w:p>
    <w:p w14:paraId="59C4552B" w14:textId="77777777" w:rsidR="00D05301" w:rsidRDefault="00000000">
      <w:r>
        <w:rPr>
          <w:b/>
        </w:rPr>
        <w:t xml:space="preserve">2. </w:t>
      </w:r>
      <w:r>
        <w:t>Tabanca havya</w:t>
      </w:r>
    </w:p>
    <w:p w14:paraId="5C042AF6" w14:textId="77777777" w:rsidR="00D05301" w:rsidRDefault="00000000">
      <w:r>
        <w:rPr>
          <w:b/>
        </w:rPr>
        <w:t xml:space="preserve">3. </w:t>
      </w:r>
      <w:r>
        <w:t>İstasyon tipi havya</w:t>
      </w:r>
    </w:p>
    <w:p w14:paraId="06784DB6" w14:textId="0FBC3A88" w:rsidR="00D05301" w:rsidRDefault="00000000" w:rsidP="00A37FD7">
      <w:r>
        <w:rPr>
          <w:b/>
        </w:rPr>
        <w:t xml:space="preserve">8. </w:t>
      </w:r>
      <w:proofErr w:type="spellStart"/>
      <w:r w:rsidR="00A37FD7">
        <w:t>Aşağıdaki</w:t>
      </w:r>
      <w:proofErr w:type="spellEnd"/>
      <w:r w:rsidR="00A37FD7">
        <w:t xml:space="preserve"> </w:t>
      </w:r>
      <w:proofErr w:type="spellStart"/>
      <w:r w:rsidR="00A37FD7">
        <w:t>görselde</w:t>
      </w:r>
      <w:proofErr w:type="spellEnd"/>
      <w:r w:rsidR="00A37FD7">
        <w:t xml:space="preserve"> </w:t>
      </w:r>
      <w:proofErr w:type="spellStart"/>
      <w:r w:rsidR="00A37FD7">
        <w:t>bulunan</w:t>
      </w:r>
      <w:proofErr w:type="spellEnd"/>
      <w:r w:rsidR="00A37FD7">
        <w:t xml:space="preserve"> </w:t>
      </w:r>
      <w:proofErr w:type="spellStart"/>
      <w:r w:rsidR="00A37FD7">
        <w:t>lehim</w:t>
      </w:r>
      <w:proofErr w:type="spellEnd"/>
      <w:r w:rsidR="00A37FD7">
        <w:t xml:space="preserve"> </w:t>
      </w:r>
      <w:proofErr w:type="spellStart"/>
      <w:r w:rsidR="00A37FD7">
        <w:t>araçlarının</w:t>
      </w:r>
      <w:proofErr w:type="spellEnd"/>
      <w:r w:rsidR="00A37FD7">
        <w:t xml:space="preserve"> </w:t>
      </w:r>
      <w:proofErr w:type="spellStart"/>
      <w:r w:rsidR="00A37FD7">
        <w:t>isimlerini</w:t>
      </w:r>
      <w:proofErr w:type="spellEnd"/>
      <w:r w:rsidR="00A37FD7">
        <w:t xml:space="preserve"> </w:t>
      </w:r>
      <w:proofErr w:type="spellStart"/>
      <w:r w:rsidR="00A37FD7">
        <w:t>yazınız</w:t>
      </w:r>
      <w:proofErr w:type="spellEnd"/>
      <w:r w:rsidR="00A37FD7">
        <w:t xml:space="preserve">. </w:t>
      </w:r>
      <w:r w:rsidR="00A37FD7">
        <w:t>(</w:t>
      </w:r>
      <w:r w:rsidR="00A37FD7">
        <w:t>20</w:t>
      </w:r>
      <w:r w:rsidR="00A37FD7">
        <w:t xml:space="preserve"> Puan)</w:t>
      </w:r>
    </w:p>
    <w:p w14:paraId="42CF41A7" w14:textId="51B6372E" w:rsidR="00D05301" w:rsidRDefault="00A37FD7" w:rsidP="00A37FD7">
      <w:r>
        <w:rPr>
          <w:noProof/>
        </w:rPr>
        <w:drawing>
          <wp:inline distT="0" distB="0" distL="0" distR="0" wp14:anchorId="566FB534" wp14:editId="54E1BA69">
            <wp:extent cx="6764020" cy="1839595"/>
            <wp:effectExtent l="0" t="0" r="0" b="8255"/>
            <wp:docPr id="1156331287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331287" name="Resim 115633128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64020" cy="1839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168C1F" w14:textId="78C9069F" w:rsidR="00D05301" w:rsidRDefault="00A37FD7">
      <w:r>
        <w:rPr>
          <w:b/>
        </w:rPr>
        <w:t>9</w:t>
      </w:r>
      <w:r w:rsidR="00000000">
        <w:rPr>
          <w:b/>
        </w:rPr>
        <w:t xml:space="preserve">. </w:t>
      </w:r>
      <w:r w:rsidR="00000000">
        <w:t>Lehimleme sırasında dikkat edilecek kurallardan beşini yazınız. (10 Puan)</w:t>
      </w:r>
    </w:p>
    <w:p w14:paraId="100A3CAF" w14:textId="77777777" w:rsidR="00D05301" w:rsidRDefault="00000000" w:rsidP="00A37FD7">
      <w:pPr>
        <w:ind w:left="284"/>
      </w:pPr>
      <w:r>
        <w:rPr>
          <w:b/>
        </w:rPr>
        <w:t xml:space="preserve">1. </w:t>
      </w:r>
      <w:r>
        <w:t>Havyayı altlıkta tutmak</w:t>
      </w:r>
    </w:p>
    <w:p w14:paraId="73C6BA9F" w14:textId="77777777" w:rsidR="00D05301" w:rsidRDefault="00000000" w:rsidP="00A37FD7">
      <w:pPr>
        <w:ind w:left="284"/>
      </w:pPr>
      <w:r>
        <w:rPr>
          <w:b/>
        </w:rPr>
        <w:t xml:space="preserve">2. </w:t>
      </w:r>
      <w:r>
        <w:t>Yüzeyi temizlemek</w:t>
      </w:r>
    </w:p>
    <w:p w14:paraId="29F256AE" w14:textId="77777777" w:rsidR="00D05301" w:rsidRDefault="00000000" w:rsidP="00A37FD7">
      <w:pPr>
        <w:ind w:left="284"/>
      </w:pPr>
      <w:r>
        <w:rPr>
          <w:b/>
        </w:rPr>
        <w:t xml:space="preserve">3. </w:t>
      </w:r>
      <w:r>
        <w:t>Uygun sıcaklık kullanmak</w:t>
      </w:r>
    </w:p>
    <w:p w14:paraId="50F420DC" w14:textId="77777777" w:rsidR="00D05301" w:rsidRDefault="00000000" w:rsidP="00A37FD7">
      <w:pPr>
        <w:ind w:left="284"/>
      </w:pPr>
      <w:r>
        <w:rPr>
          <w:b/>
        </w:rPr>
        <w:t xml:space="preserve">4. </w:t>
      </w:r>
      <w:r>
        <w:t>Lehim yerini oynatmamak</w:t>
      </w:r>
    </w:p>
    <w:p w14:paraId="409D74FC" w14:textId="77777777" w:rsidR="00D05301" w:rsidRDefault="00000000" w:rsidP="00A37FD7">
      <w:pPr>
        <w:ind w:left="284"/>
      </w:pPr>
      <w:r>
        <w:rPr>
          <w:b/>
        </w:rPr>
        <w:t xml:space="preserve">5. </w:t>
      </w:r>
      <w:r>
        <w:t>İş bitince havyayı kapatmak</w:t>
      </w:r>
    </w:p>
    <w:sectPr w:rsidR="00D05301" w:rsidSect="00034616">
      <w:pgSz w:w="12240" w:h="15840"/>
      <w:pgMar w:top="652" w:right="794" w:bottom="62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80089377">
    <w:abstractNumId w:val="8"/>
  </w:num>
  <w:num w:numId="2" w16cid:durableId="28067016">
    <w:abstractNumId w:val="6"/>
  </w:num>
  <w:num w:numId="3" w16cid:durableId="1860779056">
    <w:abstractNumId w:val="5"/>
  </w:num>
  <w:num w:numId="4" w16cid:durableId="1019695370">
    <w:abstractNumId w:val="4"/>
  </w:num>
  <w:num w:numId="5" w16cid:durableId="1464154214">
    <w:abstractNumId w:val="7"/>
  </w:num>
  <w:num w:numId="6" w16cid:durableId="568922596">
    <w:abstractNumId w:val="3"/>
  </w:num>
  <w:num w:numId="7" w16cid:durableId="969016627">
    <w:abstractNumId w:val="2"/>
  </w:num>
  <w:num w:numId="8" w16cid:durableId="207182505">
    <w:abstractNumId w:val="1"/>
  </w:num>
  <w:num w:numId="9" w16cid:durableId="202136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3045"/>
    <w:rsid w:val="0015074B"/>
    <w:rsid w:val="0029639D"/>
    <w:rsid w:val="00326F90"/>
    <w:rsid w:val="00482046"/>
    <w:rsid w:val="0062301E"/>
    <w:rsid w:val="007E320C"/>
    <w:rsid w:val="008E3611"/>
    <w:rsid w:val="00A37FD7"/>
    <w:rsid w:val="00A9549E"/>
    <w:rsid w:val="00AA1D8D"/>
    <w:rsid w:val="00B47730"/>
    <w:rsid w:val="00CB0664"/>
    <w:rsid w:val="00D05301"/>
    <w:rsid w:val="00D221F6"/>
    <w:rsid w:val="00E7303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17BB18"/>
  <w14:defaultImageDpi w14:val="300"/>
  <w15:docId w15:val="{A42D9CEB-C6DF-420A-9C40-2812BAAB9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337</Words>
  <Characters>1927</Characters>
  <Application>Microsoft Office Word</Application>
  <DocSecurity>0</DocSecurity>
  <Lines>16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6</cp:revision>
  <dcterms:created xsi:type="dcterms:W3CDTF">2013-12-23T23:15:00Z</dcterms:created>
  <dcterms:modified xsi:type="dcterms:W3CDTF">2026-09-27T15:11:00Z</dcterms:modified>
  <cp:category/>
</cp:coreProperties>
</file>