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5B8B5" w14:textId="77777777" w:rsidR="00D221F6" w:rsidRPr="00F03B73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F03B73">
        <w:rPr>
          <w:b/>
          <w:sz w:val="24"/>
          <w:szCs w:val="24"/>
        </w:rPr>
        <w:t>YAHŞİHAN MESLEKİ EĞİTİM MERKEZİ</w:t>
      </w:r>
    </w:p>
    <w:p w14:paraId="1E5BBF76" w14:textId="77777777" w:rsidR="00D221F6" w:rsidRPr="00F03B73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F03B73">
        <w:rPr>
          <w:b/>
          <w:sz w:val="24"/>
          <w:szCs w:val="24"/>
        </w:rPr>
        <w:t>2026/2027 EĞİTİM ÖĞRETİM YILI MOTORLU ARAÇLAR TEKNOLOJİSİ ALANI</w:t>
      </w:r>
    </w:p>
    <w:p w14:paraId="40CCE530" w14:textId="4B80883A" w:rsidR="00D221F6" w:rsidRPr="00F03B73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F03B73">
        <w:rPr>
          <w:b/>
          <w:sz w:val="24"/>
          <w:szCs w:val="24"/>
        </w:rPr>
        <w:t>OTOMOTİV ELEKTRİK UYGULAMALARI DERSİ 2. DÖNEM 1. YAZILI SINAVI</w:t>
      </w:r>
    </w:p>
    <w:p w14:paraId="0F813BAE" w14:textId="77777777" w:rsidR="00D221F6" w:rsidRPr="00123045" w:rsidRDefault="00000000" w:rsidP="00123045">
      <w:pPr>
        <w:spacing w:after="40" w:line="360" w:lineRule="auto"/>
        <w:rPr>
          <w:sz w:val="24"/>
          <w:szCs w:val="24"/>
        </w:rPr>
      </w:pPr>
      <w:r w:rsidRPr="00123045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6BDB427F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5592FC7E" w14:textId="77777777" w:rsidR="00D221F6" w:rsidRPr="00F03B73" w:rsidRDefault="00000000" w:rsidP="00482046">
      <w:pPr>
        <w:spacing w:after="20" w:line="360" w:lineRule="auto"/>
        <w:rPr>
          <w:sz w:val="22"/>
        </w:rPr>
      </w:pPr>
      <w:r w:rsidRPr="00F03B73">
        <w:rPr>
          <w:b/>
          <w:sz w:val="22"/>
        </w:rPr>
        <w:t xml:space="preserve">1. </w:t>
      </w:r>
      <w:r w:rsidRPr="00F03B73">
        <w:rPr>
          <w:sz w:val="22"/>
        </w:rPr>
        <w:t>Elektrik malzeme kataloğunun amacı nedir? (10 Puan)</w:t>
      </w:r>
    </w:p>
    <w:p w14:paraId="02ED5F72" w14:textId="77777777" w:rsidR="00D221F6" w:rsidRPr="00F03B73" w:rsidRDefault="00000000" w:rsidP="00482046">
      <w:pPr>
        <w:spacing w:after="20" w:line="360" w:lineRule="auto"/>
        <w:rPr>
          <w:sz w:val="22"/>
        </w:rPr>
      </w:pPr>
      <w:r w:rsidRPr="00F03B73">
        <w:rPr>
          <w:b/>
          <w:sz w:val="22"/>
        </w:rPr>
        <w:t xml:space="preserve">2. </w:t>
      </w:r>
      <w:r w:rsidRPr="00F03B73">
        <w:rPr>
          <w:sz w:val="22"/>
        </w:rPr>
        <w:t>İnternet üzerinden katalog bilgisine ulaşmanın iki dezavantajını yazınız. (10 Puan)</w:t>
      </w:r>
    </w:p>
    <w:p w14:paraId="67733A94" w14:textId="77777777" w:rsidR="00D221F6" w:rsidRPr="00F03B73" w:rsidRDefault="00000000" w:rsidP="00482046">
      <w:pPr>
        <w:spacing w:after="20" w:line="360" w:lineRule="auto"/>
        <w:rPr>
          <w:sz w:val="22"/>
        </w:rPr>
      </w:pPr>
      <w:r w:rsidRPr="00F03B73">
        <w:rPr>
          <w:b/>
          <w:sz w:val="22"/>
        </w:rPr>
        <w:t xml:space="preserve">3. </w:t>
      </w:r>
      <w:r w:rsidRPr="00F03B73">
        <w:rPr>
          <w:sz w:val="22"/>
        </w:rPr>
        <w:t>Katalogda parça kodu neden önemlidir? (10 Puan)</w:t>
      </w:r>
    </w:p>
    <w:p w14:paraId="4A9B3960" w14:textId="77777777" w:rsidR="00D221F6" w:rsidRPr="00F03B73" w:rsidRDefault="00000000" w:rsidP="00482046">
      <w:pPr>
        <w:spacing w:after="20" w:line="360" w:lineRule="auto"/>
        <w:rPr>
          <w:sz w:val="22"/>
        </w:rPr>
      </w:pPr>
      <w:r w:rsidRPr="00F03B73">
        <w:rPr>
          <w:b/>
          <w:sz w:val="22"/>
        </w:rPr>
        <w:t xml:space="preserve">4. </w:t>
      </w:r>
      <w:r w:rsidRPr="00F03B73">
        <w:rPr>
          <w:sz w:val="22"/>
        </w:rPr>
        <w:t>Lehim telinin yapısında kullanılan iki temel metali yazınız. (10 Puan)</w:t>
      </w:r>
    </w:p>
    <w:p w14:paraId="3FF50126" w14:textId="77777777" w:rsidR="00D221F6" w:rsidRPr="00F03B73" w:rsidRDefault="00000000" w:rsidP="00482046">
      <w:pPr>
        <w:spacing w:after="20" w:line="360" w:lineRule="auto"/>
        <w:rPr>
          <w:sz w:val="22"/>
        </w:rPr>
      </w:pPr>
      <w:r w:rsidRPr="00F03B73">
        <w:rPr>
          <w:b/>
          <w:sz w:val="22"/>
        </w:rPr>
        <w:t xml:space="preserve">5. </w:t>
      </w:r>
      <w:r w:rsidRPr="00F03B73">
        <w:rPr>
          <w:sz w:val="22"/>
        </w:rPr>
        <w:t>Lehimleme çeşitlerini yazınız. (10 Puan)</w:t>
      </w:r>
    </w:p>
    <w:p w14:paraId="3539F083" w14:textId="77777777" w:rsidR="00D221F6" w:rsidRPr="00F03B73" w:rsidRDefault="00000000" w:rsidP="00482046">
      <w:pPr>
        <w:spacing w:after="20" w:line="360" w:lineRule="auto"/>
        <w:rPr>
          <w:sz w:val="22"/>
        </w:rPr>
      </w:pPr>
      <w:r w:rsidRPr="00F03B73">
        <w:rPr>
          <w:b/>
          <w:sz w:val="22"/>
        </w:rPr>
        <w:t xml:space="preserve">6. </w:t>
      </w:r>
      <w:r w:rsidRPr="00F03B73">
        <w:rPr>
          <w:sz w:val="22"/>
        </w:rPr>
        <w:t>Lehimlenecek yüzey nasıl hazırlanır? (10 Puan)</w:t>
      </w:r>
    </w:p>
    <w:p w14:paraId="0ACCA60A" w14:textId="37D8771B" w:rsidR="00D221F6" w:rsidRPr="00F03B73" w:rsidRDefault="00000000" w:rsidP="00482046">
      <w:pPr>
        <w:spacing w:after="20" w:line="360" w:lineRule="auto"/>
        <w:rPr>
          <w:sz w:val="22"/>
        </w:rPr>
      </w:pPr>
      <w:r w:rsidRPr="00F03B73">
        <w:rPr>
          <w:b/>
          <w:sz w:val="22"/>
        </w:rPr>
        <w:t xml:space="preserve">7. </w:t>
      </w:r>
      <w:proofErr w:type="spellStart"/>
      <w:r w:rsidR="00F03B73">
        <w:rPr>
          <w:sz w:val="22"/>
        </w:rPr>
        <w:t>Aşağıda</w:t>
      </w:r>
      <w:proofErr w:type="spellEnd"/>
      <w:r w:rsidR="00F03B73">
        <w:rPr>
          <w:sz w:val="22"/>
        </w:rPr>
        <w:t xml:space="preserve"> </w:t>
      </w:r>
      <w:proofErr w:type="spellStart"/>
      <w:r w:rsidR="00F03B73">
        <w:rPr>
          <w:sz w:val="22"/>
        </w:rPr>
        <w:t>resimde</w:t>
      </w:r>
      <w:proofErr w:type="spellEnd"/>
      <w:r w:rsidR="00F03B73">
        <w:rPr>
          <w:sz w:val="22"/>
        </w:rPr>
        <w:t xml:space="preserve"> </w:t>
      </w:r>
      <w:proofErr w:type="spellStart"/>
      <w:r w:rsidR="00F03B73">
        <w:rPr>
          <w:sz w:val="22"/>
        </w:rPr>
        <w:t>verilen</w:t>
      </w:r>
      <w:proofErr w:type="spellEnd"/>
      <w:r w:rsidR="00F03B73">
        <w:rPr>
          <w:sz w:val="22"/>
        </w:rPr>
        <w:t xml:space="preserve"> </w:t>
      </w:r>
      <w:proofErr w:type="spellStart"/>
      <w:r w:rsidR="00F03B73">
        <w:rPr>
          <w:sz w:val="22"/>
        </w:rPr>
        <w:t>lehimleme</w:t>
      </w:r>
      <w:proofErr w:type="spellEnd"/>
      <w:r w:rsidR="00F03B73">
        <w:rPr>
          <w:sz w:val="22"/>
        </w:rPr>
        <w:t xml:space="preserve"> </w:t>
      </w:r>
      <w:proofErr w:type="spellStart"/>
      <w:r w:rsidR="00F03B73">
        <w:rPr>
          <w:sz w:val="22"/>
        </w:rPr>
        <w:t>örneklerinin</w:t>
      </w:r>
      <w:proofErr w:type="spellEnd"/>
      <w:r w:rsidR="00F03B73">
        <w:rPr>
          <w:sz w:val="22"/>
        </w:rPr>
        <w:t xml:space="preserve"> </w:t>
      </w:r>
      <w:proofErr w:type="spellStart"/>
      <w:r w:rsidR="00F03B73">
        <w:rPr>
          <w:sz w:val="22"/>
        </w:rPr>
        <w:t>hatalarını</w:t>
      </w:r>
      <w:proofErr w:type="spellEnd"/>
      <w:r w:rsidR="00F03B73">
        <w:rPr>
          <w:sz w:val="22"/>
        </w:rPr>
        <w:t xml:space="preserve"> </w:t>
      </w:r>
      <w:proofErr w:type="spellStart"/>
      <w:r w:rsidR="00F03B73">
        <w:rPr>
          <w:sz w:val="22"/>
        </w:rPr>
        <w:t>yazınız</w:t>
      </w:r>
      <w:proofErr w:type="spellEnd"/>
      <w:r w:rsidRPr="00F03B73">
        <w:rPr>
          <w:sz w:val="22"/>
        </w:rPr>
        <w:t>. (</w:t>
      </w:r>
      <w:r w:rsidR="00F03B73">
        <w:rPr>
          <w:sz w:val="22"/>
        </w:rPr>
        <w:t>3</w:t>
      </w:r>
      <w:r w:rsidRPr="00F03B73">
        <w:rPr>
          <w:sz w:val="22"/>
        </w:rPr>
        <w:t>0 Puan)</w:t>
      </w:r>
    </w:p>
    <w:p w14:paraId="61E8F2EF" w14:textId="39FBEAF9" w:rsidR="00123045" w:rsidRPr="00123045" w:rsidRDefault="00F03B73">
      <w:pPr>
        <w:spacing w:after="80"/>
        <w:rPr>
          <w:sz w:val="22"/>
        </w:rPr>
      </w:pPr>
      <w:r>
        <w:rPr>
          <w:noProof/>
          <w:sz w:val="22"/>
        </w:rPr>
        <w:drawing>
          <wp:inline distT="0" distB="0" distL="0" distR="0" wp14:anchorId="10722DCC" wp14:editId="516DE020">
            <wp:extent cx="6764020" cy="1839595"/>
            <wp:effectExtent l="0" t="0" r="0" b="8255"/>
            <wp:docPr id="63363571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635714" name="Resim 6336357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CA0A7" w14:textId="77777777" w:rsidR="00D221F6" w:rsidRDefault="00000000" w:rsidP="00123045">
      <w:pPr>
        <w:ind w:left="4320" w:firstLine="720"/>
        <w:jc w:val="center"/>
      </w:pPr>
      <w:r>
        <w:rPr>
          <w:sz w:val="18"/>
        </w:rPr>
        <w:t>Başarılar</w:t>
      </w:r>
    </w:p>
    <w:p w14:paraId="1F6BFABD" w14:textId="77777777" w:rsidR="00D221F6" w:rsidRDefault="00000000">
      <w:proofErr w:type="spellStart"/>
      <w:r w:rsidRPr="00E73031">
        <w:rPr>
          <w:b/>
          <w:bCs/>
          <w:sz w:val="18"/>
          <w:u w:val="single"/>
        </w:rPr>
        <w:t>Süre</w:t>
      </w:r>
      <w:proofErr w:type="spellEnd"/>
      <w:r w:rsidRPr="00E73031">
        <w:rPr>
          <w:b/>
          <w:bCs/>
          <w:sz w:val="18"/>
          <w:u w:val="single"/>
        </w:rPr>
        <w:t>:</w:t>
      </w:r>
      <w:r>
        <w:rPr>
          <w:sz w:val="18"/>
        </w:rPr>
        <w:t xml:space="preserve"> 40 </w:t>
      </w:r>
      <w:proofErr w:type="gramStart"/>
      <w:r>
        <w:rPr>
          <w:sz w:val="18"/>
        </w:rPr>
        <w:t>Dk</w:t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proofErr w:type="spellStart"/>
      <w:r>
        <w:rPr>
          <w:sz w:val="18"/>
        </w:rPr>
        <w:t>Mot.Arç.Tekn</w:t>
      </w:r>
      <w:proofErr w:type="spellEnd"/>
      <w:proofErr w:type="gramEnd"/>
      <w:r>
        <w:rPr>
          <w:sz w:val="18"/>
        </w:rPr>
        <w:t xml:space="preserve"> Öğrt Abdullah YANIK</w:t>
      </w:r>
    </w:p>
    <w:p w14:paraId="0C7EF6DC" w14:textId="77777777" w:rsidR="00D221F6" w:rsidRDefault="00000000">
      <w:r>
        <w:br w:type="page"/>
      </w:r>
    </w:p>
    <w:p w14:paraId="7DD1135C" w14:textId="77777777" w:rsidR="00D221F6" w:rsidRPr="00F03B73" w:rsidRDefault="00000000" w:rsidP="00123045">
      <w:pPr>
        <w:pageBreakBefore/>
        <w:spacing w:after="20" w:line="360" w:lineRule="auto"/>
        <w:jc w:val="center"/>
        <w:rPr>
          <w:sz w:val="22"/>
        </w:rPr>
      </w:pPr>
      <w:r w:rsidRPr="00F03B73">
        <w:rPr>
          <w:b/>
          <w:sz w:val="22"/>
        </w:rPr>
        <w:lastRenderedPageBreak/>
        <w:t>YAHŞİHAN MESLEKİ EĞİTİM MERKEZİ</w:t>
      </w:r>
    </w:p>
    <w:p w14:paraId="58E0AE86" w14:textId="77777777" w:rsidR="00D221F6" w:rsidRPr="00F03B73" w:rsidRDefault="00000000" w:rsidP="00123045">
      <w:pPr>
        <w:spacing w:after="20" w:line="360" w:lineRule="auto"/>
        <w:jc w:val="center"/>
        <w:rPr>
          <w:sz w:val="22"/>
        </w:rPr>
      </w:pPr>
      <w:r w:rsidRPr="00F03B73">
        <w:rPr>
          <w:b/>
          <w:sz w:val="22"/>
        </w:rPr>
        <w:t>2026/2027 EĞİTİM ÖĞRETİM YILI MOTORLU ARAÇLAR TEKNOLOJİSİ ALANI</w:t>
      </w:r>
    </w:p>
    <w:p w14:paraId="3E943F7E" w14:textId="77B28034" w:rsidR="00D221F6" w:rsidRPr="00F03B73" w:rsidRDefault="00000000" w:rsidP="00123045">
      <w:pPr>
        <w:spacing w:after="20" w:line="360" w:lineRule="auto"/>
        <w:jc w:val="center"/>
        <w:rPr>
          <w:b/>
          <w:sz w:val="22"/>
        </w:rPr>
      </w:pPr>
      <w:r w:rsidRPr="00F03B73">
        <w:rPr>
          <w:b/>
          <w:sz w:val="22"/>
        </w:rPr>
        <w:t xml:space="preserve">OTOMOTİV ELEKTRİK UYGULAMALARI DERSİ 2. DÖNEM 1. YAZILI </w:t>
      </w:r>
      <w:proofErr w:type="gramStart"/>
      <w:r w:rsidRPr="00F03B73">
        <w:rPr>
          <w:b/>
          <w:sz w:val="22"/>
        </w:rPr>
        <w:t>SINAVI  CEVAP</w:t>
      </w:r>
      <w:proofErr w:type="gramEnd"/>
      <w:r w:rsidRPr="00F03B73">
        <w:rPr>
          <w:b/>
          <w:sz w:val="22"/>
        </w:rPr>
        <w:t xml:space="preserve"> ANAHTARI</w:t>
      </w:r>
    </w:p>
    <w:p w14:paraId="5854A56E" w14:textId="67D8EA57" w:rsidR="00123045" w:rsidRPr="00123045" w:rsidRDefault="00F03B73" w:rsidP="00123045">
      <w:pPr>
        <w:spacing w:after="20" w:line="360" w:lineRule="auto"/>
        <w:jc w:val="center"/>
        <w:rPr>
          <w:sz w:val="24"/>
          <w:szCs w:val="24"/>
        </w:rPr>
      </w:pPr>
      <w:r>
        <w:rPr>
          <w:b/>
        </w:rPr>
        <w:t xml:space="preserve"> </w:t>
      </w:r>
    </w:p>
    <w:p w14:paraId="425B52F0" w14:textId="66DEDD60" w:rsidR="00DB06B9" w:rsidRPr="00F03B73" w:rsidRDefault="00000000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1. </w:t>
      </w:r>
      <w:r w:rsidRPr="00F03B73">
        <w:rPr>
          <w:sz w:val="22"/>
        </w:rPr>
        <w:t>Elektrik malzeme kataloğunun amacı nedir? (</w:t>
      </w:r>
      <w:r w:rsidR="00F03B73" w:rsidRPr="00F03B73">
        <w:rPr>
          <w:sz w:val="22"/>
        </w:rPr>
        <w:t>15</w:t>
      </w:r>
      <w:r w:rsidRPr="00F03B73">
        <w:rPr>
          <w:sz w:val="22"/>
        </w:rPr>
        <w:t xml:space="preserve"> Puan)</w:t>
      </w:r>
    </w:p>
    <w:p w14:paraId="4489A332" w14:textId="77777777" w:rsidR="00DB06B9" w:rsidRDefault="00000000" w:rsidP="00F03B73">
      <w:pPr>
        <w:spacing w:line="276" w:lineRule="auto"/>
        <w:rPr>
          <w:sz w:val="22"/>
        </w:rPr>
      </w:pPr>
      <w:r w:rsidRPr="00F03B73">
        <w:rPr>
          <w:sz w:val="22"/>
        </w:rPr>
        <w:t xml:space="preserve">Elektrik malzemelerinin teknik </w:t>
      </w:r>
      <w:proofErr w:type="spellStart"/>
      <w:r w:rsidRPr="00F03B73">
        <w:rPr>
          <w:sz w:val="22"/>
        </w:rPr>
        <w:t>ve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seçim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bilgilerini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sunmaktır</w:t>
      </w:r>
      <w:proofErr w:type="spellEnd"/>
      <w:r w:rsidRPr="00F03B73">
        <w:rPr>
          <w:sz w:val="22"/>
        </w:rPr>
        <w:t>.</w:t>
      </w:r>
    </w:p>
    <w:p w14:paraId="07AD5EA4" w14:textId="77777777" w:rsidR="00F03B73" w:rsidRPr="00F03B73" w:rsidRDefault="00F03B73" w:rsidP="00F03B73">
      <w:pPr>
        <w:spacing w:line="276" w:lineRule="auto"/>
        <w:rPr>
          <w:sz w:val="22"/>
        </w:rPr>
      </w:pPr>
    </w:p>
    <w:p w14:paraId="6F467F1E" w14:textId="34C83939" w:rsidR="00DB06B9" w:rsidRPr="00F03B73" w:rsidRDefault="00000000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2. </w:t>
      </w:r>
      <w:r w:rsidRPr="00F03B73">
        <w:rPr>
          <w:sz w:val="22"/>
        </w:rPr>
        <w:t>İnternet üzerinden katalog bilgisine ulaşmanın iki dezavantajını yazınız. (1</w:t>
      </w:r>
      <w:r w:rsidR="00F03B73" w:rsidRPr="00F03B73">
        <w:rPr>
          <w:sz w:val="22"/>
        </w:rPr>
        <w:t>5</w:t>
      </w:r>
      <w:r w:rsidRPr="00F03B73">
        <w:rPr>
          <w:sz w:val="22"/>
        </w:rPr>
        <w:t xml:space="preserve"> Puan)</w:t>
      </w:r>
    </w:p>
    <w:p w14:paraId="7E878673" w14:textId="56E1F293" w:rsidR="00DB06B9" w:rsidRPr="00F03B73" w:rsidRDefault="00F03B73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     </w:t>
      </w:r>
      <w:r w:rsidR="00000000" w:rsidRPr="00F03B73">
        <w:rPr>
          <w:b/>
          <w:sz w:val="22"/>
        </w:rPr>
        <w:t xml:space="preserve">1. </w:t>
      </w:r>
      <w:r w:rsidR="00000000" w:rsidRPr="00F03B73">
        <w:rPr>
          <w:sz w:val="22"/>
        </w:rPr>
        <w:t xml:space="preserve">İnternet </w:t>
      </w:r>
      <w:proofErr w:type="spellStart"/>
      <w:r w:rsidR="00000000" w:rsidRPr="00F03B73">
        <w:rPr>
          <w:sz w:val="22"/>
        </w:rPr>
        <w:t>bağlantısına</w:t>
      </w:r>
      <w:proofErr w:type="spellEnd"/>
      <w:r w:rsidR="00000000" w:rsidRPr="00F03B73">
        <w:rPr>
          <w:sz w:val="22"/>
        </w:rPr>
        <w:t xml:space="preserve"> </w:t>
      </w:r>
      <w:proofErr w:type="spellStart"/>
      <w:r w:rsidR="00000000" w:rsidRPr="00F03B73">
        <w:rPr>
          <w:sz w:val="22"/>
        </w:rPr>
        <w:t>ihtiyaç</w:t>
      </w:r>
      <w:proofErr w:type="spellEnd"/>
      <w:r w:rsidR="00000000" w:rsidRPr="00F03B73">
        <w:rPr>
          <w:sz w:val="22"/>
        </w:rPr>
        <w:t xml:space="preserve"> </w:t>
      </w:r>
      <w:proofErr w:type="spellStart"/>
      <w:r w:rsidR="00000000" w:rsidRPr="00F03B73">
        <w:rPr>
          <w:sz w:val="22"/>
        </w:rPr>
        <w:t>duyar</w:t>
      </w:r>
      <w:proofErr w:type="spellEnd"/>
      <w:r w:rsidR="00000000" w:rsidRPr="00F03B73">
        <w:rPr>
          <w:sz w:val="22"/>
        </w:rPr>
        <w:t>.</w:t>
      </w:r>
    </w:p>
    <w:p w14:paraId="303DE0FD" w14:textId="07CF9EC1" w:rsidR="00DB06B9" w:rsidRDefault="00F03B73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     </w:t>
      </w:r>
      <w:r w:rsidR="00000000" w:rsidRPr="00F03B73">
        <w:rPr>
          <w:b/>
          <w:sz w:val="22"/>
        </w:rPr>
        <w:t xml:space="preserve">2. </w:t>
      </w:r>
      <w:proofErr w:type="spellStart"/>
      <w:r w:rsidR="00000000" w:rsidRPr="00F03B73">
        <w:rPr>
          <w:sz w:val="22"/>
        </w:rPr>
        <w:t>Yanlış</w:t>
      </w:r>
      <w:proofErr w:type="spellEnd"/>
      <w:r w:rsidR="00000000" w:rsidRPr="00F03B73">
        <w:rPr>
          <w:sz w:val="22"/>
        </w:rPr>
        <w:t xml:space="preserve"> </w:t>
      </w:r>
      <w:proofErr w:type="spellStart"/>
      <w:r w:rsidR="00000000" w:rsidRPr="00F03B73">
        <w:rPr>
          <w:sz w:val="22"/>
        </w:rPr>
        <w:t>veya</w:t>
      </w:r>
      <w:proofErr w:type="spellEnd"/>
      <w:r w:rsidR="00000000" w:rsidRPr="00F03B73">
        <w:rPr>
          <w:sz w:val="22"/>
        </w:rPr>
        <w:t xml:space="preserve"> </w:t>
      </w:r>
      <w:proofErr w:type="spellStart"/>
      <w:r w:rsidR="00000000" w:rsidRPr="00F03B73">
        <w:rPr>
          <w:sz w:val="22"/>
        </w:rPr>
        <w:t>güncel</w:t>
      </w:r>
      <w:proofErr w:type="spellEnd"/>
      <w:r w:rsidR="00000000" w:rsidRPr="00F03B73">
        <w:rPr>
          <w:sz w:val="22"/>
        </w:rPr>
        <w:t xml:space="preserve"> </w:t>
      </w:r>
      <w:proofErr w:type="spellStart"/>
      <w:r w:rsidR="00000000" w:rsidRPr="00F03B73">
        <w:rPr>
          <w:sz w:val="22"/>
        </w:rPr>
        <w:t>ol</w:t>
      </w:r>
      <w:r w:rsidRPr="00F03B73">
        <w:rPr>
          <w:sz w:val="22"/>
        </w:rPr>
        <w:t>m</w:t>
      </w:r>
      <w:r w:rsidR="00000000" w:rsidRPr="00F03B73">
        <w:rPr>
          <w:sz w:val="22"/>
        </w:rPr>
        <w:t>ayan</w:t>
      </w:r>
      <w:proofErr w:type="spellEnd"/>
      <w:r w:rsidR="00000000" w:rsidRPr="00F03B73">
        <w:rPr>
          <w:sz w:val="22"/>
        </w:rPr>
        <w:t xml:space="preserve"> </w:t>
      </w:r>
      <w:proofErr w:type="spellStart"/>
      <w:r w:rsidR="00000000" w:rsidRPr="00F03B73">
        <w:rPr>
          <w:sz w:val="22"/>
        </w:rPr>
        <w:t>kaynaklarla</w:t>
      </w:r>
      <w:proofErr w:type="spellEnd"/>
      <w:r w:rsidR="00000000" w:rsidRPr="00F03B73">
        <w:rPr>
          <w:sz w:val="22"/>
        </w:rPr>
        <w:t xml:space="preserve"> </w:t>
      </w:r>
      <w:proofErr w:type="spellStart"/>
      <w:r w:rsidR="00000000" w:rsidRPr="00F03B73">
        <w:rPr>
          <w:sz w:val="22"/>
        </w:rPr>
        <w:t>karşılaşılabilir</w:t>
      </w:r>
      <w:proofErr w:type="spellEnd"/>
      <w:r w:rsidR="00000000" w:rsidRPr="00F03B73">
        <w:rPr>
          <w:sz w:val="22"/>
        </w:rPr>
        <w:t>.</w:t>
      </w:r>
    </w:p>
    <w:p w14:paraId="276F0659" w14:textId="77777777" w:rsidR="00F03B73" w:rsidRPr="00F03B73" w:rsidRDefault="00F03B73" w:rsidP="00F03B73">
      <w:pPr>
        <w:spacing w:line="276" w:lineRule="auto"/>
        <w:rPr>
          <w:sz w:val="22"/>
        </w:rPr>
      </w:pPr>
    </w:p>
    <w:p w14:paraId="50ED2373" w14:textId="77777777" w:rsidR="00DB06B9" w:rsidRPr="00F03B73" w:rsidRDefault="00000000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3. </w:t>
      </w:r>
      <w:r w:rsidRPr="00F03B73">
        <w:rPr>
          <w:sz w:val="22"/>
        </w:rPr>
        <w:t>Katalogda parça kodu neden önemlidir? (10 Puan)</w:t>
      </w:r>
    </w:p>
    <w:p w14:paraId="3475CEF1" w14:textId="77777777" w:rsidR="00DB06B9" w:rsidRDefault="00000000" w:rsidP="00F03B73">
      <w:pPr>
        <w:spacing w:line="276" w:lineRule="auto"/>
        <w:ind w:left="284"/>
        <w:rPr>
          <w:sz w:val="22"/>
        </w:rPr>
      </w:pPr>
      <w:r w:rsidRPr="00F03B73">
        <w:rPr>
          <w:sz w:val="22"/>
        </w:rPr>
        <w:t xml:space="preserve">Doğru parçanın belirlenmesini </w:t>
      </w:r>
      <w:proofErr w:type="spellStart"/>
      <w:r w:rsidRPr="00F03B73">
        <w:rPr>
          <w:sz w:val="22"/>
        </w:rPr>
        <w:t>ve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sipariş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edilmesini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sağlar</w:t>
      </w:r>
      <w:proofErr w:type="spellEnd"/>
      <w:r w:rsidRPr="00F03B73">
        <w:rPr>
          <w:sz w:val="22"/>
        </w:rPr>
        <w:t>.</w:t>
      </w:r>
    </w:p>
    <w:p w14:paraId="395A08D2" w14:textId="77777777" w:rsidR="00F03B73" w:rsidRPr="00F03B73" w:rsidRDefault="00F03B73" w:rsidP="00F03B73">
      <w:pPr>
        <w:spacing w:line="276" w:lineRule="auto"/>
        <w:rPr>
          <w:sz w:val="22"/>
        </w:rPr>
      </w:pPr>
    </w:p>
    <w:p w14:paraId="2690B710" w14:textId="77777777" w:rsidR="00DB06B9" w:rsidRPr="00F03B73" w:rsidRDefault="00000000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4. </w:t>
      </w:r>
      <w:r w:rsidRPr="00F03B73">
        <w:rPr>
          <w:sz w:val="22"/>
        </w:rPr>
        <w:t>Lehim telinin yapısında kullanılan iki temel metali yazınız. (10 Puan)</w:t>
      </w:r>
    </w:p>
    <w:p w14:paraId="18CBAD8B" w14:textId="77777777" w:rsidR="00DB06B9" w:rsidRPr="00F03B73" w:rsidRDefault="00000000" w:rsidP="00F03B73">
      <w:pPr>
        <w:spacing w:line="276" w:lineRule="auto"/>
        <w:ind w:left="284"/>
        <w:rPr>
          <w:sz w:val="22"/>
        </w:rPr>
      </w:pPr>
      <w:r w:rsidRPr="00F03B73">
        <w:rPr>
          <w:b/>
          <w:sz w:val="22"/>
        </w:rPr>
        <w:t xml:space="preserve">1. </w:t>
      </w:r>
      <w:r w:rsidRPr="00F03B73">
        <w:rPr>
          <w:sz w:val="22"/>
        </w:rPr>
        <w:t>Kalay</w:t>
      </w:r>
    </w:p>
    <w:p w14:paraId="58CD60F8" w14:textId="77777777" w:rsidR="00DB06B9" w:rsidRPr="00F03B73" w:rsidRDefault="00000000" w:rsidP="00F03B73">
      <w:pPr>
        <w:spacing w:line="276" w:lineRule="auto"/>
        <w:ind w:left="284"/>
        <w:rPr>
          <w:sz w:val="22"/>
        </w:rPr>
      </w:pPr>
      <w:r w:rsidRPr="00F03B73">
        <w:rPr>
          <w:b/>
          <w:sz w:val="22"/>
        </w:rPr>
        <w:t xml:space="preserve">2. </w:t>
      </w:r>
      <w:r w:rsidRPr="00F03B73">
        <w:rPr>
          <w:sz w:val="22"/>
        </w:rPr>
        <w:t>Kurşun</w:t>
      </w:r>
    </w:p>
    <w:p w14:paraId="5A0E0221" w14:textId="77777777" w:rsidR="00DB06B9" w:rsidRPr="00F03B73" w:rsidRDefault="00000000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5. </w:t>
      </w:r>
      <w:r w:rsidRPr="00F03B73">
        <w:rPr>
          <w:sz w:val="22"/>
        </w:rPr>
        <w:t>Lehimleme çeşitlerini yazınız. (10 Puan)</w:t>
      </w:r>
    </w:p>
    <w:p w14:paraId="66748560" w14:textId="77777777" w:rsidR="00DB06B9" w:rsidRPr="00F03B73" w:rsidRDefault="00000000" w:rsidP="00F03B73">
      <w:pPr>
        <w:spacing w:line="276" w:lineRule="auto"/>
        <w:ind w:left="284"/>
        <w:rPr>
          <w:sz w:val="22"/>
        </w:rPr>
      </w:pPr>
      <w:r w:rsidRPr="00F03B73">
        <w:rPr>
          <w:b/>
          <w:sz w:val="22"/>
        </w:rPr>
        <w:t xml:space="preserve">1. </w:t>
      </w:r>
      <w:proofErr w:type="spellStart"/>
      <w:r w:rsidRPr="00F03B73">
        <w:rPr>
          <w:sz w:val="22"/>
        </w:rPr>
        <w:t>Yumuşak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lehimleme</w:t>
      </w:r>
      <w:proofErr w:type="spellEnd"/>
    </w:p>
    <w:p w14:paraId="1F2DA877" w14:textId="77777777" w:rsidR="00DB06B9" w:rsidRPr="00F03B73" w:rsidRDefault="00000000" w:rsidP="00F03B73">
      <w:pPr>
        <w:spacing w:line="276" w:lineRule="auto"/>
        <w:ind w:left="284"/>
        <w:rPr>
          <w:sz w:val="22"/>
        </w:rPr>
      </w:pPr>
      <w:r w:rsidRPr="00F03B73">
        <w:rPr>
          <w:b/>
          <w:sz w:val="22"/>
        </w:rPr>
        <w:t xml:space="preserve">2. </w:t>
      </w:r>
      <w:r w:rsidRPr="00F03B73">
        <w:rPr>
          <w:sz w:val="22"/>
        </w:rPr>
        <w:t>Sert lehimleme</w:t>
      </w:r>
    </w:p>
    <w:p w14:paraId="35A4A8FC" w14:textId="77777777" w:rsidR="00DB06B9" w:rsidRPr="00F03B73" w:rsidRDefault="00000000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6. </w:t>
      </w:r>
      <w:r w:rsidRPr="00F03B73">
        <w:rPr>
          <w:sz w:val="22"/>
        </w:rPr>
        <w:t>Lehimlenecek yüzey nasıl hazırlanır? (10 Puan)</w:t>
      </w:r>
    </w:p>
    <w:p w14:paraId="08F39787" w14:textId="77777777" w:rsidR="00DB06B9" w:rsidRPr="00F03B73" w:rsidRDefault="00000000" w:rsidP="00F03B73">
      <w:pPr>
        <w:spacing w:line="276" w:lineRule="auto"/>
        <w:ind w:left="284"/>
        <w:rPr>
          <w:sz w:val="22"/>
        </w:rPr>
      </w:pPr>
      <w:r w:rsidRPr="00F03B73">
        <w:rPr>
          <w:sz w:val="22"/>
        </w:rPr>
        <w:t xml:space="preserve">Yüzey temizlenir; oksit ve kirler ince zımpara </w:t>
      </w:r>
      <w:proofErr w:type="spellStart"/>
      <w:r w:rsidRPr="00F03B73">
        <w:rPr>
          <w:sz w:val="22"/>
        </w:rPr>
        <w:t>veya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uygun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araçla</w:t>
      </w:r>
      <w:proofErr w:type="spellEnd"/>
      <w:r w:rsidRPr="00F03B73">
        <w:rPr>
          <w:sz w:val="22"/>
        </w:rPr>
        <w:t xml:space="preserve"> </w:t>
      </w:r>
      <w:proofErr w:type="spellStart"/>
      <w:r w:rsidRPr="00F03B73">
        <w:rPr>
          <w:sz w:val="22"/>
        </w:rPr>
        <w:t>giderilir</w:t>
      </w:r>
      <w:proofErr w:type="spellEnd"/>
      <w:r w:rsidRPr="00F03B73">
        <w:rPr>
          <w:sz w:val="22"/>
        </w:rPr>
        <w:t>.</w:t>
      </w:r>
    </w:p>
    <w:p w14:paraId="3D5D85E8" w14:textId="37F2B936" w:rsidR="00F03B73" w:rsidRPr="00F03B73" w:rsidRDefault="00000000" w:rsidP="00F03B73">
      <w:pPr>
        <w:spacing w:line="276" w:lineRule="auto"/>
        <w:rPr>
          <w:sz w:val="22"/>
        </w:rPr>
      </w:pPr>
      <w:r w:rsidRPr="00F03B73">
        <w:rPr>
          <w:b/>
          <w:sz w:val="22"/>
        </w:rPr>
        <w:t xml:space="preserve">7. </w:t>
      </w:r>
      <w:proofErr w:type="spellStart"/>
      <w:r w:rsidR="00F03B73" w:rsidRPr="00F03B73">
        <w:rPr>
          <w:sz w:val="22"/>
        </w:rPr>
        <w:t>Aşağıd</w:t>
      </w:r>
      <w:r w:rsidR="00F03B73" w:rsidRPr="00F03B73">
        <w:rPr>
          <w:sz w:val="22"/>
        </w:rPr>
        <w:t>aki</w:t>
      </w:r>
      <w:proofErr w:type="spellEnd"/>
      <w:r w:rsidR="00F03B73" w:rsidRPr="00F03B73">
        <w:rPr>
          <w:sz w:val="22"/>
        </w:rPr>
        <w:t xml:space="preserve"> </w:t>
      </w:r>
      <w:proofErr w:type="spellStart"/>
      <w:r w:rsidR="00F03B73" w:rsidRPr="00F03B73">
        <w:rPr>
          <w:sz w:val="22"/>
        </w:rPr>
        <w:t>resimde</w:t>
      </w:r>
      <w:proofErr w:type="spellEnd"/>
      <w:r w:rsidR="00F03B73" w:rsidRPr="00F03B73">
        <w:rPr>
          <w:sz w:val="22"/>
        </w:rPr>
        <w:t xml:space="preserve"> </w:t>
      </w:r>
      <w:proofErr w:type="spellStart"/>
      <w:r w:rsidR="00F03B73" w:rsidRPr="00F03B73">
        <w:rPr>
          <w:sz w:val="22"/>
        </w:rPr>
        <w:t>verilen</w:t>
      </w:r>
      <w:proofErr w:type="spellEnd"/>
      <w:r w:rsidR="00F03B73" w:rsidRPr="00F03B73">
        <w:rPr>
          <w:sz w:val="22"/>
        </w:rPr>
        <w:t xml:space="preserve"> </w:t>
      </w:r>
      <w:proofErr w:type="spellStart"/>
      <w:r w:rsidR="00F03B73" w:rsidRPr="00F03B73">
        <w:rPr>
          <w:sz w:val="22"/>
        </w:rPr>
        <w:t>lehimleme</w:t>
      </w:r>
      <w:proofErr w:type="spellEnd"/>
      <w:r w:rsidR="00F03B73" w:rsidRPr="00F03B73">
        <w:rPr>
          <w:sz w:val="22"/>
        </w:rPr>
        <w:t xml:space="preserve"> </w:t>
      </w:r>
      <w:proofErr w:type="spellStart"/>
      <w:r w:rsidR="00F03B73" w:rsidRPr="00F03B73">
        <w:rPr>
          <w:sz w:val="22"/>
        </w:rPr>
        <w:t>örneklerinin</w:t>
      </w:r>
      <w:proofErr w:type="spellEnd"/>
      <w:r w:rsidR="00F03B73" w:rsidRPr="00F03B73">
        <w:rPr>
          <w:sz w:val="22"/>
        </w:rPr>
        <w:t xml:space="preserve"> </w:t>
      </w:r>
      <w:proofErr w:type="spellStart"/>
      <w:r w:rsidR="00F03B73" w:rsidRPr="00F03B73">
        <w:rPr>
          <w:sz w:val="22"/>
        </w:rPr>
        <w:t>hatalarını</w:t>
      </w:r>
      <w:proofErr w:type="spellEnd"/>
      <w:r w:rsidR="00F03B73" w:rsidRPr="00F03B73">
        <w:rPr>
          <w:sz w:val="22"/>
        </w:rPr>
        <w:t xml:space="preserve"> </w:t>
      </w:r>
      <w:proofErr w:type="spellStart"/>
      <w:r w:rsidR="00F03B73" w:rsidRPr="00F03B73">
        <w:rPr>
          <w:sz w:val="22"/>
        </w:rPr>
        <w:t>yazınız</w:t>
      </w:r>
      <w:proofErr w:type="spellEnd"/>
      <w:r w:rsidR="00F03B73" w:rsidRPr="00F03B73">
        <w:rPr>
          <w:sz w:val="22"/>
        </w:rPr>
        <w:t>. (30 Puan)</w:t>
      </w:r>
    </w:p>
    <w:p w14:paraId="3C121EC2" w14:textId="1CE9940D" w:rsidR="00F03B73" w:rsidRDefault="00F03B73" w:rsidP="00F03B73">
      <w:pPr>
        <w:rPr>
          <w:sz w:val="22"/>
        </w:rPr>
      </w:pPr>
      <w:r>
        <w:rPr>
          <w:noProof/>
          <w:sz w:val="22"/>
        </w:rPr>
        <w:drawing>
          <wp:inline distT="0" distB="0" distL="0" distR="0" wp14:anchorId="47E1792F" wp14:editId="5833CF26">
            <wp:extent cx="6764020" cy="1814830"/>
            <wp:effectExtent l="0" t="0" r="0" b="0"/>
            <wp:docPr id="188083290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832901" name="Resim 18808329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3B73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8E3611"/>
    <w:rsid w:val="00AA1D8D"/>
    <w:rsid w:val="00B47730"/>
    <w:rsid w:val="00CB0664"/>
    <w:rsid w:val="00D221F6"/>
    <w:rsid w:val="00DB06B9"/>
    <w:rsid w:val="00E73031"/>
    <w:rsid w:val="00F03B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BD234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2026-09-27T15:26:00Z</dcterms:modified>
  <cp:category/>
</cp:coreProperties>
</file>