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C906F" w14:textId="77777777" w:rsidR="00D221F6" w:rsidRPr="00123045" w:rsidRDefault="00000000" w:rsidP="00123045">
      <w:pPr>
        <w:spacing w:after="20" w:line="360" w:lineRule="auto"/>
        <w:jc w:val="center"/>
        <w:rPr>
          <w:sz w:val="24"/>
          <w:szCs w:val="24"/>
        </w:rPr>
      </w:pPr>
      <w:r w:rsidRPr="00123045">
        <w:rPr>
          <w:b/>
          <w:sz w:val="24"/>
          <w:szCs w:val="24"/>
        </w:rPr>
        <w:t>YAHŞİHAN MESLEKİ EĞİTİM MERKEZİ</w:t>
      </w:r>
    </w:p>
    <w:p w14:paraId="770DC4BE" w14:textId="77777777" w:rsidR="00D221F6" w:rsidRPr="00123045" w:rsidRDefault="00000000" w:rsidP="00123045">
      <w:pPr>
        <w:spacing w:after="20" w:line="360" w:lineRule="auto"/>
        <w:jc w:val="center"/>
        <w:rPr>
          <w:sz w:val="24"/>
          <w:szCs w:val="24"/>
        </w:rPr>
      </w:pPr>
      <w:r w:rsidRPr="00123045">
        <w:rPr>
          <w:b/>
          <w:sz w:val="24"/>
          <w:szCs w:val="24"/>
        </w:rPr>
        <w:t>2026/2027 EĞİTİM ÖĞRETİM YILI MOTORLU ARAÇLAR TEKNOLOJİSİ ALANI</w:t>
      </w:r>
    </w:p>
    <w:p w14:paraId="6641A5BB" w14:textId="77777777" w:rsidR="00D221F6" w:rsidRPr="00123045" w:rsidRDefault="00000000" w:rsidP="00123045">
      <w:pPr>
        <w:spacing w:after="20" w:line="360" w:lineRule="auto"/>
        <w:jc w:val="center"/>
        <w:rPr>
          <w:sz w:val="24"/>
          <w:szCs w:val="24"/>
        </w:rPr>
      </w:pPr>
      <w:r>
        <w:rPr>
          <w:b/>
        </w:rPr>
        <w:t>OTOMOTİV ELEKTRİK UYGULAMALARI DERSİ 2. DÖNEM 2. YAZILI SINAVI - A GRUBU</w:t>
      </w:r>
    </w:p>
    <w:p w14:paraId="7F7FE8BF" w14:textId="77777777" w:rsidR="00D221F6" w:rsidRPr="00123045" w:rsidRDefault="00000000" w:rsidP="00123045">
      <w:pPr>
        <w:spacing w:after="40" w:line="360" w:lineRule="auto"/>
        <w:rPr>
          <w:sz w:val="24"/>
          <w:szCs w:val="24"/>
        </w:rPr>
      </w:pPr>
      <w:r w:rsidRPr="00123045">
        <w:rPr>
          <w:sz w:val="24"/>
          <w:szCs w:val="24"/>
        </w:rPr>
        <w:t>Adı Soyadı: ............................................................    Sınıfı/No: ....................    Aldığı Not: ............</w:t>
      </w:r>
    </w:p>
    <w:p w14:paraId="6910E437" w14:textId="77777777" w:rsidR="00D221F6" w:rsidRPr="00123045" w:rsidRDefault="00000000">
      <w:pPr>
        <w:jc w:val="center"/>
        <w:rPr>
          <w:sz w:val="22"/>
        </w:rPr>
      </w:pPr>
      <w:r w:rsidRPr="00123045">
        <w:rPr>
          <w:b/>
          <w:sz w:val="22"/>
        </w:rPr>
        <w:t>SORULAR</w:t>
      </w:r>
    </w:p>
    <w:p w14:paraId="4810037F" w14:textId="06BDA6D0" w:rsidR="00D221F6" w:rsidRPr="00123045" w:rsidRDefault="00000000" w:rsidP="00482046">
      <w:pPr>
        <w:spacing w:after="20" w:line="360" w:lineRule="auto"/>
        <w:rPr>
          <w:sz w:val="22"/>
        </w:rPr>
      </w:pPr>
      <w:r>
        <w:rPr>
          <w:b/>
        </w:rPr>
        <w:t xml:space="preserve">1. </w:t>
      </w:r>
      <w:r>
        <w:t>Baskı devre nedir? (</w:t>
      </w:r>
      <w:r w:rsidR="003F4910">
        <w:t>5</w:t>
      </w:r>
      <w:r>
        <w:t xml:space="preserve"> Puan)</w:t>
      </w:r>
    </w:p>
    <w:p w14:paraId="29630018" w14:textId="2784B3AD" w:rsidR="00D221F6" w:rsidRPr="00123045" w:rsidRDefault="00000000" w:rsidP="00482046">
      <w:pPr>
        <w:spacing w:after="20" w:line="360" w:lineRule="auto"/>
        <w:rPr>
          <w:sz w:val="22"/>
        </w:rPr>
      </w:pPr>
      <w:r>
        <w:rPr>
          <w:b/>
        </w:rPr>
        <w:t xml:space="preserve">2. </w:t>
      </w:r>
      <w:r>
        <w:t>Baskı devrenin sağladığı faydalardan beşini yazınız. (</w:t>
      </w:r>
      <w:r w:rsidR="003F4910">
        <w:t>2</w:t>
      </w:r>
      <w:r>
        <w:t>0 Puan)</w:t>
      </w:r>
    </w:p>
    <w:p w14:paraId="56077435" w14:textId="414FC048" w:rsidR="00D221F6" w:rsidRPr="00123045" w:rsidRDefault="00000000" w:rsidP="00482046">
      <w:pPr>
        <w:spacing w:after="20" w:line="360" w:lineRule="auto"/>
        <w:rPr>
          <w:sz w:val="22"/>
        </w:rPr>
      </w:pPr>
      <w:r>
        <w:rPr>
          <w:b/>
        </w:rPr>
        <w:t xml:space="preserve">3. </w:t>
      </w:r>
      <w:r>
        <w:t>Baskı devre plaketine eleman yerleştirirken dikkat edilecek hususlardan beşini yazınız. (</w:t>
      </w:r>
      <w:r w:rsidR="003F4910">
        <w:t>2</w:t>
      </w:r>
      <w:r>
        <w:t>0 Puan)</w:t>
      </w:r>
    </w:p>
    <w:p w14:paraId="7701E6C6" w14:textId="5ADDBBE3" w:rsidR="00D221F6" w:rsidRPr="00123045" w:rsidRDefault="00000000" w:rsidP="00482046">
      <w:pPr>
        <w:spacing w:after="20" w:line="360" w:lineRule="auto"/>
        <w:rPr>
          <w:sz w:val="22"/>
        </w:rPr>
      </w:pPr>
      <w:r>
        <w:rPr>
          <w:b/>
        </w:rPr>
        <w:t xml:space="preserve">4. </w:t>
      </w:r>
      <w:r>
        <w:t>Patern nedir? (</w:t>
      </w:r>
      <w:r w:rsidR="003F4910">
        <w:t>5</w:t>
      </w:r>
      <w:r>
        <w:t xml:space="preserve"> Puan)</w:t>
      </w:r>
    </w:p>
    <w:p w14:paraId="1EFF2BC0" w14:textId="77777777" w:rsidR="00D221F6" w:rsidRPr="00123045" w:rsidRDefault="00000000" w:rsidP="00482046">
      <w:pPr>
        <w:spacing w:after="20" w:line="360" w:lineRule="auto"/>
        <w:rPr>
          <w:sz w:val="22"/>
        </w:rPr>
      </w:pPr>
      <w:r>
        <w:rPr>
          <w:b/>
        </w:rPr>
        <w:t xml:space="preserve">5. </w:t>
      </w:r>
      <w:r>
        <w:t>Paterni plakete aktarma yöntemlerinden üçünü yazınız. (10 Puan)</w:t>
      </w:r>
    </w:p>
    <w:p w14:paraId="4DA43139" w14:textId="3E06C537" w:rsidR="00D221F6" w:rsidRDefault="003F4910" w:rsidP="00482046">
      <w:pPr>
        <w:spacing w:after="20" w:line="360" w:lineRule="auto"/>
      </w:pPr>
      <w:r>
        <w:rPr>
          <w:b/>
        </w:rPr>
        <w:t>6</w:t>
      </w:r>
      <w:r w:rsidR="00000000">
        <w:rPr>
          <w:b/>
        </w:rPr>
        <w:t xml:space="preserve">. </w:t>
      </w:r>
      <w:proofErr w:type="spellStart"/>
      <w:r>
        <w:t>Aşağıda</w:t>
      </w:r>
      <w:proofErr w:type="spellEnd"/>
      <w:r>
        <w:t xml:space="preserve"> </w:t>
      </w:r>
      <w:proofErr w:type="spellStart"/>
      <w:r>
        <w:t>verilen</w:t>
      </w:r>
      <w:proofErr w:type="spellEnd"/>
      <w:r>
        <w:t xml:space="preserve"> </w:t>
      </w:r>
      <w:proofErr w:type="spellStart"/>
      <w:r>
        <w:t>baskı</w:t>
      </w:r>
      <w:proofErr w:type="spellEnd"/>
      <w:r>
        <w:t xml:space="preserve"> </w:t>
      </w:r>
      <w:proofErr w:type="spellStart"/>
      <w:r>
        <w:t>devre</w:t>
      </w:r>
      <w:proofErr w:type="spellEnd"/>
      <w:r>
        <w:t xml:space="preserve"> </w:t>
      </w:r>
      <w:proofErr w:type="spellStart"/>
      <w:r>
        <w:t>plaketinin</w:t>
      </w:r>
      <w:proofErr w:type="spellEnd"/>
      <w:r>
        <w:t xml:space="preserve"> </w:t>
      </w:r>
      <w:proofErr w:type="spellStart"/>
      <w:r>
        <w:t>hazırlanma</w:t>
      </w:r>
      <w:proofErr w:type="spellEnd"/>
      <w:r>
        <w:t xml:space="preserve"> </w:t>
      </w:r>
      <w:proofErr w:type="spellStart"/>
      <w:r>
        <w:t>aşamalarının</w:t>
      </w:r>
      <w:proofErr w:type="spellEnd"/>
      <w:r>
        <w:t xml:space="preserve"> </w:t>
      </w:r>
      <w:proofErr w:type="spellStart"/>
      <w:r>
        <w:t>adlarını</w:t>
      </w:r>
      <w:proofErr w:type="spellEnd"/>
      <w:r>
        <w:t xml:space="preserve"> </w:t>
      </w:r>
      <w:proofErr w:type="spellStart"/>
      <w:r>
        <w:t>yazınız</w:t>
      </w:r>
      <w:proofErr w:type="spellEnd"/>
      <w:r>
        <w:t>.</w:t>
      </w:r>
      <w:r w:rsidR="00000000">
        <w:t xml:space="preserve"> (</w:t>
      </w:r>
      <w:r>
        <w:t>30</w:t>
      </w:r>
      <w:r w:rsidR="00000000">
        <w:t xml:space="preserve"> Puan)</w:t>
      </w:r>
    </w:p>
    <w:p w14:paraId="3F56D3DA" w14:textId="6F4DF749" w:rsidR="003F4910" w:rsidRPr="00123045" w:rsidRDefault="00B35C66" w:rsidP="00482046">
      <w:pPr>
        <w:spacing w:after="20" w:line="360" w:lineRule="auto"/>
        <w:rPr>
          <w:sz w:val="22"/>
        </w:rPr>
      </w:pPr>
      <w:r>
        <w:rPr>
          <w:noProof/>
          <w:sz w:val="22"/>
        </w:rPr>
        <w:drawing>
          <wp:inline distT="0" distB="0" distL="0" distR="0" wp14:anchorId="1D14A5A8" wp14:editId="48A06B40">
            <wp:extent cx="6764020" cy="1762760"/>
            <wp:effectExtent l="0" t="0" r="0" b="8890"/>
            <wp:docPr id="14023455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34554" name="Resim 14023455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64020" cy="176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1E4B5" w14:textId="22E69B79" w:rsidR="00123045" w:rsidRPr="00123045" w:rsidRDefault="003F4910" w:rsidP="00B35C66">
      <w:pPr>
        <w:spacing w:after="20" w:line="360" w:lineRule="auto"/>
        <w:rPr>
          <w:sz w:val="22"/>
        </w:rPr>
      </w:pPr>
      <w:r>
        <w:rPr>
          <w:b/>
        </w:rPr>
        <w:t>7</w:t>
      </w:r>
      <w:r w:rsidR="00000000">
        <w:rPr>
          <w:b/>
        </w:rPr>
        <w:t xml:space="preserve">. </w:t>
      </w:r>
      <w:r w:rsidR="00000000">
        <w:t>Montaj sırasında dikkat edilecek hususlardan beşini yazınız. (10 Puan)</w:t>
      </w:r>
      <w:r>
        <w:rPr>
          <w:b/>
          <w:sz w:val="18"/>
          <w:u w:val="single"/>
        </w:rPr>
        <w:t xml:space="preserve"> </w:t>
      </w:r>
    </w:p>
    <w:p w14:paraId="5D6FCF51" w14:textId="77777777" w:rsidR="00D221F6" w:rsidRDefault="00000000" w:rsidP="00123045">
      <w:pPr>
        <w:ind w:left="4320" w:firstLine="720"/>
        <w:jc w:val="center"/>
      </w:pPr>
      <w:r>
        <w:rPr>
          <w:sz w:val="18"/>
        </w:rPr>
        <w:t>Başarılar</w:t>
      </w:r>
    </w:p>
    <w:p w14:paraId="25712EEB" w14:textId="77777777" w:rsidR="00D221F6" w:rsidRDefault="00000000">
      <w:proofErr w:type="spellStart"/>
      <w:r w:rsidRPr="00E73031">
        <w:rPr>
          <w:b/>
          <w:bCs/>
          <w:sz w:val="18"/>
          <w:u w:val="single"/>
        </w:rPr>
        <w:t>Süre</w:t>
      </w:r>
      <w:proofErr w:type="spellEnd"/>
      <w:r w:rsidRPr="00E73031">
        <w:rPr>
          <w:b/>
          <w:bCs/>
          <w:sz w:val="18"/>
          <w:u w:val="single"/>
        </w:rPr>
        <w:t>:</w:t>
      </w:r>
      <w:r>
        <w:rPr>
          <w:sz w:val="18"/>
        </w:rPr>
        <w:t xml:space="preserve"> 40 </w:t>
      </w:r>
      <w:proofErr w:type="gramStart"/>
      <w:r>
        <w:rPr>
          <w:sz w:val="18"/>
        </w:rPr>
        <w:t>Dk</w:t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proofErr w:type="spellStart"/>
      <w:r>
        <w:rPr>
          <w:sz w:val="18"/>
        </w:rPr>
        <w:t>Mot.Arç.Tekn</w:t>
      </w:r>
      <w:proofErr w:type="spellEnd"/>
      <w:proofErr w:type="gramEnd"/>
      <w:r>
        <w:rPr>
          <w:sz w:val="18"/>
        </w:rPr>
        <w:t xml:space="preserve"> Öğrt Abdullah YANIK</w:t>
      </w:r>
    </w:p>
    <w:p w14:paraId="0221B4B5" w14:textId="77777777" w:rsidR="00D221F6" w:rsidRDefault="00000000">
      <w:r>
        <w:br w:type="page"/>
      </w:r>
    </w:p>
    <w:p w14:paraId="621E343B" w14:textId="77777777" w:rsidR="00D221F6" w:rsidRPr="00B35C66" w:rsidRDefault="00000000" w:rsidP="00123045">
      <w:pPr>
        <w:pageBreakBefore/>
        <w:spacing w:after="20" w:line="360" w:lineRule="auto"/>
        <w:jc w:val="center"/>
        <w:rPr>
          <w:sz w:val="22"/>
        </w:rPr>
      </w:pPr>
      <w:r w:rsidRPr="00B35C66">
        <w:rPr>
          <w:b/>
          <w:sz w:val="22"/>
        </w:rPr>
        <w:lastRenderedPageBreak/>
        <w:t>YAHŞİHAN MESLEKİ EĞİTİM MERKEZİ</w:t>
      </w:r>
    </w:p>
    <w:p w14:paraId="3BC6A948" w14:textId="77777777" w:rsidR="00D221F6" w:rsidRPr="00B35C66" w:rsidRDefault="00000000" w:rsidP="00123045">
      <w:pPr>
        <w:spacing w:after="20" w:line="360" w:lineRule="auto"/>
        <w:jc w:val="center"/>
        <w:rPr>
          <w:sz w:val="22"/>
        </w:rPr>
      </w:pPr>
      <w:r w:rsidRPr="00B35C66">
        <w:rPr>
          <w:b/>
          <w:sz w:val="22"/>
        </w:rPr>
        <w:t>2026/2027 EĞİTİM ÖĞRETİM YILI MOTORLU ARAÇLAR TEKNOLOJİSİ ALANI</w:t>
      </w:r>
    </w:p>
    <w:p w14:paraId="4F590493" w14:textId="0A2D78E8" w:rsidR="00D221F6" w:rsidRPr="00B35C66" w:rsidRDefault="00000000" w:rsidP="00123045">
      <w:pPr>
        <w:spacing w:after="20" w:line="360" w:lineRule="auto"/>
        <w:jc w:val="center"/>
        <w:rPr>
          <w:b/>
          <w:sz w:val="22"/>
        </w:rPr>
      </w:pPr>
      <w:r w:rsidRPr="00B35C66">
        <w:rPr>
          <w:b/>
          <w:sz w:val="22"/>
        </w:rPr>
        <w:t xml:space="preserve">OTOMOTİV ELEKTRİK UYGULAMALARI DERSİ 2. DÖNEM 2. YAZILI </w:t>
      </w:r>
      <w:proofErr w:type="gramStart"/>
      <w:r w:rsidRPr="00B35C66">
        <w:rPr>
          <w:b/>
          <w:sz w:val="22"/>
        </w:rPr>
        <w:t>SINAVI  CEVAP</w:t>
      </w:r>
      <w:proofErr w:type="gramEnd"/>
      <w:r w:rsidRPr="00B35C66">
        <w:rPr>
          <w:b/>
          <w:sz w:val="22"/>
        </w:rPr>
        <w:t xml:space="preserve"> ANAHTARI</w:t>
      </w:r>
    </w:p>
    <w:p w14:paraId="251157F1" w14:textId="282F76E1" w:rsidR="00123045" w:rsidRPr="00123045" w:rsidRDefault="00B35C66" w:rsidP="00123045">
      <w:pPr>
        <w:spacing w:after="20" w:line="360" w:lineRule="auto"/>
        <w:jc w:val="center"/>
        <w:rPr>
          <w:sz w:val="24"/>
          <w:szCs w:val="24"/>
        </w:rPr>
      </w:pPr>
      <w:r>
        <w:rPr>
          <w:b/>
        </w:rPr>
        <w:t xml:space="preserve"> </w:t>
      </w:r>
    </w:p>
    <w:p w14:paraId="2567788B" w14:textId="7746920A" w:rsidR="00382BCA" w:rsidRDefault="00000000">
      <w:r>
        <w:rPr>
          <w:b/>
        </w:rPr>
        <w:t xml:space="preserve">1. </w:t>
      </w:r>
      <w:r>
        <w:t>Baskı devre nedir? (</w:t>
      </w:r>
      <w:r w:rsidR="003F4910">
        <w:t>5</w:t>
      </w:r>
      <w:r>
        <w:t xml:space="preserve"> Puan)</w:t>
      </w:r>
    </w:p>
    <w:p w14:paraId="0D88249F" w14:textId="77777777" w:rsidR="00382BCA" w:rsidRDefault="00000000" w:rsidP="003F4910">
      <w:pPr>
        <w:ind w:left="284"/>
      </w:pPr>
      <w:r>
        <w:t xml:space="preserve">Elektronik elemanların yerleştirildiği ve </w:t>
      </w:r>
      <w:proofErr w:type="spellStart"/>
      <w:r>
        <w:t>bakır</w:t>
      </w:r>
      <w:proofErr w:type="spellEnd"/>
      <w:r>
        <w:t xml:space="preserve"> </w:t>
      </w:r>
      <w:proofErr w:type="spellStart"/>
      <w:r>
        <w:t>yollarla</w:t>
      </w:r>
      <w:proofErr w:type="spellEnd"/>
      <w:r>
        <w:t xml:space="preserve"> </w:t>
      </w:r>
      <w:proofErr w:type="spellStart"/>
      <w:r>
        <w:t>bağlandığı</w:t>
      </w:r>
      <w:proofErr w:type="spellEnd"/>
      <w:r>
        <w:t xml:space="preserve"> </w:t>
      </w:r>
      <w:proofErr w:type="spellStart"/>
      <w:r>
        <w:t>plakettir</w:t>
      </w:r>
      <w:proofErr w:type="spellEnd"/>
      <w:r>
        <w:t>.</w:t>
      </w:r>
    </w:p>
    <w:p w14:paraId="4435CBCC" w14:textId="77777777" w:rsidR="003F4910" w:rsidRDefault="003F4910" w:rsidP="003F4910">
      <w:pPr>
        <w:ind w:left="284"/>
      </w:pPr>
    </w:p>
    <w:p w14:paraId="3AF19D1C" w14:textId="3428CCB5" w:rsidR="00382BCA" w:rsidRDefault="00000000">
      <w:r>
        <w:rPr>
          <w:b/>
        </w:rPr>
        <w:t xml:space="preserve">2. </w:t>
      </w:r>
      <w:r>
        <w:t>Baskı devrenin sağladığı faydalardan beşini yazınız. (</w:t>
      </w:r>
      <w:r w:rsidR="003F4910">
        <w:t>2</w:t>
      </w:r>
      <w:r>
        <w:t>0 Puan)</w:t>
      </w:r>
    </w:p>
    <w:p w14:paraId="62252199" w14:textId="77777777" w:rsidR="00382BCA" w:rsidRDefault="00000000" w:rsidP="003F4910">
      <w:pPr>
        <w:ind w:left="284"/>
      </w:pPr>
      <w:r>
        <w:rPr>
          <w:b/>
        </w:rPr>
        <w:t xml:space="preserve">1. </w:t>
      </w:r>
      <w:r>
        <w:t xml:space="preserve">Seri </w:t>
      </w:r>
      <w:proofErr w:type="spellStart"/>
      <w:r>
        <w:t>üretimi</w:t>
      </w:r>
      <w:proofErr w:type="spellEnd"/>
      <w:r>
        <w:t xml:space="preserve"> </w:t>
      </w:r>
      <w:proofErr w:type="spellStart"/>
      <w:r>
        <w:t>kolaylaştırır</w:t>
      </w:r>
      <w:proofErr w:type="spellEnd"/>
    </w:p>
    <w:p w14:paraId="4586D009" w14:textId="77777777" w:rsidR="00382BCA" w:rsidRDefault="00000000" w:rsidP="003F4910">
      <w:pPr>
        <w:ind w:left="284"/>
      </w:pPr>
      <w:r>
        <w:rPr>
          <w:b/>
        </w:rPr>
        <w:t xml:space="preserve">2. </w:t>
      </w:r>
      <w:r>
        <w:t>Cihaz boyutunu küçültür</w:t>
      </w:r>
    </w:p>
    <w:p w14:paraId="5FE7C0DC" w14:textId="77777777" w:rsidR="00382BCA" w:rsidRDefault="00000000" w:rsidP="003F4910">
      <w:pPr>
        <w:ind w:left="284"/>
      </w:pPr>
      <w:r>
        <w:rPr>
          <w:b/>
        </w:rPr>
        <w:t xml:space="preserve">3. </w:t>
      </w:r>
      <w:r>
        <w:t>Ağırlığı azaltır</w:t>
      </w:r>
    </w:p>
    <w:p w14:paraId="58DE9EB9" w14:textId="77777777" w:rsidR="00382BCA" w:rsidRDefault="00000000" w:rsidP="003F4910">
      <w:pPr>
        <w:ind w:left="284"/>
      </w:pPr>
      <w:r>
        <w:rPr>
          <w:b/>
        </w:rPr>
        <w:t xml:space="preserve">4. </w:t>
      </w:r>
      <w:r>
        <w:t>Onarımı kolaylaştırır</w:t>
      </w:r>
    </w:p>
    <w:p w14:paraId="6F7C0123" w14:textId="77777777" w:rsidR="00382BCA" w:rsidRDefault="00000000" w:rsidP="003F4910">
      <w:pPr>
        <w:ind w:left="284"/>
      </w:pPr>
      <w:r>
        <w:rPr>
          <w:b/>
        </w:rPr>
        <w:t xml:space="preserve">5. </w:t>
      </w:r>
      <w:proofErr w:type="spellStart"/>
      <w:r>
        <w:t>Elektriksel</w:t>
      </w:r>
      <w:proofErr w:type="spellEnd"/>
      <w:r>
        <w:t xml:space="preserve"> </w:t>
      </w:r>
      <w:proofErr w:type="spellStart"/>
      <w:r>
        <w:t>gürültüyü</w:t>
      </w:r>
      <w:proofErr w:type="spellEnd"/>
      <w:r>
        <w:t xml:space="preserve"> </w:t>
      </w:r>
      <w:proofErr w:type="spellStart"/>
      <w:r>
        <w:t>azaltır</w:t>
      </w:r>
      <w:proofErr w:type="spellEnd"/>
    </w:p>
    <w:p w14:paraId="262B1B7E" w14:textId="77777777" w:rsidR="003F4910" w:rsidRDefault="003F4910" w:rsidP="003F4910">
      <w:pPr>
        <w:ind w:left="284"/>
      </w:pPr>
    </w:p>
    <w:p w14:paraId="03448511" w14:textId="2D09E7FD" w:rsidR="00382BCA" w:rsidRDefault="00000000">
      <w:r>
        <w:rPr>
          <w:b/>
        </w:rPr>
        <w:t xml:space="preserve">3. </w:t>
      </w:r>
      <w:r>
        <w:t>Baskı devre plaketine eleman yerleştirirken dikkat edilecek hususlardan beşini yazınız. (</w:t>
      </w:r>
      <w:r w:rsidR="003F4910">
        <w:t>2</w:t>
      </w:r>
      <w:r>
        <w:t>0 Puan)</w:t>
      </w:r>
    </w:p>
    <w:p w14:paraId="76B19FA2" w14:textId="77777777" w:rsidR="00382BCA" w:rsidRDefault="00000000" w:rsidP="003F4910">
      <w:pPr>
        <w:ind w:left="284"/>
      </w:pPr>
      <w:r>
        <w:rPr>
          <w:b/>
        </w:rPr>
        <w:t xml:space="preserve">1. </w:t>
      </w:r>
      <w:proofErr w:type="spellStart"/>
      <w:r>
        <w:t>Eleman</w:t>
      </w:r>
      <w:proofErr w:type="spellEnd"/>
      <w:r>
        <w:t xml:space="preserve"> </w:t>
      </w:r>
      <w:proofErr w:type="spellStart"/>
      <w:r>
        <w:t>boyutları</w:t>
      </w:r>
      <w:proofErr w:type="spellEnd"/>
    </w:p>
    <w:p w14:paraId="17460E7B" w14:textId="77777777" w:rsidR="00382BCA" w:rsidRDefault="00000000" w:rsidP="003F4910">
      <w:pPr>
        <w:ind w:left="284"/>
      </w:pPr>
      <w:r>
        <w:rPr>
          <w:b/>
        </w:rPr>
        <w:t xml:space="preserve">2. </w:t>
      </w:r>
      <w:r>
        <w:t>Bacak aralıkları</w:t>
      </w:r>
    </w:p>
    <w:p w14:paraId="75A63C34" w14:textId="77777777" w:rsidR="00382BCA" w:rsidRDefault="00000000" w:rsidP="003F4910">
      <w:pPr>
        <w:ind w:left="284"/>
      </w:pPr>
      <w:r>
        <w:rPr>
          <w:b/>
        </w:rPr>
        <w:t xml:space="preserve">3. </w:t>
      </w:r>
      <w:r>
        <w:t>Soğutucu alanı</w:t>
      </w:r>
    </w:p>
    <w:p w14:paraId="05608796" w14:textId="77777777" w:rsidR="00382BCA" w:rsidRDefault="00000000" w:rsidP="003F4910">
      <w:pPr>
        <w:ind w:left="284"/>
      </w:pPr>
      <w:r>
        <w:rPr>
          <w:b/>
        </w:rPr>
        <w:t xml:space="preserve">4. </w:t>
      </w:r>
      <w:r>
        <w:t>Delik hizaları</w:t>
      </w:r>
    </w:p>
    <w:p w14:paraId="633E4029" w14:textId="77777777" w:rsidR="00382BCA" w:rsidRDefault="00000000" w:rsidP="003F4910">
      <w:pPr>
        <w:ind w:left="284"/>
      </w:pPr>
      <w:r>
        <w:rPr>
          <w:b/>
        </w:rPr>
        <w:t xml:space="preserve">5. </w:t>
      </w:r>
      <w:proofErr w:type="spellStart"/>
      <w:r>
        <w:t>Düzenli</w:t>
      </w:r>
      <w:proofErr w:type="spellEnd"/>
      <w:r>
        <w:t xml:space="preserve"> </w:t>
      </w:r>
      <w:proofErr w:type="spellStart"/>
      <w:r>
        <w:t>yerleşim</w:t>
      </w:r>
      <w:proofErr w:type="spellEnd"/>
    </w:p>
    <w:p w14:paraId="1AE6DE34" w14:textId="77777777" w:rsidR="003F4910" w:rsidRDefault="003F4910" w:rsidP="003F4910">
      <w:pPr>
        <w:ind w:left="284"/>
      </w:pPr>
    </w:p>
    <w:p w14:paraId="66304759" w14:textId="357C64A6" w:rsidR="00382BCA" w:rsidRDefault="00000000">
      <w:r>
        <w:rPr>
          <w:b/>
        </w:rPr>
        <w:t xml:space="preserve">4. </w:t>
      </w:r>
      <w:r>
        <w:t>Patern nedir? (</w:t>
      </w:r>
      <w:r w:rsidR="003F4910">
        <w:t>5</w:t>
      </w:r>
      <w:r>
        <w:t xml:space="preserve"> Puan)</w:t>
      </w:r>
    </w:p>
    <w:p w14:paraId="652E1518" w14:textId="77777777" w:rsidR="00382BCA" w:rsidRDefault="00000000" w:rsidP="003F4910">
      <w:pPr>
        <w:ind w:left="284"/>
      </w:pPr>
      <w:r>
        <w:t xml:space="preserve">Baskı devre üzerindeki bakır </w:t>
      </w:r>
      <w:proofErr w:type="spellStart"/>
      <w:r>
        <w:t>yolların</w:t>
      </w:r>
      <w:proofErr w:type="spellEnd"/>
      <w:r>
        <w:t xml:space="preserve"> </w:t>
      </w:r>
      <w:proofErr w:type="spellStart"/>
      <w:r>
        <w:t>oluşturacağı</w:t>
      </w:r>
      <w:proofErr w:type="spellEnd"/>
      <w:r>
        <w:t xml:space="preserve"> </w:t>
      </w:r>
      <w:proofErr w:type="spellStart"/>
      <w:r>
        <w:t>bağlantı</w:t>
      </w:r>
      <w:proofErr w:type="spellEnd"/>
      <w:r>
        <w:t xml:space="preserve"> </w:t>
      </w:r>
      <w:proofErr w:type="spellStart"/>
      <w:r>
        <w:t>desenidir</w:t>
      </w:r>
      <w:proofErr w:type="spellEnd"/>
      <w:r>
        <w:t>.</w:t>
      </w:r>
    </w:p>
    <w:p w14:paraId="2EC72331" w14:textId="77777777" w:rsidR="003F4910" w:rsidRDefault="003F4910" w:rsidP="003F4910">
      <w:pPr>
        <w:ind w:left="284"/>
      </w:pPr>
    </w:p>
    <w:p w14:paraId="33EC2BE9" w14:textId="77777777" w:rsidR="00382BCA" w:rsidRDefault="00000000">
      <w:r>
        <w:rPr>
          <w:b/>
        </w:rPr>
        <w:t xml:space="preserve">5. </w:t>
      </w:r>
      <w:r>
        <w:t>Paterni plakete aktarma yöntemlerinden üçünü yazınız. (10 Puan)</w:t>
      </w:r>
    </w:p>
    <w:p w14:paraId="065D5C98" w14:textId="77777777" w:rsidR="00382BCA" w:rsidRDefault="00000000" w:rsidP="003F4910">
      <w:pPr>
        <w:ind w:left="284"/>
      </w:pPr>
      <w:r>
        <w:rPr>
          <w:b/>
        </w:rPr>
        <w:t xml:space="preserve">1. </w:t>
      </w:r>
      <w:r>
        <w:t>Baskı devre kalemi</w:t>
      </w:r>
    </w:p>
    <w:p w14:paraId="46B5E99E" w14:textId="77777777" w:rsidR="00382BCA" w:rsidRDefault="00000000" w:rsidP="003F4910">
      <w:pPr>
        <w:ind w:left="284"/>
      </w:pPr>
      <w:r>
        <w:rPr>
          <w:b/>
        </w:rPr>
        <w:t xml:space="preserve">2. </w:t>
      </w:r>
      <w:r>
        <w:t>Foto rezist</w:t>
      </w:r>
    </w:p>
    <w:p w14:paraId="4BD0274B" w14:textId="77777777" w:rsidR="00382BCA" w:rsidRDefault="00000000" w:rsidP="003F4910">
      <w:pPr>
        <w:ind w:left="284"/>
      </w:pPr>
      <w:r>
        <w:rPr>
          <w:b/>
        </w:rPr>
        <w:t xml:space="preserve">3. </w:t>
      </w:r>
      <w:proofErr w:type="spellStart"/>
      <w:r>
        <w:t>Serigrafi</w:t>
      </w:r>
      <w:proofErr w:type="spellEnd"/>
    </w:p>
    <w:p w14:paraId="4D9685E1" w14:textId="77777777" w:rsidR="003F4910" w:rsidRDefault="003F4910" w:rsidP="003F4910">
      <w:pPr>
        <w:ind w:left="284"/>
      </w:pPr>
    </w:p>
    <w:p w14:paraId="332E8BA8" w14:textId="2A2CC25D" w:rsidR="003F4910" w:rsidRDefault="003F4910" w:rsidP="003F4910">
      <w:pPr>
        <w:spacing w:after="20" w:line="360" w:lineRule="auto"/>
      </w:pPr>
      <w:r>
        <w:rPr>
          <w:b/>
        </w:rPr>
        <w:t>6</w:t>
      </w:r>
      <w:r w:rsidR="00000000">
        <w:rPr>
          <w:b/>
        </w:rPr>
        <w:t xml:space="preserve">. </w:t>
      </w:r>
      <w:proofErr w:type="spellStart"/>
      <w:r>
        <w:t>Aşağıda</w:t>
      </w:r>
      <w:proofErr w:type="spellEnd"/>
      <w:r>
        <w:t xml:space="preserve"> </w:t>
      </w:r>
      <w:proofErr w:type="spellStart"/>
      <w:r>
        <w:t>verilen</w:t>
      </w:r>
      <w:proofErr w:type="spellEnd"/>
      <w:r>
        <w:t xml:space="preserve"> </w:t>
      </w:r>
      <w:proofErr w:type="spellStart"/>
      <w:r>
        <w:t>baskı</w:t>
      </w:r>
      <w:proofErr w:type="spellEnd"/>
      <w:r>
        <w:t xml:space="preserve"> </w:t>
      </w:r>
      <w:proofErr w:type="spellStart"/>
      <w:r>
        <w:t>devre</w:t>
      </w:r>
      <w:proofErr w:type="spellEnd"/>
      <w:r>
        <w:t xml:space="preserve"> </w:t>
      </w:r>
      <w:proofErr w:type="spellStart"/>
      <w:r>
        <w:t>plaketinin</w:t>
      </w:r>
      <w:proofErr w:type="spellEnd"/>
      <w:r>
        <w:t xml:space="preserve"> </w:t>
      </w:r>
      <w:proofErr w:type="spellStart"/>
      <w:r>
        <w:t>hazırlanma</w:t>
      </w:r>
      <w:proofErr w:type="spellEnd"/>
      <w:r>
        <w:t xml:space="preserve"> </w:t>
      </w:r>
      <w:proofErr w:type="spellStart"/>
      <w:r>
        <w:t>aşamalarının</w:t>
      </w:r>
      <w:proofErr w:type="spellEnd"/>
      <w:r>
        <w:t xml:space="preserve"> </w:t>
      </w:r>
      <w:proofErr w:type="spellStart"/>
      <w:r>
        <w:t>adlarını</w:t>
      </w:r>
      <w:proofErr w:type="spellEnd"/>
      <w:r>
        <w:t xml:space="preserve"> </w:t>
      </w:r>
      <w:proofErr w:type="spellStart"/>
      <w:r>
        <w:t>yazınız</w:t>
      </w:r>
      <w:proofErr w:type="spellEnd"/>
      <w:r>
        <w:t>. (30 Puan)</w:t>
      </w:r>
    </w:p>
    <w:p w14:paraId="362C5F7A" w14:textId="10B6D69E" w:rsidR="003F4910" w:rsidRPr="00123045" w:rsidRDefault="00B35C66" w:rsidP="003F4910">
      <w:pPr>
        <w:spacing w:after="20" w:line="360" w:lineRule="auto"/>
        <w:rPr>
          <w:sz w:val="22"/>
        </w:rPr>
      </w:pPr>
      <w:r>
        <w:rPr>
          <w:noProof/>
          <w:sz w:val="22"/>
        </w:rPr>
        <w:drawing>
          <wp:inline distT="0" distB="0" distL="0" distR="0" wp14:anchorId="5154241E" wp14:editId="7A688766">
            <wp:extent cx="6764020" cy="1781175"/>
            <wp:effectExtent l="0" t="0" r="0" b="9525"/>
            <wp:docPr id="45174076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740762" name="Resim 45174076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6402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996A8" w14:textId="50A1AA80" w:rsidR="00382BCA" w:rsidRDefault="003F4910">
      <w:r>
        <w:rPr>
          <w:b/>
        </w:rPr>
        <w:t>7</w:t>
      </w:r>
      <w:r w:rsidR="00000000">
        <w:rPr>
          <w:b/>
        </w:rPr>
        <w:t xml:space="preserve">. </w:t>
      </w:r>
      <w:r w:rsidR="00000000">
        <w:t>Montaj sırasında dikkat edilecek hususlardan beşini yazınız. (10 Puan)</w:t>
      </w:r>
    </w:p>
    <w:p w14:paraId="22057EBA" w14:textId="77777777" w:rsidR="00382BCA" w:rsidRDefault="00000000" w:rsidP="003F4910">
      <w:pPr>
        <w:ind w:left="284"/>
      </w:pPr>
      <w:r>
        <w:rPr>
          <w:b/>
        </w:rPr>
        <w:t xml:space="preserve">1. </w:t>
      </w:r>
      <w:proofErr w:type="spellStart"/>
      <w:r>
        <w:t>Eleman</w:t>
      </w:r>
      <w:proofErr w:type="spellEnd"/>
      <w:r>
        <w:t xml:space="preserve"> </w:t>
      </w:r>
      <w:proofErr w:type="spellStart"/>
      <w:r>
        <w:t>değerlerini</w:t>
      </w:r>
      <w:proofErr w:type="spellEnd"/>
      <w:r>
        <w:t xml:space="preserve"> </w:t>
      </w:r>
      <w:proofErr w:type="spellStart"/>
      <w:r>
        <w:t>kontrol</w:t>
      </w:r>
      <w:proofErr w:type="spellEnd"/>
      <w:r>
        <w:t xml:space="preserve"> </w:t>
      </w:r>
      <w:proofErr w:type="spellStart"/>
      <w:r>
        <w:t>etmek</w:t>
      </w:r>
      <w:proofErr w:type="spellEnd"/>
    </w:p>
    <w:p w14:paraId="47DB7B4A" w14:textId="77777777" w:rsidR="00382BCA" w:rsidRDefault="00000000" w:rsidP="003F4910">
      <w:pPr>
        <w:ind w:left="284"/>
      </w:pPr>
      <w:r>
        <w:rPr>
          <w:b/>
        </w:rPr>
        <w:t xml:space="preserve">2. </w:t>
      </w:r>
      <w:r>
        <w:t>Kutuplara dikkat etmek</w:t>
      </w:r>
    </w:p>
    <w:p w14:paraId="4A1597EE" w14:textId="77777777" w:rsidR="00382BCA" w:rsidRDefault="00000000" w:rsidP="003F4910">
      <w:pPr>
        <w:ind w:left="284"/>
      </w:pPr>
      <w:r>
        <w:rPr>
          <w:b/>
        </w:rPr>
        <w:t xml:space="preserve">3. </w:t>
      </w:r>
      <w:r>
        <w:t>Yerleşim planına uymak</w:t>
      </w:r>
    </w:p>
    <w:p w14:paraId="39725B54" w14:textId="77777777" w:rsidR="00382BCA" w:rsidRDefault="00000000" w:rsidP="003F4910">
      <w:pPr>
        <w:ind w:left="284"/>
      </w:pPr>
      <w:r>
        <w:rPr>
          <w:b/>
        </w:rPr>
        <w:t xml:space="preserve">4. </w:t>
      </w:r>
      <w:r>
        <w:t>Temiz lehim yapmak</w:t>
      </w:r>
    </w:p>
    <w:p w14:paraId="7326857F" w14:textId="77777777" w:rsidR="00382BCA" w:rsidRDefault="00000000" w:rsidP="003F4910">
      <w:pPr>
        <w:ind w:left="284"/>
      </w:pPr>
      <w:r>
        <w:rPr>
          <w:b/>
        </w:rPr>
        <w:t xml:space="preserve">5. </w:t>
      </w:r>
      <w:r>
        <w:t>Enerji vermeden önce kontrol etmek</w:t>
      </w:r>
    </w:p>
    <w:p w14:paraId="27DC4D21" w14:textId="312FF2EC" w:rsidR="00382BCA" w:rsidRDefault="003F4910">
      <w:r>
        <w:rPr>
          <w:b/>
          <w:sz w:val="18"/>
          <w:u w:val="single"/>
        </w:rPr>
        <w:t xml:space="preserve"> </w:t>
      </w:r>
    </w:p>
    <w:sectPr w:rsidR="00382BCA" w:rsidSect="00034616">
      <w:pgSz w:w="12240" w:h="15840"/>
      <w:pgMar w:top="652" w:right="794" w:bottom="62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0089377">
    <w:abstractNumId w:val="8"/>
  </w:num>
  <w:num w:numId="2" w16cid:durableId="28067016">
    <w:abstractNumId w:val="6"/>
  </w:num>
  <w:num w:numId="3" w16cid:durableId="1860779056">
    <w:abstractNumId w:val="5"/>
  </w:num>
  <w:num w:numId="4" w16cid:durableId="1019695370">
    <w:abstractNumId w:val="4"/>
  </w:num>
  <w:num w:numId="5" w16cid:durableId="1464154214">
    <w:abstractNumId w:val="7"/>
  </w:num>
  <w:num w:numId="6" w16cid:durableId="568922596">
    <w:abstractNumId w:val="3"/>
  </w:num>
  <w:num w:numId="7" w16cid:durableId="969016627">
    <w:abstractNumId w:val="2"/>
  </w:num>
  <w:num w:numId="8" w16cid:durableId="207182505">
    <w:abstractNumId w:val="1"/>
  </w:num>
  <w:num w:numId="9" w16cid:durableId="202136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3045"/>
    <w:rsid w:val="0015074B"/>
    <w:rsid w:val="0029639D"/>
    <w:rsid w:val="00326F90"/>
    <w:rsid w:val="00382BCA"/>
    <w:rsid w:val="003F4910"/>
    <w:rsid w:val="00482046"/>
    <w:rsid w:val="0062301E"/>
    <w:rsid w:val="008E3611"/>
    <w:rsid w:val="00AA1D8D"/>
    <w:rsid w:val="00B35C66"/>
    <w:rsid w:val="00B47730"/>
    <w:rsid w:val="00CB0664"/>
    <w:rsid w:val="00D221F6"/>
    <w:rsid w:val="00E7303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318274"/>
  <w14:defaultImageDpi w14:val="300"/>
  <w15:docId w15:val="{A42D9CEB-C6DF-420A-9C40-2812BAAB9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5</cp:revision>
  <dcterms:created xsi:type="dcterms:W3CDTF">2013-12-23T23:15:00Z</dcterms:created>
  <dcterms:modified xsi:type="dcterms:W3CDTF">2026-09-27T15:40:00Z</dcterms:modified>
  <cp:category/>
</cp:coreProperties>
</file>