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3B53" w14:textId="77777777" w:rsidR="00D221F6" w:rsidRPr="00120A49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0A49">
        <w:rPr>
          <w:b/>
          <w:sz w:val="24"/>
          <w:szCs w:val="24"/>
        </w:rPr>
        <w:t>YAHŞİHAN MESLEKİ EĞİTİM MERKEZİ</w:t>
      </w:r>
    </w:p>
    <w:p w14:paraId="7485BEE8" w14:textId="77777777" w:rsidR="00D221F6" w:rsidRPr="00120A49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0A49">
        <w:rPr>
          <w:b/>
          <w:sz w:val="24"/>
          <w:szCs w:val="24"/>
        </w:rPr>
        <w:t>2026/2027 EĞİTİM ÖĞRETİM YILI MOTORLU ARAÇLAR TEKNOLOJİSİ ALANI</w:t>
      </w:r>
    </w:p>
    <w:p w14:paraId="49F9CFBA" w14:textId="5C1C7526" w:rsidR="00D221F6" w:rsidRPr="00120A49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0A49">
        <w:rPr>
          <w:b/>
          <w:sz w:val="24"/>
          <w:szCs w:val="24"/>
        </w:rPr>
        <w:t>OTOMOTİV ELEKTRİK UYGULAMALARI DERSİ 2. DÖNEM 2. YAZILI SINAVI</w:t>
      </w:r>
    </w:p>
    <w:p w14:paraId="0FA2FFBE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7B39E872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7797681A" w14:textId="77777777" w:rsidR="00D221F6" w:rsidRPr="00120A49" w:rsidRDefault="00000000" w:rsidP="00482046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 xml:space="preserve">1. </w:t>
      </w:r>
      <w:r w:rsidRPr="00120A49">
        <w:rPr>
          <w:sz w:val="22"/>
        </w:rPr>
        <w:t>Baskı devre plaketinin yapısını kısaca açıklayınız. (10 Puan)</w:t>
      </w:r>
    </w:p>
    <w:p w14:paraId="39317C91" w14:textId="7900B5A8" w:rsidR="00D221F6" w:rsidRPr="00120A49" w:rsidRDefault="00120A49" w:rsidP="00482046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>2</w:t>
      </w:r>
      <w:r w:rsidR="00000000" w:rsidRPr="00120A49">
        <w:rPr>
          <w:b/>
          <w:sz w:val="22"/>
        </w:rPr>
        <w:t xml:space="preserve">. </w:t>
      </w:r>
      <w:r w:rsidR="00000000" w:rsidRPr="00120A49">
        <w:rPr>
          <w:sz w:val="22"/>
        </w:rPr>
        <w:t>Baskı devre plaketini kesme yöntemlerinden ikisini yazınız. (10 Puan)</w:t>
      </w:r>
    </w:p>
    <w:p w14:paraId="3A84A5D6" w14:textId="32DD1C0C" w:rsidR="00D221F6" w:rsidRPr="00120A49" w:rsidRDefault="00120A49" w:rsidP="00482046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>3</w:t>
      </w:r>
      <w:r w:rsidR="00000000" w:rsidRPr="00120A49">
        <w:rPr>
          <w:b/>
          <w:sz w:val="22"/>
        </w:rPr>
        <w:t xml:space="preserve">. </w:t>
      </w:r>
      <w:r w:rsidR="00000000" w:rsidRPr="00120A49">
        <w:rPr>
          <w:sz w:val="22"/>
        </w:rPr>
        <w:t>Patern oluştururken dikkat edilecek hususlardan beşini yazınız. (10 Puan)</w:t>
      </w:r>
    </w:p>
    <w:p w14:paraId="0DDAD072" w14:textId="2C85A962" w:rsidR="00D221F6" w:rsidRPr="00120A49" w:rsidRDefault="00120A49" w:rsidP="00482046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>4</w:t>
      </w:r>
      <w:r w:rsidR="00000000" w:rsidRPr="00120A49">
        <w:rPr>
          <w:b/>
          <w:sz w:val="22"/>
        </w:rPr>
        <w:t xml:space="preserve">. </w:t>
      </w:r>
      <w:r w:rsidR="00000000" w:rsidRPr="00120A49">
        <w:rPr>
          <w:sz w:val="22"/>
        </w:rPr>
        <w:t>Foto rezist yöntemi ne için kullanılır? (10 Puan)</w:t>
      </w:r>
    </w:p>
    <w:p w14:paraId="7F21BC92" w14:textId="41F4F033" w:rsidR="00D221F6" w:rsidRPr="00120A49" w:rsidRDefault="00120A49" w:rsidP="00482046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>5</w:t>
      </w:r>
      <w:r w:rsidR="00000000" w:rsidRPr="00120A49">
        <w:rPr>
          <w:b/>
          <w:sz w:val="22"/>
        </w:rPr>
        <w:t xml:space="preserve">. </w:t>
      </w:r>
      <w:r w:rsidR="00000000" w:rsidRPr="00120A49">
        <w:rPr>
          <w:sz w:val="22"/>
        </w:rPr>
        <w:t>Plaket delinirken dikkat edilecek hususlardan üç tanesini yazınız. (10 Puan)</w:t>
      </w:r>
    </w:p>
    <w:p w14:paraId="5C8CFFD8" w14:textId="2B9E73DD" w:rsidR="00D221F6" w:rsidRPr="00120A49" w:rsidRDefault="00120A49" w:rsidP="00482046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>6</w:t>
      </w:r>
      <w:r w:rsidR="00000000" w:rsidRPr="00120A49">
        <w:rPr>
          <w:b/>
          <w:sz w:val="22"/>
        </w:rPr>
        <w:t xml:space="preserve">. </w:t>
      </w:r>
      <w:r w:rsidR="00000000" w:rsidRPr="00120A49">
        <w:rPr>
          <w:sz w:val="22"/>
        </w:rPr>
        <w:t>Baskı devre montajı tamamlandıktan sonra yapılacak kontrollerden beşini yazınız. (10 Puan)</w:t>
      </w:r>
    </w:p>
    <w:p w14:paraId="26EEEFBC" w14:textId="083DB2BC" w:rsidR="00120A49" w:rsidRPr="00120A49" w:rsidRDefault="00120A49" w:rsidP="00120A49">
      <w:pPr>
        <w:spacing w:after="20" w:line="360" w:lineRule="auto"/>
        <w:rPr>
          <w:sz w:val="22"/>
        </w:rPr>
      </w:pPr>
      <w:r w:rsidRPr="00120A49">
        <w:rPr>
          <w:b/>
          <w:sz w:val="22"/>
        </w:rPr>
        <w:t>7</w:t>
      </w:r>
      <w:r w:rsidRPr="00120A49">
        <w:rPr>
          <w:b/>
          <w:sz w:val="22"/>
        </w:rPr>
        <w:t xml:space="preserve">. </w:t>
      </w:r>
      <w:r w:rsidRPr="00120A49">
        <w:rPr>
          <w:sz w:val="22"/>
        </w:rPr>
        <w:t>Aşağıda verilen montaj baskı devre</w:t>
      </w:r>
      <w:r>
        <w:rPr>
          <w:sz w:val="22"/>
        </w:rPr>
        <w:t xml:space="preserve"> elemanlarının</w:t>
      </w:r>
      <w:r w:rsidRPr="00120A49">
        <w:rPr>
          <w:sz w:val="22"/>
        </w:rPr>
        <w:t xml:space="preserve"> adlarını</w:t>
      </w:r>
      <w:r w:rsidRPr="00120A49">
        <w:rPr>
          <w:sz w:val="22"/>
        </w:rPr>
        <w:t xml:space="preserve"> yazınız. (</w:t>
      </w:r>
      <w:r w:rsidRPr="00120A49">
        <w:rPr>
          <w:sz w:val="22"/>
        </w:rPr>
        <w:t>4</w:t>
      </w:r>
      <w:r w:rsidRPr="00120A49">
        <w:rPr>
          <w:sz w:val="22"/>
        </w:rPr>
        <w:t>0 Puan)</w:t>
      </w:r>
    </w:p>
    <w:p w14:paraId="4706A754" w14:textId="7F9C0DD0" w:rsidR="00120A49" w:rsidRDefault="00120A49" w:rsidP="00120A49">
      <w:pPr>
        <w:spacing w:after="20" w:line="360" w:lineRule="auto"/>
      </w:pPr>
      <w:r>
        <w:rPr>
          <w:noProof/>
        </w:rPr>
        <w:drawing>
          <wp:inline distT="0" distB="0" distL="0" distR="0" wp14:anchorId="20CAF2DB" wp14:editId="14BA2371">
            <wp:extent cx="6764020" cy="2005965"/>
            <wp:effectExtent l="0" t="0" r="0" b="0"/>
            <wp:docPr id="69177212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72120" name="Resim 69177212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DD8F" w14:textId="3D97E49A" w:rsidR="00123045" w:rsidRPr="00123045" w:rsidRDefault="00123045">
      <w:pPr>
        <w:spacing w:after="80"/>
        <w:rPr>
          <w:sz w:val="22"/>
        </w:rPr>
      </w:pPr>
    </w:p>
    <w:p w14:paraId="3523737E" w14:textId="77777777" w:rsidR="00D221F6" w:rsidRDefault="00000000" w:rsidP="00123045">
      <w:pPr>
        <w:ind w:left="4320" w:firstLine="720"/>
        <w:jc w:val="center"/>
      </w:pPr>
      <w:r>
        <w:rPr>
          <w:sz w:val="18"/>
        </w:rPr>
        <w:t>Başarılar</w:t>
      </w:r>
    </w:p>
    <w:p w14:paraId="2C12799F" w14:textId="77777777" w:rsidR="00D221F6" w:rsidRDefault="00000000">
      <w:r w:rsidRPr="00E73031">
        <w:rPr>
          <w:b/>
          <w:bCs/>
          <w:sz w:val="18"/>
          <w:u w:val="single"/>
        </w:rPr>
        <w:t>Süre:</w:t>
      </w:r>
      <w:r>
        <w:rPr>
          <w:sz w:val="18"/>
        </w:rPr>
        <w:t xml:space="preserve"> 40 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>
        <w:rPr>
          <w:sz w:val="18"/>
        </w:rPr>
        <w:t>Mot.Arç.Tekn Öğrt Abdullah YANIK</w:t>
      </w:r>
    </w:p>
    <w:p w14:paraId="5BD0A23A" w14:textId="77777777" w:rsidR="00D221F6" w:rsidRDefault="00000000">
      <w:r>
        <w:br w:type="page"/>
      </w:r>
    </w:p>
    <w:p w14:paraId="6DEC6043" w14:textId="77777777" w:rsidR="00D221F6" w:rsidRPr="00120A49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120A49">
        <w:rPr>
          <w:b/>
          <w:sz w:val="22"/>
        </w:rPr>
        <w:lastRenderedPageBreak/>
        <w:t>YAHŞİHAN MESLEKİ EĞİTİM MERKEZİ</w:t>
      </w:r>
    </w:p>
    <w:p w14:paraId="2035D856" w14:textId="77777777" w:rsidR="00D221F6" w:rsidRPr="00120A49" w:rsidRDefault="00000000" w:rsidP="00123045">
      <w:pPr>
        <w:spacing w:after="20" w:line="360" w:lineRule="auto"/>
        <w:jc w:val="center"/>
        <w:rPr>
          <w:sz w:val="22"/>
        </w:rPr>
      </w:pPr>
      <w:r w:rsidRPr="00120A49">
        <w:rPr>
          <w:b/>
          <w:sz w:val="22"/>
        </w:rPr>
        <w:t>2026/2027 EĞİTİM ÖĞRETİM YILI MOTORLU ARAÇLAR TEKNOLOJİSİ ALANI</w:t>
      </w:r>
    </w:p>
    <w:p w14:paraId="4CB92798" w14:textId="6B51AFD3" w:rsidR="00D221F6" w:rsidRPr="00120A49" w:rsidRDefault="00000000" w:rsidP="00123045">
      <w:pPr>
        <w:spacing w:after="20" w:line="360" w:lineRule="auto"/>
        <w:jc w:val="center"/>
        <w:rPr>
          <w:b/>
          <w:sz w:val="22"/>
        </w:rPr>
      </w:pPr>
      <w:r w:rsidRPr="00120A49">
        <w:rPr>
          <w:b/>
          <w:sz w:val="22"/>
        </w:rPr>
        <w:t>OTOMOTİV ELEKTRİK UYGULAMALARI DERSİ 2. DÖNEM 2. YAZILI SINAVI CEVAP ANAHTARI</w:t>
      </w:r>
    </w:p>
    <w:p w14:paraId="7630CF94" w14:textId="6B6A6280" w:rsidR="00123045" w:rsidRPr="00123045" w:rsidRDefault="00120A49" w:rsidP="00123045">
      <w:pPr>
        <w:spacing w:after="20" w:line="360" w:lineRule="auto"/>
        <w:jc w:val="center"/>
        <w:rPr>
          <w:sz w:val="24"/>
          <w:szCs w:val="24"/>
        </w:rPr>
      </w:pPr>
      <w:r>
        <w:rPr>
          <w:b/>
        </w:rPr>
        <w:t xml:space="preserve"> </w:t>
      </w:r>
    </w:p>
    <w:p w14:paraId="4998470B" w14:textId="77777777" w:rsidR="0043010A" w:rsidRDefault="00000000">
      <w:r>
        <w:rPr>
          <w:b/>
        </w:rPr>
        <w:t xml:space="preserve">1. </w:t>
      </w:r>
      <w:r>
        <w:t>Baskı devre plaketinin yapısını kısaca açıklayınız. (10 Puan)</w:t>
      </w:r>
    </w:p>
    <w:p w14:paraId="71EA4896" w14:textId="77777777" w:rsidR="0043010A" w:rsidRDefault="00000000" w:rsidP="00120A49">
      <w:pPr>
        <w:ind w:left="284"/>
      </w:pPr>
      <w:r>
        <w:t>Yalıtkan plaket üzerine yapıştırılmış ince bir bakır tabakadan oluşur.</w:t>
      </w:r>
    </w:p>
    <w:p w14:paraId="2D4EC235" w14:textId="77777777" w:rsidR="00120A49" w:rsidRDefault="00120A49" w:rsidP="00120A49">
      <w:pPr>
        <w:ind w:left="284"/>
      </w:pPr>
    </w:p>
    <w:p w14:paraId="739E4456" w14:textId="147ACF69" w:rsidR="0043010A" w:rsidRDefault="00120A49">
      <w:r>
        <w:rPr>
          <w:b/>
        </w:rPr>
        <w:t>2</w:t>
      </w:r>
      <w:r w:rsidR="00000000">
        <w:rPr>
          <w:b/>
        </w:rPr>
        <w:t xml:space="preserve">. </w:t>
      </w:r>
      <w:r w:rsidR="00000000">
        <w:t>Baskı devre plaketini kesme yöntemlerinden ikisini yazınız. (10 Puan)</w:t>
      </w:r>
    </w:p>
    <w:p w14:paraId="19B08E02" w14:textId="77777777" w:rsidR="0043010A" w:rsidRDefault="00000000" w:rsidP="00120A49">
      <w:pPr>
        <w:ind w:left="284"/>
      </w:pPr>
      <w:r>
        <w:rPr>
          <w:b/>
        </w:rPr>
        <w:t xml:space="preserve">1. </w:t>
      </w:r>
      <w:r>
        <w:t>Giyotin makasla kesme</w:t>
      </w:r>
    </w:p>
    <w:p w14:paraId="25449275" w14:textId="77777777" w:rsidR="0043010A" w:rsidRDefault="00000000" w:rsidP="00120A49">
      <w:pPr>
        <w:ind w:left="284"/>
      </w:pPr>
      <w:r>
        <w:rPr>
          <w:b/>
        </w:rPr>
        <w:t xml:space="preserve">2. </w:t>
      </w:r>
      <w:r>
        <w:t>Maket veya plaket bıçağıyla kesme</w:t>
      </w:r>
    </w:p>
    <w:p w14:paraId="7CC2478B" w14:textId="77777777" w:rsidR="00120A49" w:rsidRDefault="00120A49" w:rsidP="00120A49">
      <w:pPr>
        <w:ind w:left="284"/>
      </w:pPr>
    </w:p>
    <w:p w14:paraId="52B36107" w14:textId="292DE881" w:rsidR="0043010A" w:rsidRDefault="00120A49">
      <w:r>
        <w:rPr>
          <w:b/>
        </w:rPr>
        <w:t>3</w:t>
      </w:r>
      <w:r w:rsidR="00000000">
        <w:rPr>
          <w:b/>
        </w:rPr>
        <w:t xml:space="preserve">. </w:t>
      </w:r>
      <w:r w:rsidR="00000000">
        <w:t>Patern oluştururken dikkat edilecek hususlardan beşini yazınız. (10 Puan)</w:t>
      </w:r>
    </w:p>
    <w:p w14:paraId="469E312B" w14:textId="77777777" w:rsidR="0043010A" w:rsidRDefault="00000000" w:rsidP="00120A49">
      <w:pPr>
        <w:ind w:left="284"/>
      </w:pPr>
      <w:r>
        <w:rPr>
          <w:b/>
        </w:rPr>
        <w:t xml:space="preserve">1. </w:t>
      </w:r>
      <w:r>
        <w:t>Kısa yollar kullanmak</w:t>
      </w:r>
    </w:p>
    <w:p w14:paraId="3DD1207A" w14:textId="77777777" w:rsidR="0043010A" w:rsidRDefault="00000000" w:rsidP="00120A49">
      <w:pPr>
        <w:ind w:left="284"/>
      </w:pPr>
      <w:r>
        <w:rPr>
          <w:b/>
        </w:rPr>
        <w:t xml:space="preserve">2. </w:t>
      </w:r>
      <w:r>
        <w:t>Delikleri hizalamak</w:t>
      </w:r>
    </w:p>
    <w:p w14:paraId="1AD7CAB4" w14:textId="77777777" w:rsidR="0043010A" w:rsidRDefault="00000000" w:rsidP="00120A49">
      <w:pPr>
        <w:ind w:left="284"/>
      </w:pPr>
      <w:r>
        <w:rPr>
          <w:b/>
        </w:rPr>
        <w:t xml:space="preserve">3. </w:t>
      </w:r>
      <w:r>
        <w:t>Eleman ölçülerini dikkate almak</w:t>
      </w:r>
    </w:p>
    <w:p w14:paraId="638821D2" w14:textId="77777777" w:rsidR="0043010A" w:rsidRDefault="00000000" w:rsidP="00120A49">
      <w:pPr>
        <w:ind w:left="284"/>
      </w:pPr>
      <w:r>
        <w:rPr>
          <w:b/>
        </w:rPr>
        <w:t xml:space="preserve">4. </w:t>
      </w:r>
      <w:r>
        <w:t>Yolları uygun genişlikte çizmek</w:t>
      </w:r>
    </w:p>
    <w:p w14:paraId="78866B99" w14:textId="77777777" w:rsidR="0043010A" w:rsidRDefault="00000000" w:rsidP="00120A49">
      <w:pPr>
        <w:ind w:left="284"/>
      </w:pPr>
      <w:r>
        <w:rPr>
          <w:b/>
        </w:rPr>
        <w:t xml:space="preserve">5. </w:t>
      </w:r>
      <w:r>
        <w:t>Bağlantıları doğru yapmak</w:t>
      </w:r>
    </w:p>
    <w:p w14:paraId="585CE215" w14:textId="77777777" w:rsidR="00120A49" w:rsidRDefault="00120A49" w:rsidP="00120A49">
      <w:pPr>
        <w:ind w:left="284"/>
      </w:pPr>
    </w:p>
    <w:p w14:paraId="57DAC584" w14:textId="0CE5F5BD" w:rsidR="0043010A" w:rsidRDefault="00120A49">
      <w:r>
        <w:rPr>
          <w:b/>
        </w:rPr>
        <w:t>4</w:t>
      </w:r>
      <w:r w:rsidR="00000000">
        <w:rPr>
          <w:b/>
        </w:rPr>
        <w:t xml:space="preserve">. </w:t>
      </w:r>
      <w:r w:rsidR="00000000">
        <w:t>Foto rezist yöntemi ne için kullanılır? (10 Puan)</w:t>
      </w:r>
    </w:p>
    <w:p w14:paraId="7ED83962" w14:textId="77777777" w:rsidR="0043010A" w:rsidRDefault="00000000">
      <w:r>
        <w:t>Paterni ışığa duyarlı yüzey yardımıyla plakete aktarmak için kullanılır.</w:t>
      </w:r>
    </w:p>
    <w:p w14:paraId="3C6B78D8" w14:textId="77777777" w:rsidR="00120A49" w:rsidRDefault="00120A49"/>
    <w:p w14:paraId="3BA72326" w14:textId="534612EB" w:rsidR="0043010A" w:rsidRDefault="00120A49">
      <w:r>
        <w:rPr>
          <w:b/>
        </w:rPr>
        <w:t>5</w:t>
      </w:r>
      <w:r w:rsidR="00000000">
        <w:rPr>
          <w:b/>
        </w:rPr>
        <w:t xml:space="preserve">. </w:t>
      </w:r>
      <w:r w:rsidR="00000000">
        <w:t>Plaket delinirken dikkat edilecek hususlardan üç tanesini yazınız. (10 Puan)</w:t>
      </w:r>
    </w:p>
    <w:p w14:paraId="15FC4FAF" w14:textId="77777777" w:rsidR="0043010A" w:rsidRDefault="00000000" w:rsidP="00120A49">
      <w:pPr>
        <w:ind w:left="284"/>
      </w:pPr>
      <w:r>
        <w:rPr>
          <w:b/>
        </w:rPr>
        <w:t xml:space="preserve">1. </w:t>
      </w:r>
      <w:r>
        <w:t>Uygun matkap ucu kullanmak</w:t>
      </w:r>
    </w:p>
    <w:p w14:paraId="0B89AF1D" w14:textId="77777777" w:rsidR="0043010A" w:rsidRDefault="00000000" w:rsidP="00120A49">
      <w:pPr>
        <w:ind w:left="284"/>
      </w:pPr>
      <w:r>
        <w:rPr>
          <w:b/>
        </w:rPr>
        <w:t xml:space="preserve">2. </w:t>
      </w:r>
      <w:r>
        <w:t>Delik merkezini doğru belirlemek</w:t>
      </w:r>
    </w:p>
    <w:p w14:paraId="3C0FAA67" w14:textId="77777777" w:rsidR="0043010A" w:rsidRDefault="00000000" w:rsidP="00120A49">
      <w:pPr>
        <w:ind w:left="284"/>
      </w:pPr>
      <w:r>
        <w:rPr>
          <w:b/>
        </w:rPr>
        <w:t xml:space="preserve">3. </w:t>
      </w:r>
      <w:r>
        <w:t>Plaketi sabitlemek</w:t>
      </w:r>
    </w:p>
    <w:p w14:paraId="6DABBC06" w14:textId="77777777" w:rsidR="00120A49" w:rsidRDefault="00120A49" w:rsidP="00120A49">
      <w:pPr>
        <w:ind w:left="284"/>
      </w:pPr>
    </w:p>
    <w:p w14:paraId="445A1890" w14:textId="2C0599C5" w:rsidR="0043010A" w:rsidRDefault="00120A49">
      <w:r>
        <w:rPr>
          <w:b/>
        </w:rPr>
        <w:t>6</w:t>
      </w:r>
      <w:r w:rsidR="00000000">
        <w:rPr>
          <w:b/>
        </w:rPr>
        <w:t xml:space="preserve">. </w:t>
      </w:r>
      <w:r w:rsidR="00000000">
        <w:t>Baskı devre montajı tamamlandıktan sonra yapılacak kontrollerden beşini yazınız. (10 Puan)</w:t>
      </w:r>
    </w:p>
    <w:p w14:paraId="4F6D1704" w14:textId="77777777" w:rsidR="0043010A" w:rsidRDefault="00000000" w:rsidP="00120A49">
      <w:pPr>
        <w:ind w:left="284"/>
      </w:pPr>
      <w:r>
        <w:rPr>
          <w:b/>
        </w:rPr>
        <w:t xml:space="preserve">1. </w:t>
      </w:r>
      <w:r>
        <w:t>Kısa devre kontrolü</w:t>
      </w:r>
    </w:p>
    <w:p w14:paraId="2718D1F7" w14:textId="77777777" w:rsidR="0043010A" w:rsidRDefault="00000000" w:rsidP="00120A49">
      <w:pPr>
        <w:ind w:left="284"/>
      </w:pPr>
      <w:r>
        <w:rPr>
          <w:b/>
        </w:rPr>
        <w:t xml:space="preserve">2. </w:t>
      </w:r>
      <w:r>
        <w:t>Kopuk yol kontrolü</w:t>
      </w:r>
    </w:p>
    <w:p w14:paraId="7E3BBE94" w14:textId="77777777" w:rsidR="0043010A" w:rsidRDefault="00000000" w:rsidP="00120A49">
      <w:pPr>
        <w:ind w:left="284"/>
      </w:pPr>
      <w:r>
        <w:rPr>
          <w:b/>
        </w:rPr>
        <w:t xml:space="preserve">3. </w:t>
      </w:r>
      <w:r>
        <w:t>Eleman değer kontrolü</w:t>
      </w:r>
    </w:p>
    <w:p w14:paraId="550B2967" w14:textId="77777777" w:rsidR="0043010A" w:rsidRDefault="00000000" w:rsidP="00120A49">
      <w:pPr>
        <w:ind w:left="284"/>
      </w:pPr>
      <w:r>
        <w:rPr>
          <w:b/>
        </w:rPr>
        <w:t xml:space="preserve">4. </w:t>
      </w:r>
      <w:r>
        <w:t>Kutup kontrolü</w:t>
      </w:r>
    </w:p>
    <w:p w14:paraId="28403527" w14:textId="3338BEC0" w:rsidR="0043010A" w:rsidRDefault="00000000" w:rsidP="00120A49">
      <w:pPr>
        <w:ind w:left="284"/>
      </w:pPr>
      <w:r>
        <w:rPr>
          <w:b/>
        </w:rPr>
        <w:t xml:space="preserve">5. </w:t>
      </w:r>
      <w:r>
        <w:t xml:space="preserve">Enerji öncesi genel </w:t>
      </w:r>
      <w:r w:rsidR="00120A49">
        <w:t>control</w:t>
      </w:r>
    </w:p>
    <w:p w14:paraId="321672AE" w14:textId="77777777" w:rsidR="00120A49" w:rsidRDefault="00120A49" w:rsidP="00120A49">
      <w:pPr>
        <w:ind w:left="284"/>
      </w:pPr>
    </w:p>
    <w:p w14:paraId="2C23A83D" w14:textId="53BC5D19" w:rsidR="00120A49" w:rsidRDefault="00120A49" w:rsidP="00120A49">
      <w:pPr>
        <w:spacing w:after="20" w:line="360" w:lineRule="auto"/>
      </w:pPr>
      <w:r>
        <w:rPr>
          <w:b/>
          <w:sz w:val="18"/>
          <w:u w:val="single"/>
        </w:rPr>
        <w:t xml:space="preserve"> </w:t>
      </w:r>
      <w:r>
        <w:rPr>
          <w:b/>
        </w:rPr>
        <w:t xml:space="preserve">7. </w:t>
      </w:r>
      <w:r>
        <w:t>Aşağıda verilen montaj baskı devre</w:t>
      </w:r>
      <w:r>
        <w:t xml:space="preserve"> elemanlarının</w:t>
      </w:r>
      <w:r>
        <w:t xml:space="preserve"> adlarını yazınız. (40 Puan)</w:t>
      </w:r>
    </w:p>
    <w:p w14:paraId="0187A7DF" w14:textId="47216693" w:rsidR="00120A49" w:rsidRDefault="00120A49" w:rsidP="00120A49">
      <w:pPr>
        <w:spacing w:after="20" w:line="360" w:lineRule="auto"/>
      </w:pPr>
      <w:r>
        <w:rPr>
          <w:noProof/>
        </w:rPr>
        <w:drawing>
          <wp:inline distT="0" distB="0" distL="0" distR="0" wp14:anchorId="6768E4C0" wp14:editId="20807B6D">
            <wp:extent cx="6764020" cy="1812925"/>
            <wp:effectExtent l="0" t="0" r="0" b="0"/>
            <wp:docPr id="138889902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899024" name="Resim 13888990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DFC0" w14:textId="6EF9FF54" w:rsidR="0043010A" w:rsidRDefault="0043010A"/>
    <w:sectPr w:rsidR="0043010A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A49"/>
    <w:rsid w:val="00123045"/>
    <w:rsid w:val="0015074B"/>
    <w:rsid w:val="0029639D"/>
    <w:rsid w:val="00326F90"/>
    <w:rsid w:val="0043010A"/>
    <w:rsid w:val="00482046"/>
    <w:rsid w:val="0062301E"/>
    <w:rsid w:val="008E3611"/>
    <w:rsid w:val="00AA1D8D"/>
    <w:rsid w:val="00B47730"/>
    <w:rsid w:val="00CB0664"/>
    <w:rsid w:val="00D221F6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1C7BD3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2026-09-27T15:52:00Z</dcterms:modified>
  <cp:category/>
</cp:coreProperties>
</file>