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7B7BD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YAHŞİHAN MESLEKİ EĞİTİM MERKEZİ</w:t>
      </w:r>
    </w:p>
    <w:p w14:paraId="56C0C70B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2026/2027 EĞİTİM ÖĞRETİM YILI MOTORLU ARAÇLAR TEKNOLOJİSİ ALANI</w:t>
      </w:r>
    </w:p>
    <w:p w14:paraId="3CA0D4BA" w14:textId="77777777" w:rsidR="00D85CD7" w:rsidRPr="00E65B63" w:rsidRDefault="00000000">
      <w:pPr>
        <w:spacing w:after="8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OTOMOTİV ELEKTROMEKANİK ATÖLYESİ DERSİ 1.DÖNEM 1.YAZILI YOKLAMASI - B</w:t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</w:p>
    <w:p w14:paraId="010DB459" w14:textId="0FA5E166" w:rsidR="00D85CD7" w:rsidRDefault="00000000">
      <w:pPr>
        <w:spacing w:after="60"/>
        <w:rPr>
          <w:b/>
          <w:sz w:val="24"/>
          <w:szCs w:val="24"/>
        </w:rPr>
      </w:pPr>
      <w:proofErr w:type="spellStart"/>
      <w:r w:rsidRPr="00E65B63">
        <w:rPr>
          <w:b/>
          <w:sz w:val="24"/>
          <w:szCs w:val="24"/>
        </w:rPr>
        <w:t>Adı</w:t>
      </w:r>
      <w:proofErr w:type="spellEnd"/>
      <w:r w:rsidRPr="00E65B63">
        <w:rPr>
          <w:b/>
          <w:sz w:val="24"/>
          <w:szCs w:val="24"/>
        </w:rPr>
        <w:t xml:space="preserve"> </w:t>
      </w:r>
      <w:proofErr w:type="spellStart"/>
      <w:r w:rsidRPr="00E65B63">
        <w:rPr>
          <w:b/>
          <w:sz w:val="24"/>
          <w:szCs w:val="24"/>
        </w:rPr>
        <w:t>Soyadı</w:t>
      </w:r>
      <w:proofErr w:type="spellEnd"/>
      <w:r w:rsidRPr="00E65B63">
        <w:rPr>
          <w:b/>
          <w:sz w:val="24"/>
          <w:szCs w:val="24"/>
        </w:rPr>
        <w:t xml:space="preserve">  </w:t>
      </w:r>
      <w:proofErr w:type="gramStart"/>
      <w:r w:rsidRPr="00E65B63">
        <w:rPr>
          <w:b/>
          <w:sz w:val="24"/>
          <w:szCs w:val="24"/>
        </w:rPr>
        <w:t xml:space="preserve">  :</w:t>
      </w:r>
      <w:proofErr w:type="gramEnd"/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Sınıfı</w:t>
      </w:r>
      <w:proofErr w:type="spellEnd"/>
      <w:r w:rsidRPr="00E65B63">
        <w:rPr>
          <w:b/>
          <w:sz w:val="24"/>
          <w:szCs w:val="24"/>
        </w:rPr>
        <w:t>/No:</w:t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Aldığı</w:t>
      </w:r>
      <w:proofErr w:type="spellEnd"/>
      <w:r w:rsidRPr="00E65B63">
        <w:rPr>
          <w:b/>
          <w:sz w:val="24"/>
          <w:szCs w:val="24"/>
        </w:rPr>
        <w:t xml:space="preserve"> Not:</w:t>
      </w:r>
    </w:p>
    <w:p w14:paraId="3E3063FF" w14:textId="77777777" w:rsidR="00E65B63" w:rsidRPr="00E65B63" w:rsidRDefault="00E65B63">
      <w:pPr>
        <w:spacing w:after="60"/>
        <w:rPr>
          <w:sz w:val="24"/>
          <w:szCs w:val="24"/>
        </w:rPr>
      </w:pPr>
    </w:p>
    <w:p w14:paraId="05CC6678" w14:textId="77777777" w:rsidR="00D85CD7" w:rsidRPr="00E65B63" w:rsidRDefault="00000000">
      <w:pPr>
        <w:spacing w:after="6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SORULAR</w:t>
      </w:r>
    </w:p>
    <w:p w14:paraId="0D83BC8D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1. Kontak anahtarının görevi nedir? (10 Puan)</w:t>
      </w:r>
    </w:p>
    <w:p w14:paraId="11E5199E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2. Kontak anahtarının yapısal özelliğini açıklayınız. (10 Puan)</w:t>
      </w:r>
    </w:p>
    <w:p w14:paraId="1D1472F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3. Marş sisteminin görevi nedir? (10 Puan)</w:t>
      </w:r>
    </w:p>
    <w:p w14:paraId="348A112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4. Marş sisteminin parçaları nelerdir? (10 Puan)</w:t>
      </w:r>
    </w:p>
    <w:p w14:paraId="2FBFBD8F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5. Marş motorunun çalışma prensibini açıklayınız. (15 Puan)</w:t>
      </w:r>
    </w:p>
    <w:p w14:paraId="69D7F4FB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6. Marş selenoidinin görevi nedir? (15 Puan)</w:t>
      </w:r>
    </w:p>
    <w:p w14:paraId="1CDE3FD1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7. Marş motoru çeşitleri nelerdir? (15 Puan)</w:t>
      </w:r>
    </w:p>
    <w:p w14:paraId="1542E75B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8. Marş motorunun fiziki kontrolleri nelerdir? (15 Puan)</w:t>
      </w:r>
    </w:p>
    <w:p w14:paraId="47A12750" w14:textId="77777777" w:rsidR="00E65B63" w:rsidRDefault="00E65B63">
      <w:pPr>
        <w:spacing w:after="60" w:line="240" w:lineRule="auto"/>
      </w:pPr>
    </w:p>
    <w:p w14:paraId="38C4DAC6" w14:textId="57BB89C3" w:rsidR="00D85CD7" w:rsidRDefault="00000000">
      <w:pPr>
        <w:spacing w:before="60" w:after="20"/>
      </w:pPr>
      <w:proofErr w:type="spellStart"/>
      <w:proofErr w:type="gramStart"/>
      <w:r>
        <w:rPr>
          <w:b/>
        </w:rPr>
        <w:t>Süre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40 Dk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65B63">
        <w:rPr>
          <w:b/>
        </w:rPr>
        <w:tab/>
        <w:t xml:space="preserve">      </w:t>
      </w:r>
      <w:proofErr w:type="spellStart"/>
      <w:r>
        <w:rPr>
          <w:b/>
        </w:rPr>
        <w:t>Başarılar</w:t>
      </w:r>
      <w:proofErr w:type="spellEnd"/>
    </w:p>
    <w:p w14:paraId="7309B49E" w14:textId="77777777" w:rsidR="00D85CD7" w:rsidRDefault="00000000" w:rsidP="00E65B63">
      <w:pPr>
        <w:spacing w:after="0"/>
        <w:ind w:left="5760" w:firstLine="720"/>
      </w:pPr>
      <w:r>
        <w:rPr>
          <w:b/>
        </w:rPr>
        <w:t>Mot.Arç.Tekn Öğrt Abdullah YANIK</w:t>
      </w:r>
    </w:p>
    <w:p w14:paraId="566317AB" w14:textId="77777777" w:rsidR="00D85CD7" w:rsidRDefault="00000000">
      <w:r>
        <w:br w:type="page"/>
      </w:r>
    </w:p>
    <w:p w14:paraId="1545EDCD" w14:textId="77777777" w:rsidR="00E65B63" w:rsidRDefault="00E65B63">
      <w:pPr>
        <w:spacing w:after="100"/>
        <w:jc w:val="center"/>
        <w:rPr>
          <w:b/>
          <w:sz w:val="24"/>
          <w:szCs w:val="24"/>
        </w:rPr>
      </w:pPr>
    </w:p>
    <w:p w14:paraId="328FE825" w14:textId="395BE3FB" w:rsidR="00D85CD7" w:rsidRDefault="00000000">
      <w:pPr>
        <w:spacing w:after="100"/>
        <w:jc w:val="center"/>
        <w:rPr>
          <w:b/>
          <w:sz w:val="24"/>
          <w:szCs w:val="24"/>
        </w:rPr>
      </w:pPr>
      <w:r w:rsidRPr="00E65B63">
        <w:rPr>
          <w:b/>
          <w:sz w:val="24"/>
          <w:szCs w:val="24"/>
        </w:rPr>
        <w:t>2026/2027 OTOMOTİV ELEKTROMEKANİK ATÖLYESİ DERSİ 1.DÖNEM 1.YAZILI CEVAP ANAHTARI - B</w:t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</w:p>
    <w:p w14:paraId="62678B67" w14:textId="77777777" w:rsidR="00E65B63" w:rsidRPr="00E65B63" w:rsidRDefault="00E65B63">
      <w:pPr>
        <w:spacing w:after="100"/>
        <w:jc w:val="center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D85CD7" w:rsidRPr="00E65B63" w14:paraId="0C6EC851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5C991EE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1. Kontak anahtarının görevi nedir? (10 Puan)</w:t>
            </w:r>
          </w:p>
          <w:p w14:paraId="30F04409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Akü enerjisini aracın gerekli elektrik devrelerine ve marş kumanda devresine kontrollü olarak iletmektir.</w:t>
            </w:r>
          </w:p>
        </w:tc>
      </w:tr>
      <w:tr w:rsidR="00D85CD7" w:rsidRPr="00E65B63" w14:paraId="3974DBD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1078400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2. Kontak anahtarının yapısal özelliğini açıklayınız. (10 Puan)</w:t>
            </w:r>
          </w:p>
          <w:p w14:paraId="685FACCB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Mekanik anahtar kısmı ile farklı konumlarda devreleri birleştiren elektrik kontaklarından oluşur.</w:t>
            </w:r>
          </w:p>
        </w:tc>
      </w:tr>
      <w:tr w:rsidR="00D85CD7" w:rsidRPr="00E65B63" w14:paraId="45A9DA8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3217BE6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3. Marş sisteminin görevi nedir? (10 Puan)</w:t>
            </w:r>
          </w:p>
          <w:p w14:paraId="469B0F61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Motorun ilk çalışması için krank milini yeterli devirde döndürmektir.</w:t>
            </w:r>
          </w:p>
        </w:tc>
      </w:tr>
      <w:tr w:rsidR="00D85CD7" w:rsidRPr="00E65B63" w14:paraId="06D085F5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030274F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4. Marş sisteminin parçaları nelerdir? (10 Puan)</w:t>
            </w:r>
          </w:p>
          <w:p w14:paraId="7260CE20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Akü, kontak anahtarı, marş rölesi/selenoidi, marş motoru, bağlantı kabloları ve volan dişlisidir.</w:t>
            </w:r>
          </w:p>
        </w:tc>
      </w:tr>
      <w:tr w:rsidR="00D85CD7" w:rsidRPr="00E65B63" w14:paraId="6BCBE333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8AFC3E0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5. Marş motorunun çalışma prensibini açıklayınız. (15 Puan)</w:t>
            </w:r>
          </w:p>
          <w:p w14:paraId="59FA20DF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Aküden aldığı elektrik enerjisini elektromanyetik etkiyle mekanik dönme hareketine çevirir ve pinyon dişlisi üzerinden volanı döndürür.</w:t>
            </w:r>
          </w:p>
        </w:tc>
      </w:tr>
      <w:tr w:rsidR="00D85CD7" w:rsidRPr="00E65B63" w14:paraId="4B121F66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7D813B7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6. Marş selenoidinin görevi nedir? (15 Puan)</w:t>
            </w:r>
          </w:p>
          <w:p w14:paraId="07791472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Pinyon dişlisini volanla kavraştırır ve marş motorunun yüksek akım devresini kapatır.</w:t>
            </w:r>
          </w:p>
        </w:tc>
      </w:tr>
      <w:tr w:rsidR="00D85CD7" w:rsidRPr="00E65B63" w14:paraId="6626FE22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14B588F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7. Marş motoru çeşitleri nelerdir? (15 Puan)</w:t>
            </w:r>
          </w:p>
          <w:p w14:paraId="12912AE3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Klasik tip, redüksiyonlu tip ve yapısına göre farklı pinyon kavrama düzenli marş motorlarıdır.</w:t>
            </w:r>
          </w:p>
        </w:tc>
      </w:tr>
      <w:tr w:rsidR="00D85CD7" w:rsidRPr="00E65B63" w14:paraId="4E88F0AA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0F05CFC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8. Marş motorunun fiziki kontrolleri nelerdir? (15 Puan)</w:t>
            </w:r>
          </w:p>
          <w:p w14:paraId="202BE1FA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Gövde, yataklar, fırçalar, kolektör, pinyon, bağlantılar ve mekanik aşınmalar kontrol edilir.</w:t>
            </w:r>
          </w:p>
        </w:tc>
      </w:tr>
    </w:tbl>
    <w:p w14:paraId="04E56223" w14:textId="77777777" w:rsidR="009175B3" w:rsidRDefault="009175B3"/>
    <w:sectPr w:rsidR="009175B3" w:rsidSect="00034616">
      <w:pgSz w:w="12240" w:h="15840"/>
      <w:pgMar w:top="709" w:right="850" w:bottom="652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0202869">
    <w:abstractNumId w:val="8"/>
  </w:num>
  <w:num w:numId="2" w16cid:durableId="1698240559">
    <w:abstractNumId w:val="6"/>
  </w:num>
  <w:num w:numId="3" w16cid:durableId="2055348763">
    <w:abstractNumId w:val="5"/>
  </w:num>
  <w:num w:numId="4" w16cid:durableId="1896164296">
    <w:abstractNumId w:val="4"/>
  </w:num>
  <w:num w:numId="5" w16cid:durableId="2052459942">
    <w:abstractNumId w:val="7"/>
  </w:num>
  <w:num w:numId="6" w16cid:durableId="1158571911">
    <w:abstractNumId w:val="3"/>
  </w:num>
  <w:num w:numId="7" w16cid:durableId="1692609399">
    <w:abstractNumId w:val="2"/>
  </w:num>
  <w:num w:numId="8" w16cid:durableId="570509684">
    <w:abstractNumId w:val="1"/>
  </w:num>
  <w:num w:numId="9" w16cid:durableId="1130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07FC"/>
    <w:rsid w:val="009175B3"/>
    <w:rsid w:val="00AA1D8D"/>
    <w:rsid w:val="00B47730"/>
    <w:rsid w:val="00CB0664"/>
    <w:rsid w:val="00D85CD7"/>
    <w:rsid w:val="00E65B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4509DC"/>
  <w14:defaultImageDpi w14:val="300"/>
  <w15:docId w15:val="{41FCF5D4-91F6-4FB8-B623-2072C117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2026-09-06T15:38:00Z</dcterms:modified>
  <cp:category/>
</cp:coreProperties>
</file>