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1.DÖNEM 1.YAZILI YOKLAMASI - C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Marş motorunun parçaları nelerdir? (10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Endüvinin yapısını açıklayınız. (15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Endüktör (ikaz sargılarının) yapısı nasıldır? (15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Fırça ve fırça tutucusunun görevini açıklayınız. (15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Marş selenoidi çekici sargı kontrolü nasıl yapılır? (15 Puan)</w:t>
      </w:r>
    </w:p>
    <w:p w14:paraId="69D7F4F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Endüvi sargılarının kopukluk kontrolü nasıl yapılır? (15 Puan)</w:t>
      </w:r>
    </w:p>
    <w:p w14:paraId="1CDE3FD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Endüvi sargılarının şasiye kaçak kontrolü nasıl yapılır? (15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1.DÖNEM 1.YAZILI CEVAP ANAHTARI - C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Marş motorunun parçaları nelerdir? (10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Endüvi, endüktör/kutup sargıları, fırçalar ve tutucuları, kolektör, pinyon mekanizması, selenoid, yataklar ve gövdedir.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Endüvinin yapısını açıklayınız. (15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Mil, nüve, oluklara yerleştirilmiş sargılar ve kolektörden oluşan döner kısımdır.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Endüktör (ikaz sargılarının) yapısı nasıldır? (15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Marş motoru gövdesine bağlı kutup pabuçları üzerine sarılmış alan sargılarından oluşur.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Fırça ve fırça tutucusunun görevini açıklayınız. (15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Fırçalar sabit devreden dönen kolektöre akım iletir; tutucular fırçaların kolektöre uygun basınçla temasını sağlar.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Marş selenoidi çekici sargı kontrolü nasıl yapılır? (15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Selenoid uçları uygun şekilde beslenerek plancırın çekme hareketi ve sargının elektriksel sürekliliği kontrol edilir.</w:t>
            </w:r>
          </w:p>
        </w:tc>
      </w:tr>
      <w:tr w:rsidR="00D85CD7" w:rsidRPr="00E65B63" w14:paraId="4B121F6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813B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Endüvi sargılarının kopukluk kontrolü nasıl yapılır? (15 Puan)</w:t>
            </w:r>
          </w:p>
          <w:p w14:paraId="0779147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Kolektör dilimleri arasında avometre ile süreklilik/direnç ölçülür; kopuk devre varsa uygun süreklilik görülmez.</w:t>
            </w:r>
          </w:p>
        </w:tc>
      </w:tr>
      <w:tr w:rsidR="00D85CD7" w:rsidRPr="00E65B63" w14:paraId="6626FE2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B588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Endüvi sargılarının şasiye kaçak kontrolü nasıl yapılır? (15 Puan)</w:t>
            </w:r>
          </w:p>
          <w:p w14:paraId="12912AE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Kolektör dilimleri ile endüvi nüvesi/mili arasında avometreyle süreklilik kontrolü yapılır; süreklilik olmamalıdır.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