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27B7BD" w14:textId="77777777" w:rsidR="00D85CD7" w:rsidRPr="00E65B63" w:rsidRDefault="00000000">
      <w:pPr>
        <w:spacing w:after="20"/>
        <w:jc w:val="center"/>
        <w:rPr>
          <w:sz w:val="24"/>
          <w:szCs w:val="24"/>
        </w:rPr>
      </w:pPr>
      <w:r w:rsidRPr="00E65B63">
        <w:rPr>
          <w:b/>
          <w:sz w:val="24"/>
          <w:szCs w:val="24"/>
        </w:rPr>
        <w:t>YAHŞİHAN MESLEKİ EĞİTİM MERKEZİ</w:t>
      </w:r>
    </w:p>
    <w:p w14:paraId="56C0C70B" w14:textId="77777777" w:rsidR="00D85CD7" w:rsidRPr="00E65B63" w:rsidRDefault="00000000">
      <w:pPr>
        <w:spacing w:after="20"/>
        <w:jc w:val="center"/>
        <w:rPr>
          <w:sz w:val="24"/>
          <w:szCs w:val="24"/>
        </w:rPr>
      </w:pPr>
      <w:r w:rsidRPr="00E65B63">
        <w:rPr>
          <w:b/>
          <w:sz w:val="24"/>
          <w:szCs w:val="24"/>
        </w:rPr>
        <w:t>2026/2027 EĞİTİM ÖĞRETİM YILI MOTORLU ARAÇLAR TEKNOLOJİSİ ALANI</w:t>
      </w:r>
    </w:p>
    <w:p w14:paraId="3CA0D4BA" w14:textId="77777777" w:rsidR="00D85CD7" w:rsidRPr="00E65B63" w:rsidRDefault="00000000">
      <w:pPr>
        <w:spacing w:after="80"/>
        <w:jc w:val="center"/>
        <w:rPr>
          <w:sz w:val="24"/>
          <w:szCs w:val="24"/>
        </w:rPr>
      </w:pPr>
      <w:r w:rsidRPr="00E65B63">
        <w:rPr>
          <w:b/>
          <w:sz w:val="24"/>
          <w:szCs w:val="24"/>
        </w:rPr>
        <w:t>OTOMOTİV ELEKTROMEKANİK ATÖLYESİ DERSİ 1.DÖNEM 1.YAZILI YOKLAMASI - D</w:t>
      </w:r>
      <w:proofErr w:type="gramStart"/>
      <w:r w:rsidRPr="00E65B63">
        <w:rPr>
          <w:b/>
          <w:sz w:val="24"/>
          <w:szCs w:val="24"/>
        </w:rPr>
      </w:r>
      <w:proofErr w:type="gramEnd"/>
      <w:r w:rsidRPr="00E65B63">
        <w:rPr>
          <w:b/>
          <w:sz w:val="24"/>
          <w:szCs w:val="24"/>
        </w:rPr>
      </w:r>
      <w:proofErr w:type="gramStart"/>
      <w:r w:rsidRPr="00E65B63">
        <w:rPr>
          <w:b/>
          <w:sz w:val="24"/>
          <w:szCs w:val="24"/>
        </w:rPr>
      </w:r>
      <w:proofErr w:type="gramEnd"/>
      <w:r w:rsidRPr="00E65B63">
        <w:rPr>
          <w:b/>
          <w:sz w:val="24"/>
          <w:szCs w:val="24"/>
        </w:rPr>
      </w:r>
    </w:p>
    <w:p w14:paraId="010DB459" w14:textId="0FA5E166" w:rsidR="00D85CD7" w:rsidRDefault="00000000">
      <w:pPr>
        <w:spacing w:after="60"/>
        <w:rPr>
          <w:b/>
          <w:sz w:val="24"/>
          <w:szCs w:val="24"/>
        </w:rPr>
      </w:pPr>
      <w:proofErr w:type="spellStart"/>
      <w:r w:rsidRPr="00E65B63">
        <w:rPr>
          <w:b/>
          <w:sz w:val="24"/>
          <w:szCs w:val="24"/>
        </w:rPr>
        <w:t>Adı</w:t>
      </w:r>
      <w:proofErr w:type="spellEnd"/>
      <w:r w:rsidRPr="00E65B63">
        <w:rPr>
          <w:b/>
          <w:sz w:val="24"/>
          <w:szCs w:val="24"/>
        </w:rPr>
        <w:t xml:space="preserve"> </w:t>
      </w:r>
      <w:proofErr w:type="spellStart"/>
      <w:r w:rsidRPr="00E65B63">
        <w:rPr>
          <w:b/>
          <w:sz w:val="24"/>
          <w:szCs w:val="24"/>
        </w:rPr>
        <w:t>Soyadı</w:t>
      </w:r>
      <w:proofErr w:type="spellEnd"/>
      <w:r w:rsidRPr="00E65B63">
        <w:rPr>
          <w:b/>
          <w:sz w:val="24"/>
          <w:szCs w:val="24"/>
        </w:rPr>
        <w:t xml:space="preserve">  </w:t>
      </w:r>
      <w:proofErr w:type="gramStart"/>
      <w:r w:rsidRPr="00E65B63">
        <w:rPr>
          <w:b/>
          <w:sz w:val="24"/>
          <w:szCs w:val="24"/>
        </w:rPr>
        <w:t xml:space="preserve">  :</w:t>
      </w:r>
      <w:proofErr w:type="gramEnd"/>
      <w:r w:rsidRPr="00E65B63">
        <w:rPr>
          <w:b/>
          <w:sz w:val="24"/>
          <w:szCs w:val="24"/>
        </w:rPr>
        <w:tab/>
      </w:r>
      <w:r w:rsidRPr="00E65B63">
        <w:rPr>
          <w:b/>
          <w:sz w:val="24"/>
          <w:szCs w:val="24"/>
        </w:rPr>
        <w:tab/>
      </w:r>
      <w:r w:rsidRPr="00E65B63">
        <w:rPr>
          <w:b/>
          <w:sz w:val="24"/>
          <w:szCs w:val="24"/>
        </w:rPr>
        <w:tab/>
      </w:r>
      <w:r w:rsidRPr="00E65B63">
        <w:rPr>
          <w:b/>
          <w:sz w:val="24"/>
          <w:szCs w:val="24"/>
        </w:rPr>
        <w:tab/>
      </w:r>
      <w:r w:rsidR="00E65B63">
        <w:rPr>
          <w:b/>
          <w:sz w:val="24"/>
          <w:szCs w:val="24"/>
        </w:rPr>
        <w:tab/>
      </w:r>
      <w:proofErr w:type="spellStart"/>
      <w:r w:rsidRPr="00E65B63">
        <w:rPr>
          <w:b/>
          <w:sz w:val="24"/>
          <w:szCs w:val="24"/>
        </w:rPr>
        <w:t>Sınıfı</w:t>
      </w:r>
      <w:proofErr w:type="spellEnd"/>
      <w:r w:rsidRPr="00E65B63">
        <w:rPr>
          <w:b/>
          <w:sz w:val="24"/>
          <w:szCs w:val="24"/>
        </w:rPr>
        <w:t>/No:</w:t>
      </w:r>
      <w:r w:rsidRPr="00E65B63">
        <w:rPr>
          <w:b/>
          <w:sz w:val="24"/>
          <w:szCs w:val="24"/>
        </w:rPr>
        <w:tab/>
      </w:r>
      <w:r w:rsidRPr="00E65B63">
        <w:rPr>
          <w:b/>
          <w:sz w:val="24"/>
          <w:szCs w:val="24"/>
        </w:rPr>
        <w:tab/>
      </w:r>
      <w:r w:rsidRPr="00E65B63">
        <w:rPr>
          <w:b/>
          <w:sz w:val="24"/>
          <w:szCs w:val="24"/>
        </w:rPr>
        <w:tab/>
      </w:r>
      <w:proofErr w:type="spellStart"/>
      <w:r w:rsidRPr="00E65B63">
        <w:rPr>
          <w:b/>
          <w:sz w:val="24"/>
          <w:szCs w:val="24"/>
        </w:rPr>
        <w:t>Aldığı</w:t>
      </w:r>
      <w:proofErr w:type="spellEnd"/>
      <w:r w:rsidRPr="00E65B63">
        <w:rPr>
          <w:b/>
          <w:sz w:val="24"/>
          <w:szCs w:val="24"/>
        </w:rPr>
        <w:t xml:space="preserve"> Not:</w:t>
      </w:r>
    </w:p>
    <w:p w14:paraId="3E3063FF" w14:textId="77777777" w:rsidR="00E65B63" w:rsidRPr="00E65B63" w:rsidRDefault="00E65B63">
      <w:pPr>
        <w:spacing w:after="60"/>
        <w:rPr>
          <w:sz w:val="24"/>
          <w:szCs w:val="24"/>
        </w:rPr>
      </w:pPr>
    </w:p>
    <w:p w14:paraId="05CC6678" w14:textId="77777777" w:rsidR="00D85CD7" w:rsidRPr="00E65B63" w:rsidRDefault="00000000">
      <w:pPr>
        <w:spacing w:after="60"/>
        <w:jc w:val="center"/>
        <w:rPr>
          <w:sz w:val="24"/>
          <w:szCs w:val="24"/>
        </w:rPr>
      </w:pPr>
      <w:r w:rsidRPr="00E65B63">
        <w:rPr>
          <w:b/>
          <w:sz w:val="24"/>
          <w:szCs w:val="24"/>
        </w:rPr>
        <w:t>SORULAR</w:t>
      </w:r>
    </w:p>
    <w:p w14:paraId="0D83BC8D" w14:textId="77777777" w:rsidR="00D85CD7" w:rsidRPr="00E65B63" w:rsidRDefault="00000000" w:rsidP="00E65B63">
      <w:pPr>
        <w:spacing w:after="60" w:line="360" w:lineRule="auto"/>
        <w:rPr>
          <w:sz w:val="22"/>
        </w:rPr>
      </w:pPr>
      <w:r w:rsidRPr="00E65B63">
        <w:rPr>
          <w:b/>
          <w:sz w:val="22"/>
        </w:rPr>
        <w:t>1. Marş yapıldığında yalnızca 'tık' sesi geliyorsa muhtemel arızalar nelerdir? (25 Puan)</w:t>
      </w:r>
    </w:p>
    <w:p w14:paraId="11E5199E" w14:textId="77777777" w:rsidR="00D85CD7" w:rsidRPr="00E65B63" w:rsidRDefault="00000000" w:rsidP="00E65B63">
      <w:pPr>
        <w:spacing w:after="60" w:line="360" w:lineRule="auto"/>
        <w:rPr>
          <w:sz w:val="22"/>
        </w:rPr>
      </w:pPr>
      <w:r w:rsidRPr="00E65B63">
        <w:rPr>
          <w:b/>
          <w:sz w:val="22"/>
        </w:rPr>
        <w:t>2. Marş motorunun uzun süre yüksek akım çekmesinin sakıncaları nelerdir? (25 Puan)</w:t>
      </w:r>
    </w:p>
    <w:p w14:paraId="1D1472F0" w14:textId="77777777" w:rsidR="00D85CD7" w:rsidRPr="00E65B63" w:rsidRDefault="00000000" w:rsidP="00E65B63">
      <w:pPr>
        <w:spacing w:after="60" w:line="360" w:lineRule="auto"/>
        <w:rPr>
          <w:sz w:val="22"/>
        </w:rPr>
      </w:pPr>
      <w:r w:rsidRPr="00E65B63">
        <w:rPr>
          <w:b/>
          <w:sz w:val="22"/>
        </w:rPr>
        <w:t>3. Şarj sisteminin görevi nedir? (20 Puan)</w:t>
      </w:r>
    </w:p>
    <w:p w14:paraId="348A1120" w14:textId="77777777" w:rsidR="00D85CD7" w:rsidRPr="00E65B63" w:rsidRDefault="00000000" w:rsidP="00E65B63">
      <w:pPr>
        <w:spacing w:after="60" w:line="360" w:lineRule="auto"/>
        <w:rPr>
          <w:sz w:val="22"/>
        </w:rPr>
      </w:pPr>
      <w:r w:rsidRPr="00E65B63">
        <w:rPr>
          <w:b/>
          <w:sz w:val="22"/>
        </w:rPr>
        <w:t>4. Şarj sisteminin parçaları nelerdir? (15 Puan)</w:t>
      </w:r>
    </w:p>
    <w:p w14:paraId="2FBFBD8F" w14:textId="77777777" w:rsidR="00D85CD7" w:rsidRPr="00E65B63" w:rsidRDefault="00000000" w:rsidP="00E65B63">
      <w:pPr>
        <w:spacing w:after="60" w:line="360" w:lineRule="auto"/>
        <w:rPr>
          <w:sz w:val="22"/>
        </w:rPr>
      </w:pPr>
      <w:r w:rsidRPr="00E65B63">
        <w:rPr>
          <w:b/>
          <w:sz w:val="22"/>
        </w:rPr>
        <w:t>5. Şarj sistemi elemanlarının araç üzerinde kontrolünde nelere dikkat edilir? (15 Puan)</w:t>
      </w:r>
    </w:p>
    <w:p w14:paraId="47A12750" w14:textId="77777777" w:rsidR="00E65B63" w:rsidRDefault="00E65B63">
      <w:pPr>
        <w:spacing w:after="60" w:line="240" w:lineRule="auto"/>
      </w:pPr>
    </w:p>
    <w:p w14:paraId="38C4DAC6" w14:textId="57BB89C3" w:rsidR="00D85CD7" w:rsidRDefault="00000000">
      <w:pPr>
        <w:spacing w:before="60" w:after="20"/>
      </w:pPr>
      <w:proofErr w:type="spellStart"/>
      <w:proofErr w:type="gramStart"/>
      <w:r>
        <w:rPr>
          <w:b/>
        </w:rPr>
        <w:t>Süre</w:t>
      </w:r>
      <w:proofErr w:type="spellEnd"/>
      <w:r>
        <w:rPr>
          <w:b/>
        </w:rPr>
        <w:t xml:space="preserve"> :</w:t>
      </w:r>
      <w:proofErr w:type="gramEnd"/>
      <w:r>
        <w:rPr>
          <w:b/>
        </w:rPr>
        <w:t xml:space="preserve"> 40 Dk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E65B63">
        <w:rPr>
          <w:b/>
        </w:rPr>
        <w:tab/>
        <w:t xml:space="preserve">      </w:t>
      </w:r>
      <w:proofErr w:type="spellStart"/>
      <w:r>
        <w:rPr>
          <w:b/>
        </w:rPr>
        <w:t>Başarılar</w:t>
      </w:r>
      <w:proofErr w:type="spellEnd"/>
    </w:p>
    <w:p w14:paraId="7309B49E" w14:textId="77777777" w:rsidR="00D85CD7" w:rsidRDefault="00000000" w:rsidP="00E65B63">
      <w:pPr>
        <w:spacing w:after="0"/>
        <w:ind w:left="5760" w:firstLine="720"/>
      </w:pPr>
      <w:r>
        <w:rPr>
          <w:b/>
        </w:rPr>
        <w:t>Mot.Arç.Tekn Öğrt Abdullah YANIK</w:t>
      </w:r>
    </w:p>
    <w:p w14:paraId="566317AB" w14:textId="77777777" w:rsidR="00D85CD7" w:rsidRDefault="00000000">
      <w:r>
        <w:br w:type="page"/>
      </w:r>
    </w:p>
    <w:p w14:paraId="1545EDCD" w14:textId="77777777" w:rsidR="00E65B63" w:rsidRDefault="00E65B63">
      <w:pPr>
        <w:spacing w:after="100"/>
        <w:jc w:val="center"/>
        <w:rPr>
          <w:b/>
          <w:sz w:val="24"/>
          <w:szCs w:val="24"/>
        </w:rPr>
      </w:pPr>
    </w:p>
    <w:p w14:paraId="328FE825" w14:textId="395BE3FB" w:rsidR="00D85CD7" w:rsidRDefault="00000000">
      <w:pPr>
        <w:spacing w:after="100"/>
        <w:jc w:val="center"/>
        <w:rPr>
          <w:b/>
          <w:sz w:val="24"/>
          <w:szCs w:val="24"/>
        </w:rPr>
      </w:pPr>
      <w:r w:rsidRPr="00E65B63">
        <w:rPr>
          <w:b/>
          <w:sz w:val="24"/>
          <w:szCs w:val="24"/>
        </w:rPr>
        <w:t>2026/2027 OTOMOTİV ELEKTROMEKANİK ATÖLYESİ DERSİ 1.DÖNEM 1.YAZILI CEVAP ANAHTARI - D</w:t>
      </w:r>
      <w:proofErr w:type="gramStart"/>
      <w:r w:rsidRPr="00E65B63">
        <w:rPr>
          <w:b/>
          <w:sz w:val="24"/>
          <w:szCs w:val="24"/>
        </w:rPr>
      </w:r>
      <w:proofErr w:type="gramEnd"/>
      <w:r w:rsidRPr="00E65B63">
        <w:rPr>
          <w:b/>
          <w:sz w:val="24"/>
          <w:szCs w:val="24"/>
        </w:rPr>
      </w:r>
      <w:proofErr w:type="gramStart"/>
      <w:r w:rsidRPr="00E65B63">
        <w:rPr>
          <w:b/>
          <w:sz w:val="24"/>
          <w:szCs w:val="24"/>
        </w:rPr>
      </w:r>
      <w:proofErr w:type="gramEnd"/>
      <w:r w:rsidRPr="00E65B63">
        <w:rPr>
          <w:b/>
          <w:sz w:val="24"/>
          <w:szCs w:val="24"/>
        </w:rPr>
      </w:r>
    </w:p>
    <w:p w14:paraId="62678B67" w14:textId="77777777" w:rsidR="00E65B63" w:rsidRPr="00E65B63" w:rsidRDefault="00E65B63">
      <w:pPr>
        <w:spacing w:after="100"/>
        <w:jc w:val="center"/>
        <w:rPr>
          <w:sz w:val="24"/>
          <w:szCs w:val="2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540"/>
      </w:tblGrid>
      <w:tr w:rsidR="00D85CD7" w:rsidRPr="00E65B63" w14:paraId="0C6EC851" w14:textId="77777777">
        <w:trPr>
          <w:jc w:val="center"/>
        </w:trPr>
        <w:tc>
          <w:tcPr>
            <w:tcW w:w="10540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55C991EE" w14:textId="77777777" w:rsidR="00D85CD7" w:rsidRPr="00E65B63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E65B63">
              <w:rPr>
                <w:b/>
                <w:sz w:val="24"/>
                <w:szCs w:val="24"/>
              </w:rPr>
              <w:t>1. Marş yapıldığında yalnızca 'tık' sesi geliyorsa muhtemel arızalar nelerdir? (25 Puan)</w:t>
            </w:r>
          </w:p>
          <w:p w14:paraId="30F04409" w14:textId="77777777" w:rsidR="00D85CD7" w:rsidRPr="00E65B6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65B63">
              <w:rPr>
                <w:sz w:val="24"/>
                <w:szCs w:val="24"/>
              </w:rPr>
              <w:t>Akü zayıf olabilir, kutup başları/kablolar gevşek veya oksitli olabilir, selenoid kontakları ya da marş motoru arızalı olabilir.</w:t>
            </w:r>
          </w:p>
        </w:tc>
      </w:tr>
      <w:tr w:rsidR="00D85CD7" w:rsidRPr="00E65B63" w14:paraId="3974DBD0" w14:textId="77777777">
        <w:trPr>
          <w:jc w:val="center"/>
        </w:trPr>
        <w:tc>
          <w:tcPr>
            <w:tcW w:w="10540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11078400" w14:textId="77777777" w:rsidR="00D85CD7" w:rsidRPr="00E65B63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E65B63">
              <w:rPr>
                <w:b/>
                <w:sz w:val="24"/>
                <w:szCs w:val="24"/>
              </w:rPr>
              <w:t>2. Marş motorunun uzun süre yüksek akım çekmesinin sakıncaları nelerdir? (25 Puan)</w:t>
            </w:r>
          </w:p>
          <w:p w14:paraId="685FACCB" w14:textId="77777777" w:rsidR="00D85CD7" w:rsidRPr="00E65B6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65B63">
              <w:rPr>
                <w:sz w:val="24"/>
                <w:szCs w:val="24"/>
              </w:rPr>
              <w:t>Sargılar ve kablolar aşırı ısınabilir, akü hızla boşalabilir ve marş motoru zarar görebilir.</w:t>
            </w:r>
          </w:p>
        </w:tc>
      </w:tr>
      <w:tr w:rsidR="00D85CD7" w:rsidRPr="00E65B63" w14:paraId="45A9DA80" w14:textId="77777777">
        <w:trPr>
          <w:jc w:val="center"/>
        </w:trPr>
        <w:tc>
          <w:tcPr>
            <w:tcW w:w="10540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53217BE6" w14:textId="77777777" w:rsidR="00D85CD7" w:rsidRPr="00E65B63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E65B63">
              <w:rPr>
                <w:b/>
                <w:sz w:val="24"/>
                <w:szCs w:val="24"/>
              </w:rPr>
              <w:t>3. Şarj sisteminin görevi nedir? (20 Puan)</w:t>
            </w:r>
          </w:p>
          <w:p w14:paraId="469B0F61" w14:textId="77777777" w:rsidR="00D85CD7" w:rsidRPr="00E65B6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65B63">
              <w:rPr>
                <w:sz w:val="24"/>
                <w:szCs w:val="24"/>
              </w:rPr>
              <w:t>Motor çalışırken elektrikli alıcıları beslemek ve aküyü yeniden şarj etmektir.</w:t>
            </w:r>
          </w:p>
        </w:tc>
      </w:tr>
      <w:tr w:rsidR="00D85CD7" w:rsidRPr="00E65B63" w14:paraId="06D085F5" w14:textId="77777777">
        <w:trPr>
          <w:jc w:val="center"/>
        </w:trPr>
        <w:tc>
          <w:tcPr>
            <w:tcW w:w="10540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2030274F" w14:textId="77777777" w:rsidR="00D85CD7" w:rsidRPr="00E65B63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E65B63">
              <w:rPr>
                <w:b/>
                <w:sz w:val="24"/>
                <w:szCs w:val="24"/>
              </w:rPr>
              <w:t>4. Şarj sisteminin parçaları nelerdir? (15 Puan)</w:t>
            </w:r>
          </w:p>
          <w:p w14:paraId="7260CE20" w14:textId="77777777" w:rsidR="00D85CD7" w:rsidRPr="00E65B6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65B63">
              <w:rPr>
                <w:sz w:val="24"/>
                <w:szCs w:val="24"/>
              </w:rPr>
              <w:t>Alternatör, regülatör, akü, şarj ikaz lambası/göstergesi, tahrik kayışı ve bağlantı tesisatıdır.</w:t>
            </w:r>
          </w:p>
        </w:tc>
      </w:tr>
      <w:tr w:rsidR="00D85CD7" w:rsidRPr="00E65B63" w14:paraId="6BCBE333" w14:textId="77777777">
        <w:trPr>
          <w:jc w:val="center"/>
        </w:trPr>
        <w:tc>
          <w:tcPr>
            <w:tcW w:w="10540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08AFC3E0" w14:textId="77777777" w:rsidR="00D85CD7" w:rsidRPr="00E65B63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E65B63">
              <w:rPr>
                <w:b/>
                <w:sz w:val="24"/>
                <w:szCs w:val="24"/>
              </w:rPr>
              <w:t>5. Şarj sistemi elemanlarının araç üzerinde kontrolünde nelere dikkat edilir? (15 Puan)</w:t>
            </w:r>
          </w:p>
          <w:p w14:paraId="59FA20DF" w14:textId="77777777" w:rsidR="00D85CD7" w:rsidRPr="00E65B6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65B63">
              <w:rPr>
                <w:sz w:val="24"/>
                <w:szCs w:val="24"/>
              </w:rPr>
              <w:t>Alternatör ve kayışın durumu, bağlantıların sıkılığı, kablolar, akü kutup başları ve şarj gerilimi kontrol edilir.</w:t>
            </w:r>
          </w:p>
        </w:tc>
      </w:tr>
    </w:tbl>
    <w:p w14:paraId="04E56223" w14:textId="77777777" w:rsidR="009175B3" w:rsidRDefault="009175B3"/>
    <w:sectPr w:rsidR="009175B3" w:rsidSect="00034616">
      <w:pgSz w:w="12240" w:h="15840"/>
      <w:pgMar w:top="709" w:right="850" w:bottom="652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40202869">
    <w:abstractNumId w:val="8"/>
  </w:num>
  <w:num w:numId="2" w16cid:durableId="1698240559">
    <w:abstractNumId w:val="6"/>
  </w:num>
  <w:num w:numId="3" w16cid:durableId="2055348763">
    <w:abstractNumId w:val="5"/>
  </w:num>
  <w:num w:numId="4" w16cid:durableId="1896164296">
    <w:abstractNumId w:val="4"/>
  </w:num>
  <w:num w:numId="5" w16cid:durableId="2052459942">
    <w:abstractNumId w:val="7"/>
  </w:num>
  <w:num w:numId="6" w16cid:durableId="1158571911">
    <w:abstractNumId w:val="3"/>
  </w:num>
  <w:num w:numId="7" w16cid:durableId="1692609399">
    <w:abstractNumId w:val="2"/>
  </w:num>
  <w:num w:numId="8" w16cid:durableId="570509684">
    <w:abstractNumId w:val="1"/>
  </w:num>
  <w:num w:numId="9" w16cid:durableId="113030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907FC"/>
    <w:rsid w:val="009175B3"/>
    <w:rsid w:val="00AA1D8D"/>
    <w:rsid w:val="00B47730"/>
    <w:rsid w:val="00CB0664"/>
    <w:rsid w:val="00D85CD7"/>
    <w:rsid w:val="00E65B6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24509DC"/>
  <w14:defaultImageDpi w14:val="300"/>
  <w15:docId w15:val="{41FCF5D4-91F6-4FB8-B623-2072C117E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416</Words>
  <Characters>2376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2787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Abdullah Yanik</cp:lastModifiedBy>
  <cp:revision>2</cp:revision>
  <dcterms:created xsi:type="dcterms:W3CDTF">2013-12-23T23:15:00Z</dcterms:created>
  <dcterms:modified xsi:type="dcterms:W3CDTF">2026-09-06T15:38:00Z</dcterms:modified>
  <cp:category/>
</cp:coreProperties>
</file>