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63B5E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YAHŞİHAN MESLEKİ EĞİTİM MERKEZİ</w:t>
      </w:r>
    </w:p>
    <w:p w14:paraId="541075FD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2026/2027 EĞİTİM ÖĞRETİM YILI MOTORLU ARAÇLAR TEKNOLOJİSİ ALANI</w:t>
      </w:r>
    </w:p>
    <w:p w14:paraId="168B5A08" w14:textId="77777777" w:rsidR="00D85CD7" w:rsidRPr="00E65B63" w:rsidRDefault="00000000">
      <w:pPr>
        <w:spacing w:after="8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 xml:space="preserve">OTOMOTİV ELEKTROMEKANİK ATÖLYESİ DERSİ </w:t>
      </w:r>
      <w:proofErr w:type="gramStart"/>
      <w:r w:rsidRPr="00E65B63">
        <w:rPr>
          <w:b/>
          <w:sz w:val="24"/>
          <w:szCs w:val="24"/>
        </w:rPr>
        <w:t>1.DÖNEM</w:t>
      </w:r>
      <w:proofErr w:type="gramEnd"/>
      <w:r w:rsidRPr="00E65B63">
        <w:rPr>
          <w:b/>
          <w:sz w:val="24"/>
          <w:szCs w:val="24"/>
        </w:rPr>
        <w:t xml:space="preserve"> </w:t>
      </w:r>
      <w:proofErr w:type="gramStart"/>
      <w:r w:rsidRPr="00E65B63">
        <w:rPr>
          <w:b/>
          <w:sz w:val="24"/>
          <w:szCs w:val="24"/>
        </w:rPr>
        <w:t>2.YAZILI</w:t>
      </w:r>
      <w:proofErr w:type="gramEnd"/>
      <w:r w:rsidRPr="00E65B63">
        <w:rPr>
          <w:b/>
          <w:sz w:val="24"/>
          <w:szCs w:val="24"/>
        </w:rPr>
        <w:t xml:space="preserve"> YOKLAMASI - E</w:t>
      </w:r>
    </w:p>
    <w:p w14:paraId="7B09A6B1" w14:textId="77777777" w:rsidR="00D85CD7" w:rsidRDefault="00000000">
      <w:pPr>
        <w:spacing w:after="60"/>
        <w:rPr>
          <w:b/>
          <w:sz w:val="24"/>
          <w:szCs w:val="24"/>
        </w:rPr>
      </w:pPr>
      <w:proofErr w:type="spellStart"/>
      <w:r w:rsidRPr="00E65B63">
        <w:rPr>
          <w:b/>
          <w:sz w:val="24"/>
          <w:szCs w:val="24"/>
        </w:rPr>
        <w:t>Adı</w:t>
      </w:r>
      <w:proofErr w:type="spellEnd"/>
      <w:r w:rsidRPr="00E65B63">
        <w:rPr>
          <w:b/>
          <w:sz w:val="24"/>
          <w:szCs w:val="24"/>
        </w:rPr>
        <w:t xml:space="preserve"> </w:t>
      </w:r>
      <w:proofErr w:type="spellStart"/>
      <w:r w:rsidRPr="00E65B63">
        <w:rPr>
          <w:b/>
          <w:sz w:val="24"/>
          <w:szCs w:val="24"/>
        </w:rPr>
        <w:t>Soyadı</w:t>
      </w:r>
      <w:proofErr w:type="spellEnd"/>
      <w:r w:rsidRPr="00E65B63">
        <w:rPr>
          <w:b/>
          <w:sz w:val="24"/>
          <w:szCs w:val="24"/>
        </w:rPr>
        <w:t xml:space="preserve">  </w:t>
      </w:r>
      <w:proofErr w:type="gramStart"/>
      <w:r w:rsidRPr="00E65B63">
        <w:rPr>
          <w:b/>
          <w:sz w:val="24"/>
          <w:szCs w:val="24"/>
        </w:rPr>
        <w:t xml:space="preserve">  :</w:t>
      </w:r>
      <w:proofErr w:type="gramEnd"/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Sınıfı</w:t>
      </w:r>
      <w:proofErr w:type="spellEnd"/>
      <w:r w:rsidRPr="00E65B63">
        <w:rPr>
          <w:b/>
          <w:sz w:val="24"/>
          <w:szCs w:val="24"/>
        </w:rPr>
        <w:t>/No:</w:t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Aldığı</w:t>
      </w:r>
      <w:proofErr w:type="spellEnd"/>
      <w:r w:rsidRPr="00E65B63">
        <w:rPr>
          <w:b/>
          <w:sz w:val="24"/>
          <w:szCs w:val="24"/>
        </w:rPr>
        <w:t xml:space="preserve"> Not:</w:t>
      </w:r>
    </w:p>
    <w:p w14:paraId="3C4CC093" w14:textId="77777777" w:rsidR="00E65B63" w:rsidRPr="00E65B63" w:rsidRDefault="00E65B63">
      <w:pPr>
        <w:spacing w:after="60"/>
        <w:rPr>
          <w:sz w:val="24"/>
          <w:szCs w:val="24"/>
        </w:rPr>
      </w:pPr>
    </w:p>
    <w:p w14:paraId="67848D02" w14:textId="77777777" w:rsidR="00D85CD7" w:rsidRPr="00E65B63" w:rsidRDefault="00000000">
      <w:pPr>
        <w:spacing w:after="6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SORULAR</w:t>
      </w:r>
    </w:p>
    <w:p w14:paraId="63227C1D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1. Şekilde görülen bataryalı (klasik) ateşleme sisteminin temel parçalarını yazınız. (20 Puan)</w:t>
      </w:r>
    </w:p>
    <w:p w14:paraId="3D003E13" w14:textId="212D3D7B" w:rsidR="00A23339" w:rsidRDefault="00036C7A">
      <w:pPr>
        <w:jc w:val="center"/>
      </w:pPr>
      <w:r>
        <w:rPr>
          <w:noProof/>
        </w:rPr>
        <w:drawing>
          <wp:inline distT="0" distB="0" distL="0" distR="0" wp14:anchorId="5F9C4C95" wp14:editId="017641D6">
            <wp:extent cx="3741420" cy="3535536"/>
            <wp:effectExtent l="0" t="0" r="0" b="8255"/>
            <wp:docPr id="1252451479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451479" name="Resim 125245147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49672" cy="3543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A3B10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2. Tırnak aralığı nedir ve tırnak aralık ayarı nasıl yapılır? (10 Puan)</w:t>
      </w:r>
    </w:p>
    <w:p w14:paraId="1998BEB0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3. Kondansatör nedir? (10 Puan)</w:t>
      </w:r>
    </w:p>
    <w:p w14:paraId="13D832AB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4. Distribütör hareketini nereden alır? (10 Puan)</w:t>
      </w:r>
    </w:p>
    <w:p w14:paraId="681C7D98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5. Karbüratör devreleri nelerdir? (15 Puan)</w:t>
      </w:r>
    </w:p>
    <w:p w14:paraId="280B2841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6. Platin aralığı nedir? (10 Puan)</w:t>
      </w:r>
    </w:p>
    <w:p w14:paraId="4F141F01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7. Avans mekanizmaları nelerdir? (15 Puan)</w:t>
      </w:r>
    </w:p>
    <w:p w14:paraId="51F63796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8. Jikle devresi nedir? (10 Puan)</w:t>
      </w:r>
    </w:p>
    <w:p w14:paraId="6DBF679B" w14:textId="77777777" w:rsidR="00E65B63" w:rsidRDefault="00E65B63">
      <w:pPr>
        <w:spacing w:after="60" w:line="240" w:lineRule="auto"/>
      </w:pPr>
    </w:p>
    <w:p w14:paraId="62F697A6" w14:textId="77777777" w:rsidR="00D85CD7" w:rsidRDefault="00000000">
      <w:pPr>
        <w:spacing w:before="60" w:after="20"/>
      </w:pPr>
      <w:proofErr w:type="spellStart"/>
      <w:proofErr w:type="gramStart"/>
      <w:r>
        <w:rPr>
          <w:b/>
        </w:rPr>
        <w:t>Süre</w:t>
      </w:r>
      <w:proofErr w:type="spellEnd"/>
      <w:r>
        <w:rPr>
          <w:b/>
        </w:rPr>
        <w:t xml:space="preserve"> :</w:t>
      </w:r>
      <w:proofErr w:type="gramEnd"/>
      <w:r>
        <w:rPr>
          <w:b/>
        </w:rPr>
        <w:t xml:space="preserve"> 40 Dk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65B63">
        <w:rPr>
          <w:b/>
        </w:rPr>
        <w:tab/>
        <w:t xml:space="preserve">      </w:t>
      </w:r>
      <w:proofErr w:type="spellStart"/>
      <w:r>
        <w:rPr>
          <w:b/>
        </w:rPr>
        <w:t>Başarılar</w:t>
      </w:r>
      <w:proofErr w:type="spellEnd"/>
    </w:p>
    <w:p w14:paraId="29249C57" w14:textId="77777777" w:rsidR="00D85CD7" w:rsidRDefault="00000000" w:rsidP="00E65B63">
      <w:pPr>
        <w:spacing w:after="0"/>
        <w:ind w:left="5760" w:firstLine="720"/>
      </w:pPr>
      <w:r>
        <w:rPr>
          <w:b/>
        </w:rPr>
        <w:t>Mot.Arç.Tekn Öğrt Abdullah YANIK</w:t>
      </w:r>
    </w:p>
    <w:p w14:paraId="7C8E71B2" w14:textId="77777777" w:rsidR="00D85CD7" w:rsidRDefault="00000000">
      <w:r>
        <w:br w:type="page"/>
      </w:r>
    </w:p>
    <w:p w14:paraId="7FACAD6D" w14:textId="77777777" w:rsidR="00E65B63" w:rsidRDefault="00E65B63">
      <w:pPr>
        <w:spacing w:after="100"/>
        <w:jc w:val="center"/>
        <w:rPr>
          <w:b/>
          <w:sz w:val="24"/>
          <w:szCs w:val="24"/>
        </w:rPr>
      </w:pPr>
    </w:p>
    <w:p w14:paraId="1E8620DE" w14:textId="77777777" w:rsidR="00D85CD7" w:rsidRDefault="00000000">
      <w:pPr>
        <w:spacing w:after="100"/>
        <w:jc w:val="center"/>
        <w:rPr>
          <w:b/>
          <w:sz w:val="24"/>
          <w:szCs w:val="24"/>
        </w:rPr>
      </w:pPr>
      <w:r w:rsidRPr="00E65B63">
        <w:rPr>
          <w:b/>
          <w:sz w:val="24"/>
          <w:szCs w:val="24"/>
        </w:rPr>
        <w:t xml:space="preserve">2026/2027 OTOMOTİV ELEKTROMEKANİK ATÖLYESİ DERSİ </w:t>
      </w:r>
      <w:proofErr w:type="gramStart"/>
      <w:r w:rsidRPr="00E65B63">
        <w:rPr>
          <w:b/>
          <w:sz w:val="24"/>
          <w:szCs w:val="24"/>
        </w:rPr>
        <w:t>1.DÖNEM</w:t>
      </w:r>
      <w:proofErr w:type="gramEnd"/>
      <w:r w:rsidRPr="00E65B63">
        <w:rPr>
          <w:b/>
          <w:sz w:val="24"/>
          <w:szCs w:val="24"/>
        </w:rPr>
        <w:t xml:space="preserve"> </w:t>
      </w:r>
      <w:proofErr w:type="gramStart"/>
      <w:r w:rsidRPr="00E65B63">
        <w:rPr>
          <w:b/>
          <w:sz w:val="24"/>
          <w:szCs w:val="24"/>
        </w:rPr>
        <w:t>2.YAZILI</w:t>
      </w:r>
      <w:proofErr w:type="gramEnd"/>
      <w:r w:rsidRPr="00E65B63">
        <w:rPr>
          <w:b/>
          <w:sz w:val="24"/>
          <w:szCs w:val="24"/>
        </w:rPr>
        <w:t xml:space="preserve"> CEVAP ANAHTARI - E</w:t>
      </w:r>
    </w:p>
    <w:p w14:paraId="1AA79847" w14:textId="77777777" w:rsidR="00E65B63" w:rsidRPr="00E65B63" w:rsidRDefault="00E65B63">
      <w:pPr>
        <w:spacing w:after="100"/>
        <w:jc w:val="center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D85CD7" w:rsidRPr="00E65B63" w14:paraId="3344D4A2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A89950A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1. Şekilde görülen bataryalı (klasik) ateşleme sisteminin temel parçalarını yazınız. (20 Puan)</w:t>
            </w:r>
          </w:p>
          <w:p w14:paraId="7B2771C7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Akü, kontak anahtarı, ateşleme bobini, distribütör, platin ve kondansatör, yüksek gerilim kabloları ve bujilerden oluşur.</w:t>
            </w:r>
          </w:p>
        </w:tc>
      </w:tr>
      <w:tr w:rsidR="00D85CD7" w:rsidRPr="00E65B63" w14:paraId="4D21379C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29E0FB5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2. Tırnak aralığı nedir ve tırnak aralık ayarı nasıl yapılır? (10 Puan)</w:t>
            </w:r>
          </w:p>
          <w:p w14:paraId="34CD902F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Buji orta elektrodu ile şasi elektrodu arasındaki boşluktur. Elektrotlar temizlenir, şasi elektrodu hafifçe eğilir ve sentil ile fabrika değerine ayarlanır.</w:t>
            </w:r>
          </w:p>
        </w:tc>
      </w:tr>
      <w:tr w:rsidR="00D85CD7" w:rsidRPr="00E65B63" w14:paraId="54C35B78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E5F4207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3. Kondansatör nedir? (10 Puan)</w:t>
            </w:r>
          </w:p>
          <w:p w14:paraId="7774BEA9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İki iletken levha arasına dielektrik bir madde konup levhalara gerilim uygulandığında elde edilen elektrik elemanıdır.</w:t>
            </w:r>
          </w:p>
        </w:tc>
      </w:tr>
      <w:tr w:rsidR="00D85CD7" w:rsidRPr="00E65B63" w14:paraId="738C58A8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598F105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4. Distribütör hareketini nereden alır? (10 Puan)</w:t>
            </w:r>
          </w:p>
          <w:p w14:paraId="37633245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Kam milinden doğrudan veya yağ pompası aracılığıyla alır.</w:t>
            </w:r>
          </w:p>
        </w:tc>
      </w:tr>
      <w:tr w:rsidR="00D85CD7" w:rsidRPr="00E65B63" w14:paraId="2936DC0D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A320BD5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5. Karbüratör devreleri nelerdir? (15 Puan)</w:t>
            </w:r>
          </w:p>
          <w:p w14:paraId="1CFCCC50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Rölanti devresi, şamandıra devresi, yüksek hız devresi ve jikle devresidir.</w:t>
            </w:r>
          </w:p>
        </w:tc>
      </w:tr>
      <w:tr w:rsidR="00D85CD7" w:rsidRPr="00E65B63" w14:paraId="2C7DE445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8A4A109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6. Platin aralığı nedir? (10 Puan)</w:t>
            </w:r>
          </w:p>
          <w:p w14:paraId="1EC2A698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Platinlerin maksimum açılma anında kontaklar arasındaki açıklıktır.</w:t>
            </w:r>
          </w:p>
        </w:tc>
      </w:tr>
      <w:tr w:rsidR="00D85CD7" w:rsidRPr="00E65B63" w14:paraId="79D681C4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4AAF6BE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7. Avans mekanizmaları nelerdir? (15 Puan)</w:t>
            </w:r>
          </w:p>
          <w:p w14:paraId="5DC8C265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Mekanik (santrifüj) avans, vakum avans ve elektronik kontrollü avans mekanizmalarıdır.</w:t>
            </w:r>
          </w:p>
        </w:tc>
      </w:tr>
      <w:tr w:rsidR="00D85CD7" w:rsidRPr="00E65B63" w14:paraId="44C6CAAC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53D3DAE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8. Jikle devresi nedir? (10 Puan)</w:t>
            </w:r>
          </w:p>
          <w:p w14:paraId="09741142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Soğuk motorun kolay ilk harekete geçmesi için motor ısınıncaya kadar zengin karışım sağlayan karbüratör devresidir.</w:t>
            </w:r>
          </w:p>
        </w:tc>
      </w:tr>
    </w:tbl>
    <w:p w14:paraId="1959FD15" w14:textId="77777777" w:rsidR="009175B3" w:rsidRDefault="009175B3"/>
    <w:sectPr w:rsidR="009175B3" w:rsidSect="00034616">
      <w:pgSz w:w="12240" w:h="15840"/>
      <w:pgMar w:top="709" w:right="850" w:bottom="652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0202869">
    <w:abstractNumId w:val="8"/>
  </w:num>
  <w:num w:numId="2" w16cid:durableId="1698240559">
    <w:abstractNumId w:val="6"/>
  </w:num>
  <w:num w:numId="3" w16cid:durableId="2055348763">
    <w:abstractNumId w:val="5"/>
  </w:num>
  <w:num w:numId="4" w16cid:durableId="1896164296">
    <w:abstractNumId w:val="4"/>
  </w:num>
  <w:num w:numId="5" w16cid:durableId="2052459942">
    <w:abstractNumId w:val="7"/>
  </w:num>
  <w:num w:numId="6" w16cid:durableId="1158571911">
    <w:abstractNumId w:val="3"/>
  </w:num>
  <w:num w:numId="7" w16cid:durableId="1692609399">
    <w:abstractNumId w:val="2"/>
  </w:num>
  <w:num w:numId="8" w16cid:durableId="570509684">
    <w:abstractNumId w:val="1"/>
  </w:num>
  <w:num w:numId="9" w16cid:durableId="11303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6C7A"/>
    <w:rsid w:val="0006063C"/>
    <w:rsid w:val="0015074B"/>
    <w:rsid w:val="0029639D"/>
    <w:rsid w:val="00326F90"/>
    <w:rsid w:val="005907FC"/>
    <w:rsid w:val="00686D15"/>
    <w:rsid w:val="00812DC1"/>
    <w:rsid w:val="009175B3"/>
    <w:rsid w:val="00A23339"/>
    <w:rsid w:val="00AA1D8D"/>
    <w:rsid w:val="00B47730"/>
    <w:rsid w:val="00CB0664"/>
    <w:rsid w:val="00D062FE"/>
    <w:rsid w:val="00D85CD7"/>
    <w:rsid w:val="00E65B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106CEE"/>
  <w14:defaultImageDpi w14:val="300"/>
  <w15:docId w15:val="{41FCF5D4-91F6-4FB8-B623-2072C117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5</cp:revision>
  <dcterms:created xsi:type="dcterms:W3CDTF">2013-12-23T23:15:00Z</dcterms:created>
  <dcterms:modified xsi:type="dcterms:W3CDTF">2026-09-09T11:37:00Z</dcterms:modified>
  <cp:category/>
</cp:coreProperties>
</file>