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2.DÖNEM 1.YAZILI YOKLAMASI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Gaz kelebeği konum sensörünün görevi nedir?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Gaz pedalı konum sensörünün görevi nedir?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MAP sensörünün görevi nedir?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Oksijen (lambda) sensörünün görevi nedir?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Vuruntu sensörünün görevi nedir? (10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ECU'ya giren temel motor bilgileri nelerdir? (10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Motor işletim sisteminin temel elemanları nelerdir? (10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Gösterge sistemi nedir? (10 Puan)</w:t>
      </w:r>
    </w:p>
    <w:p w14:paraId="42B24AE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9. Yakıt gösterge devresi çeşitleri nelerdir? (10 Puan)</w:t>
      </w:r>
    </w:p>
    <w:p w14:paraId="4CF04646" w14:textId="77777777" w:rsidR="00D85CD7" w:rsidRPr="00E65B63" w:rsidRDefault="00000000" w:rsidP="00E65B63">
      <w:pPr>
        <w:spacing w:after="60" w:line="360" w:lineRule="auto"/>
        <w:rPr>
          <w:b/>
          <w:sz w:val="22"/>
        </w:rPr>
      </w:pPr>
      <w:r w:rsidRPr="00E65B63">
        <w:rPr>
          <w:b/>
          <w:sz w:val="22"/>
        </w:rPr>
        <w:t>10. Yağ gösterge devresi çeşitleri nelerdir? (10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2.DÖNEM 1.YAZILI CEVAP ANAHTARI - A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Gaz kelebeği konum sensörünün görevi nedir?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Gaz kelebeğinin açıklık konumunu elektriksel sinyal olarak ECU'ya bildirir.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Gaz pedalı konum sensörünün görevi nedir?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Sürücünün tork isteğini belirlemek için gaz pedalının konumunu ECU'ya bildirir.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MAP sensörünün görevi nedir?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Emme manifoldu basıncını/vakumunu ölçerek ECU'nun motor yükünü ve emilen hava miktarını belirlemesine yardım eder.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Oksijen (lambda) sensörünün görevi nedir?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Egzoz gazındaki oksijen miktarını ölçerek karışımın zengin veya fakir olduğunu ECU'ya bildirir.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Vuruntu sensörünün görevi nedir? (10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Motordaki vuruntu titreşimlerini algılayıp ECU'ya bildirerek ateşleme avansının korunmasına/düzeltilmesine yardım eder.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ECU'ya giren temel motor bilgileri nelerdir? (10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devri ve konumu, hava miktarı/basıncı, gaz kelebeği/pedal konumu, sıcaklıklar, oksijen ve vuruntu gibi sensör bilgileridir.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Motor işletim sisteminin temel elemanları nelerdir? (10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Sensörler, elektronik kontrol ünitesi (ECU), yakıt sistemi ve ECU tarafından kumanda edilen aktüatörlerdir.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Gösterge sistemi nedir? (10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Araç ve motorun çalışma bilgileri ile olası arızaları sürücüye ışık, sembol ve rakamlarla bildiren sistemdir.</w:t>
            </w:r>
          </w:p>
        </w:tc>
      </w:tr>
      <w:tr w:rsidR="00D85CD7" w:rsidRPr="00E65B63" w14:paraId="42AE37B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6857B9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9. Yakıt gösterge devresi çeşitleri nelerdir? (10 Puan)</w:t>
            </w:r>
          </w:p>
          <w:p w14:paraId="79E4341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Manyetik tip ve termik tip yakıt gösterge devreleridir.</w:t>
            </w:r>
          </w:p>
        </w:tc>
      </w:tr>
      <w:tr w:rsidR="00D85CD7" w:rsidRPr="00E65B63" w14:paraId="483DC61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9CECC2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10. Yağ gösterge devresi çeşitleri nelerdir? (10 Puan)</w:t>
            </w:r>
          </w:p>
          <w:p w14:paraId="0F33909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Basınçlı tip, manyetik tip ve termik tip yağ gösterge devreleridir.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