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2.DÖNEM 1.YAZILI YOKLAMASI - B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Isı (hararet) göstergesinin görevi nedir?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Arıza uyarı lambası devresi nedir? (10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Ön cam silecek sisteminin parçaları nelerdir? (10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Immobilizer sisteminin görevi nedir? (10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Immobilizer sisteminin parçaları nelerdir? (15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Alarm sistemi nedir? (15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Alarm sisteminin parçaları nelerdir? (15 Puan)</w:t>
      </w:r>
    </w:p>
    <w:p w14:paraId="1542E75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Airbag sisteminin görevi nedir?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2.DÖNEM 1.YAZILI CEVAP ANAHTARI - B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Isı (hararet) göstergesinin görevi nedir?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soğutma suyunun sıcaklığını sürücüye bildirmektir.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Arıza uyarı lambası devresi nedir? (10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ve araç sistemlerinde izlenen bir arıza/durum bilgisini gösterge panelindeki ikaz lambasıyla sürücüye bildiren devredir.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Ön cam silecek sisteminin parçaları nelerdir? (10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Silecek motoru, mekanik bağlantı kolları, silecek lastikleri, yıkama suyu deposu ve pompası ile kumanda koludur.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Immobilizer sisteminin görevi nedir? (10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Yetkisiz anahtarla marş, ateşleme ve yakıt sistemlerinin çalışmasını önleyerek aracı hırsızlığa karşı korur.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Immobilizer sisteminin parçaları nelerdir?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kontrol ünitesi, şifre kontrol ünitesi, şifreli anahtar/kart, alıcı antenli kontak ünitesi ve uyarı lambasıdır.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Alarm sistemi nedir? (15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Aracın izinsiz açılması veya müdahaleye karşı sesli ve/veya ışıklı uyarı veren güvenlik sistemidir.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Alarm sisteminin parçaları nelerdir? (15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Alarm kontrol modülü, alıcı, uzaktan kumandalı verici, sensörler, kapı/kaput/bagaj anahtarları, siren ve acil durum anahtarıdır.</w:t>
            </w:r>
          </w:p>
        </w:tc>
      </w:tr>
      <w:tr w:rsidR="00D85CD7" w:rsidRPr="00E65B63" w14:paraId="4E88F0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05CF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Airbag sisteminin görevi nedir? (15 Puan)</w:t>
            </w:r>
          </w:p>
          <w:p w14:paraId="202BE1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Çarpışma anında şişerek sürücü ve yolcuların sert yüzeylere çarpmasını azaltmaktır.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