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B7BD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56C0C70B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3CA0D4BA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OTOMOTİV ELEKTROMEKANİK ATÖLYESİ DERSİ 2.DÖNEM 1.YAZILI YOKLAMASI - C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010DB459" w14:textId="0FA5E166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3E3063FF" w14:textId="77777777" w:rsidR="00E65B63" w:rsidRPr="00E65B63" w:rsidRDefault="00E65B63">
      <w:pPr>
        <w:spacing w:after="60"/>
        <w:rPr>
          <w:sz w:val="24"/>
          <w:szCs w:val="24"/>
        </w:rPr>
      </w:pPr>
    </w:p>
    <w:p w14:paraId="05CC6678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0D83BC8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Hava yastığı sisteminin parçaları nelerdir? (10 Puan)</w:t>
      </w:r>
    </w:p>
    <w:p w14:paraId="11E5199E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Emniyet kemerinin görevi nedir? (15 Puan)</w:t>
      </w:r>
    </w:p>
    <w:p w14:paraId="1D1472F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Araç kliması ne demektir? (15 Puan)</w:t>
      </w:r>
    </w:p>
    <w:p w14:paraId="348A112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Araç klimalarının kullanım amaçları nelerdir? (15 Puan)</w:t>
      </w:r>
    </w:p>
    <w:p w14:paraId="2FBFBD8F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Klima sistemi devre elemanları nelerdir? (15 Puan)</w:t>
      </w:r>
    </w:p>
    <w:p w14:paraId="69D7F4F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6. Klima kompresörünün görevleri nelerdir? (15 Puan)</w:t>
      </w:r>
    </w:p>
    <w:p w14:paraId="1CDE3FD1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7. Kondenserin görevi nedir? (15 Puan)</w:t>
      </w:r>
    </w:p>
    <w:p w14:paraId="47A12750" w14:textId="77777777" w:rsidR="00E65B63" w:rsidRDefault="00E65B63">
      <w:pPr>
        <w:spacing w:after="60" w:line="240" w:lineRule="auto"/>
      </w:pPr>
    </w:p>
    <w:p w14:paraId="38C4DAC6" w14:textId="57BB89C3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7309B49E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566317AB" w14:textId="77777777" w:rsidR="00D85CD7" w:rsidRDefault="00000000">
      <w:r>
        <w:br w:type="page"/>
      </w:r>
    </w:p>
    <w:p w14:paraId="1545EDCD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328FE825" w14:textId="395BE3FB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>2026/2027 OTOMOTİV ELEKTROMEKANİK ATÖLYESİ DERSİ 2.DÖNEM 1.YAZILI CEVAP ANAHTARI - C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62678B67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0C6EC851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5C991E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Hava yastığı sisteminin parçaları nelerdir? (10 Puan)</w:t>
            </w:r>
          </w:p>
          <w:p w14:paraId="30F0440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Darbe sensörü, ECU, şişirme/patlama tertibatı ve hava yastığı modülüdür.</w:t>
            </w:r>
          </w:p>
        </w:tc>
      </w:tr>
      <w:tr w:rsidR="00D85CD7" w:rsidRPr="00E65B63" w14:paraId="3974DBD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07840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Emniyet kemerinin görevi nedir? (15 Puan)</w:t>
            </w:r>
          </w:p>
          <w:p w14:paraId="685FACCB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Çarpışmada vücudu koltukta tutup durdurma kuvvetini dayanıklı bölgelere dengeli biçimde yaymaktır.</w:t>
            </w:r>
          </w:p>
        </w:tc>
      </w:tr>
      <w:tr w:rsidR="00D85CD7" w:rsidRPr="00E65B63" w14:paraId="45A9DA8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3217BE6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Araç kliması ne demektir? (15 Puan)</w:t>
            </w:r>
          </w:p>
          <w:p w14:paraId="469B0F6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Araç içi havanın sıcaklık ve nemini konfor şartlarına göre düzenleyen iklimlendirme sistemidir.</w:t>
            </w:r>
          </w:p>
        </w:tc>
      </w:tr>
      <w:tr w:rsidR="00D85CD7" w:rsidRPr="00E65B63" w14:paraId="06D085F5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030274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Araç klimalarının kullanım amaçları nelerdir? (15 Puan)</w:t>
            </w:r>
          </w:p>
          <w:p w14:paraId="7260CE2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Kabin sıcaklığını düşürmek, nemi azaltmak, camlardaki buğuyu gidermek ve yolcu konforunu artırmaktır.</w:t>
            </w:r>
          </w:p>
        </w:tc>
      </w:tr>
      <w:tr w:rsidR="00D85CD7" w:rsidRPr="00E65B63" w14:paraId="6BCBE333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8AFC3E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Klima sistemi devre elemanları nelerdir? (15 Puan)</w:t>
            </w:r>
          </w:p>
          <w:p w14:paraId="59FA20DF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Kompresör, kondenser, nem tutucu/filtre, genleşme elemanı, evaporatör, boru-hortumlar ve kumanda elemanlarıdır.</w:t>
            </w:r>
          </w:p>
        </w:tc>
      </w:tr>
      <w:tr w:rsidR="00D85CD7" w:rsidRPr="00E65B63" w14:paraId="4B121F66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7D813B7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6. Klima kompresörünün görevleri nelerdir? (15 Puan)</w:t>
            </w:r>
          </w:p>
          <w:p w14:paraId="07791472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Soğutucu akışkanı devridaim ettirir, alçak basınçlı gazı sıkıştırarak yüksek basınçlı hâle getirir.</w:t>
            </w:r>
          </w:p>
        </w:tc>
      </w:tr>
      <w:tr w:rsidR="00D85CD7" w:rsidRPr="00E65B63" w14:paraId="6626FE22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4B588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7. Kondenserin görevi nedir? (15 Puan)</w:t>
            </w:r>
          </w:p>
          <w:p w14:paraId="12912AE3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Kompresörden gelen sıcak ve yüksek basınçlı soğutucu gazın ısısını dış ortama vererek yoğunlaşmasını sağlar.</w:t>
            </w:r>
          </w:p>
        </w:tc>
      </w:tr>
    </w:tbl>
    <w:p w14:paraId="04E56223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07FC"/>
    <w:rsid w:val="009175B3"/>
    <w:rsid w:val="00AA1D8D"/>
    <w:rsid w:val="00B47730"/>
    <w:rsid w:val="00CB0664"/>
    <w:rsid w:val="00D85CD7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509DC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2026-09-06T15:38:00Z</dcterms:modified>
  <cp:category/>
</cp:coreProperties>
</file>