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7B7BD" w14:textId="77777777" w:rsidR="00D85CD7" w:rsidRPr="00E65B63" w:rsidRDefault="00000000">
      <w:pPr>
        <w:spacing w:after="2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YAHŞİHAN MESLEKİ EĞİTİM MERKEZİ</w:t>
      </w:r>
    </w:p>
    <w:p w14:paraId="56C0C70B" w14:textId="77777777" w:rsidR="00D85CD7" w:rsidRPr="00E65B63" w:rsidRDefault="00000000">
      <w:pPr>
        <w:spacing w:after="2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2026/2027 EĞİTİM ÖĞRETİM YILI MOTORLU ARAÇLAR TEKNOLOJİSİ ALANI</w:t>
      </w:r>
    </w:p>
    <w:p w14:paraId="3CA0D4BA" w14:textId="77777777" w:rsidR="00D85CD7" w:rsidRPr="00E65B63" w:rsidRDefault="00000000">
      <w:pPr>
        <w:spacing w:after="8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OTOMOTİV ELEKTROMEKANİK ATÖLYESİ DERSİ 2.DÖNEM 2.YAZILI YOKLAMASI - A</w:t>
      </w:r>
      <w:proofErr w:type="gramStart"/>
      <w:r w:rsidRPr="00E65B63">
        <w:rPr>
          <w:b/>
          <w:sz w:val="24"/>
          <w:szCs w:val="24"/>
        </w:rPr>
      </w:r>
      <w:proofErr w:type="gramEnd"/>
      <w:r w:rsidRPr="00E65B63">
        <w:rPr>
          <w:b/>
          <w:sz w:val="24"/>
          <w:szCs w:val="24"/>
        </w:rPr>
      </w:r>
      <w:proofErr w:type="gramStart"/>
      <w:r w:rsidRPr="00E65B63">
        <w:rPr>
          <w:b/>
          <w:sz w:val="24"/>
          <w:szCs w:val="24"/>
        </w:rPr>
      </w:r>
      <w:proofErr w:type="gramEnd"/>
      <w:r w:rsidRPr="00E65B63">
        <w:rPr>
          <w:b/>
          <w:sz w:val="24"/>
          <w:szCs w:val="24"/>
        </w:rPr>
      </w:r>
    </w:p>
    <w:p w14:paraId="010DB459" w14:textId="0FA5E166" w:rsidR="00D85CD7" w:rsidRDefault="00000000">
      <w:pPr>
        <w:spacing w:after="60"/>
        <w:rPr>
          <w:b/>
          <w:sz w:val="24"/>
          <w:szCs w:val="24"/>
        </w:rPr>
      </w:pPr>
      <w:proofErr w:type="spellStart"/>
      <w:r w:rsidRPr="00E65B63">
        <w:rPr>
          <w:b/>
          <w:sz w:val="24"/>
          <w:szCs w:val="24"/>
        </w:rPr>
        <w:t>Adı</w:t>
      </w:r>
      <w:proofErr w:type="spellEnd"/>
      <w:r w:rsidRPr="00E65B63">
        <w:rPr>
          <w:b/>
          <w:sz w:val="24"/>
          <w:szCs w:val="24"/>
        </w:rPr>
        <w:t xml:space="preserve"> </w:t>
      </w:r>
      <w:proofErr w:type="spellStart"/>
      <w:r w:rsidRPr="00E65B63">
        <w:rPr>
          <w:b/>
          <w:sz w:val="24"/>
          <w:szCs w:val="24"/>
        </w:rPr>
        <w:t>Soyadı</w:t>
      </w:r>
      <w:proofErr w:type="spellEnd"/>
      <w:r w:rsidRPr="00E65B63">
        <w:rPr>
          <w:b/>
          <w:sz w:val="24"/>
          <w:szCs w:val="24"/>
        </w:rPr>
        <w:t xml:space="preserve">  </w:t>
      </w:r>
      <w:proofErr w:type="gramStart"/>
      <w:r w:rsidRPr="00E65B63">
        <w:rPr>
          <w:b/>
          <w:sz w:val="24"/>
          <w:szCs w:val="24"/>
        </w:rPr>
        <w:t xml:space="preserve">  :</w:t>
      </w:r>
      <w:proofErr w:type="gramEnd"/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="00E65B63">
        <w:rPr>
          <w:b/>
          <w:sz w:val="24"/>
          <w:szCs w:val="24"/>
        </w:rPr>
        <w:tab/>
      </w:r>
      <w:proofErr w:type="spellStart"/>
      <w:r w:rsidRPr="00E65B63">
        <w:rPr>
          <w:b/>
          <w:sz w:val="24"/>
          <w:szCs w:val="24"/>
        </w:rPr>
        <w:t>Sınıfı</w:t>
      </w:r>
      <w:proofErr w:type="spellEnd"/>
      <w:r w:rsidRPr="00E65B63">
        <w:rPr>
          <w:b/>
          <w:sz w:val="24"/>
          <w:szCs w:val="24"/>
        </w:rPr>
        <w:t>/No:</w:t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proofErr w:type="spellStart"/>
      <w:r w:rsidRPr="00E65B63">
        <w:rPr>
          <w:b/>
          <w:sz w:val="24"/>
          <w:szCs w:val="24"/>
        </w:rPr>
        <w:t>Aldığı</w:t>
      </w:r>
      <w:proofErr w:type="spellEnd"/>
      <w:r w:rsidRPr="00E65B63">
        <w:rPr>
          <w:b/>
          <w:sz w:val="24"/>
          <w:szCs w:val="24"/>
        </w:rPr>
        <w:t xml:space="preserve"> Not:</w:t>
      </w:r>
    </w:p>
    <w:p w14:paraId="3E3063FF" w14:textId="77777777" w:rsidR="00E65B63" w:rsidRPr="00E65B63" w:rsidRDefault="00E65B63">
      <w:pPr>
        <w:spacing w:after="60"/>
        <w:rPr>
          <w:sz w:val="24"/>
          <w:szCs w:val="24"/>
        </w:rPr>
      </w:pPr>
    </w:p>
    <w:p w14:paraId="05CC6678" w14:textId="77777777" w:rsidR="00D85CD7" w:rsidRPr="00E65B63" w:rsidRDefault="00000000">
      <w:pPr>
        <w:spacing w:after="6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SORULAR</w:t>
      </w:r>
    </w:p>
    <w:p w14:paraId="0D83BC8D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1. Isıtma sisteminin görevi nedir? (10 Puan)</w:t>
      </w:r>
    </w:p>
    <w:p w14:paraId="11E5199E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2. Isıtma sisteminin elemanları nelerdir? (10 Puan)</w:t>
      </w:r>
    </w:p>
    <w:p w14:paraId="1D1472F0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3. Kalorifer motorunun görevi nedir? (10 Puan)</w:t>
      </w:r>
    </w:p>
    <w:p w14:paraId="348A1120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4. Havalandırma sisteminin görevi nedir? (10 Puan)</w:t>
      </w:r>
    </w:p>
    <w:p w14:paraId="2FBFBD8F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5. Elektrikli ek ısıtıcı (PTC) nedir? (10 Puan)</w:t>
      </w:r>
    </w:p>
    <w:p w14:paraId="69D7F4FB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6. Araç haberleşme ağı sistemi ne işe yarar? (10 Puan)</w:t>
      </w:r>
    </w:p>
    <w:p w14:paraId="1CDE3FD1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7. CAN-Bus hattı ne demektir? (10 Puan)</w:t>
      </w:r>
    </w:p>
    <w:p w14:paraId="1542E75B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8. CAN-Bus hattının avantajları nelerdir? (10 Puan)</w:t>
      </w:r>
    </w:p>
    <w:p w14:paraId="42B24AE7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9. Veri yolu modeli ağ mimarisini açıklayınız. (10 Puan)</w:t>
      </w:r>
    </w:p>
    <w:p w14:paraId="4CF04646" w14:textId="77777777" w:rsidR="00D85CD7" w:rsidRPr="00E65B63" w:rsidRDefault="00000000" w:rsidP="00E65B63">
      <w:pPr>
        <w:spacing w:after="60" w:line="360" w:lineRule="auto"/>
        <w:rPr>
          <w:b/>
          <w:sz w:val="22"/>
        </w:rPr>
      </w:pPr>
      <w:r w:rsidRPr="00E65B63">
        <w:rPr>
          <w:b/>
          <w:sz w:val="22"/>
        </w:rPr>
        <w:t>10. Yıldız modeli ağ mimarisini açıklayınız. (10 Puan)</w:t>
      </w:r>
    </w:p>
    <w:p w14:paraId="47A12750" w14:textId="77777777" w:rsidR="00E65B63" w:rsidRDefault="00E65B63">
      <w:pPr>
        <w:spacing w:after="60" w:line="240" w:lineRule="auto"/>
      </w:pPr>
    </w:p>
    <w:p w14:paraId="38C4DAC6" w14:textId="57BB89C3" w:rsidR="00D85CD7" w:rsidRDefault="00000000">
      <w:pPr>
        <w:spacing w:before="60" w:after="20"/>
      </w:pPr>
      <w:proofErr w:type="spellStart"/>
      <w:proofErr w:type="gramStart"/>
      <w:r>
        <w:rPr>
          <w:b/>
        </w:rPr>
        <w:t>Süre</w:t>
      </w:r>
      <w:proofErr w:type="spellEnd"/>
      <w:r>
        <w:rPr>
          <w:b/>
        </w:rPr>
        <w:t xml:space="preserve"> :</w:t>
      </w:r>
      <w:proofErr w:type="gramEnd"/>
      <w:r>
        <w:rPr>
          <w:b/>
        </w:rPr>
        <w:t xml:space="preserve"> 40 Dk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E65B63">
        <w:rPr>
          <w:b/>
        </w:rPr>
        <w:tab/>
        <w:t xml:space="preserve">      </w:t>
      </w:r>
      <w:proofErr w:type="spellStart"/>
      <w:r>
        <w:rPr>
          <w:b/>
        </w:rPr>
        <w:t>Başarılar</w:t>
      </w:r>
      <w:proofErr w:type="spellEnd"/>
    </w:p>
    <w:p w14:paraId="7309B49E" w14:textId="77777777" w:rsidR="00D85CD7" w:rsidRDefault="00000000" w:rsidP="00E65B63">
      <w:pPr>
        <w:spacing w:after="0"/>
        <w:ind w:left="5760" w:firstLine="720"/>
      </w:pPr>
      <w:r>
        <w:rPr>
          <w:b/>
        </w:rPr>
        <w:t>Mot.Arç.Tekn Öğrt Abdullah YANIK</w:t>
      </w:r>
    </w:p>
    <w:p w14:paraId="566317AB" w14:textId="77777777" w:rsidR="00D85CD7" w:rsidRDefault="00000000">
      <w:r>
        <w:br w:type="page"/>
      </w:r>
    </w:p>
    <w:p w14:paraId="1545EDCD" w14:textId="77777777" w:rsidR="00E65B63" w:rsidRDefault="00E65B63">
      <w:pPr>
        <w:spacing w:after="100"/>
        <w:jc w:val="center"/>
        <w:rPr>
          <w:b/>
          <w:sz w:val="24"/>
          <w:szCs w:val="24"/>
        </w:rPr>
      </w:pPr>
    </w:p>
    <w:p w14:paraId="328FE825" w14:textId="395BE3FB" w:rsidR="00D85CD7" w:rsidRDefault="00000000">
      <w:pPr>
        <w:spacing w:after="100"/>
        <w:jc w:val="center"/>
        <w:rPr>
          <w:b/>
          <w:sz w:val="24"/>
          <w:szCs w:val="24"/>
        </w:rPr>
      </w:pPr>
      <w:r w:rsidRPr="00E65B63">
        <w:rPr>
          <w:b/>
          <w:sz w:val="24"/>
          <w:szCs w:val="24"/>
        </w:rPr>
        <w:t>2026/2027 OTOMOTİV ELEKTROMEKANİK ATÖLYESİ DERSİ 2.DÖNEM 2.YAZILI CEVAP ANAHTARI - A</w:t>
      </w:r>
      <w:proofErr w:type="gramStart"/>
      <w:r w:rsidRPr="00E65B63">
        <w:rPr>
          <w:b/>
          <w:sz w:val="24"/>
          <w:szCs w:val="24"/>
        </w:rPr>
      </w:r>
      <w:proofErr w:type="gramEnd"/>
      <w:r w:rsidRPr="00E65B63">
        <w:rPr>
          <w:b/>
          <w:sz w:val="24"/>
          <w:szCs w:val="24"/>
        </w:rPr>
      </w:r>
      <w:proofErr w:type="gramStart"/>
      <w:r w:rsidRPr="00E65B63">
        <w:rPr>
          <w:b/>
          <w:sz w:val="24"/>
          <w:szCs w:val="24"/>
        </w:rPr>
      </w:r>
      <w:proofErr w:type="gramEnd"/>
      <w:r w:rsidRPr="00E65B63">
        <w:rPr>
          <w:b/>
          <w:sz w:val="24"/>
          <w:szCs w:val="24"/>
        </w:rPr>
      </w:r>
    </w:p>
    <w:p w14:paraId="62678B67" w14:textId="77777777" w:rsidR="00E65B63" w:rsidRPr="00E65B63" w:rsidRDefault="00E65B63">
      <w:pPr>
        <w:spacing w:after="100"/>
        <w:jc w:val="center"/>
        <w:rPr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40"/>
      </w:tblGrid>
      <w:tr w:rsidR="00D85CD7" w:rsidRPr="00E65B63" w14:paraId="0C6EC851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5C991EE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1. Isıtma sisteminin görevi nedir? (10 Puan)</w:t>
            </w:r>
          </w:p>
          <w:p w14:paraId="30F04409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Motor soğutma sıvısındaki ısıdan yararlanarak araç içini ısıtmak ve gerektiğinde camların buğusunu çözmektir.</w:t>
            </w:r>
          </w:p>
        </w:tc>
      </w:tr>
      <w:tr w:rsidR="00D85CD7" w:rsidRPr="00E65B63" w14:paraId="3974DBD0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11078400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2. Isıtma sisteminin elemanları nelerdir? (10 Puan)</w:t>
            </w:r>
          </w:p>
          <w:p w14:paraId="685FACCB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Kalorifer radyatörü, fan/kalorifer motoru, hava kanalları, klapeler, kumanda elemanları, hortumlar ve ilgili valflerden oluşur.</w:t>
            </w:r>
          </w:p>
        </w:tc>
      </w:tr>
      <w:tr w:rsidR="00D85CD7" w:rsidRPr="00E65B63" w14:paraId="45A9DA80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3217BE6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3. Kalorifer motorunun görevi nedir? (10 Puan)</w:t>
            </w:r>
          </w:p>
          <w:p w14:paraId="469B0F61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Havayı kalorifer radyatörü ve hava kanalları üzerinden geçirerek kabine üflemektir.</w:t>
            </w:r>
          </w:p>
        </w:tc>
      </w:tr>
      <w:tr w:rsidR="00D85CD7" w:rsidRPr="00E65B63" w14:paraId="06D085F5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030274F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4. Havalandırma sisteminin görevi nedir? (10 Puan)</w:t>
            </w:r>
          </w:p>
          <w:p w14:paraId="7260CE20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Araç içine temiz hava almak, havayı uygun bölgelere dağıtmak ve kabin havasını yenilemektir.</w:t>
            </w:r>
          </w:p>
        </w:tc>
      </w:tr>
      <w:tr w:rsidR="00D85CD7" w:rsidRPr="00E65B63" w14:paraId="6BCBE333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8AFC3E0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5. Elektrikli ek ısıtıcı (PTC) nedir? (10 Puan)</w:t>
            </w:r>
          </w:p>
          <w:p w14:paraId="59FA20DF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Elektrik enerjisini ısı enerjisine dönüştürerek motor yeterince ısınmadan kabin ısıtmasına destek veren elemandır.</w:t>
            </w:r>
          </w:p>
        </w:tc>
      </w:tr>
      <w:tr w:rsidR="00D85CD7" w:rsidRPr="00E65B63" w14:paraId="4B121F66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7D813B7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6. Araç haberleşme ağı sistemi ne işe yarar? (10 Puan)</w:t>
            </w:r>
          </w:p>
          <w:p w14:paraId="07791472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Elektronik kontrol ünitelerinin ortak veri hatları üzerinden bilgi alışverişi yapmasını sağlar.</w:t>
            </w:r>
          </w:p>
        </w:tc>
      </w:tr>
      <w:tr w:rsidR="00D85CD7" w:rsidRPr="00E65B63" w14:paraId="6626FE22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114B588F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7. CAN-Bus hattı ne demektir? (10 Puan)</w:t>
            </w:r>
          </w:p>
          <w:p w14:paraId="12912AE3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Araçtaki elektronik kontrol ünitelerinin birbirleriyle seri veri haberleşmesi yapmasını sağlayan ağ/protokoldür.</w:t>
            </w:r>
          </w:p>
        </w:tc>
      </w:tr>
      <w:tr w:rsidR="00D85CD7" w:rsidRPr="00E65B63" w14:paraId="4E88F0AA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0F05CFC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8. CAN-Bus hattının avantajları nelerdir? (10 Puan)</w:t>
            </w:r>
          </w:p>
          <w:p w14:paraId="202BE1FA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Kablo ve terminal sayısını/ağırlığını azaltır, kontrol üniteleri arasında hızlı veri paylaşımı sağlar ve arıza teşhisini kolaylaştırır.</w:t>
            </w:r>
          </w:p>
        </w:tc>
      </w:tr>
      <w:tr w:rsidR="00D85CD7" w:rsidRPr="00E65B63" w14:paraId="42AE37BC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76857B9D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9. Veri yolu modeli ağ mimarisini açıklayınız. (10 Puan)</w:t>
            </w:r>
          </w:p>
          <w:p w14:paraId="79E43410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Kontrol üniteleri ortak bir haberleşme hattına bağlanır ve veriler aynı hat üzerinden ilgili ünitelere iletilir.</w:t>
            </w:r>
          </w:p>
        </w:tc>
      </w:tr>
      <w:tr w:rsidR="00D85CD7" w:rsidRPr="00E65B63" w14:paraId="483DC618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309CECC2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10. Yıldız modeli ağ mimarisini açıklayınız. (10 Puan)</w:t>
            </w:r>
          </w:p>
          <w:p w14:paraId="0F339091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Kontrol üniteleri merkezi bir bağlantı noktasına ayrı hatlarla bağlanır; iletişim merkez üzerinden yürütülür.</w:t>
            </w:r>
          </w:p>
        </w:tc>
      </w:tr>
    </w:tbl>
    <w:p w14:paraId="04E56223" w14:textId="77777777" w:rsidR="009175B3" w:rsidRDefault="009175B3"/>
    <w:sectPr w:rsidR="009175B3" w:rsidSect="00034616">
      <w:pgSz w:w="12240" w:h="15840"/>
      <w:pgMar w:top="709" w:right="850" w:bottom="652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40202869">
    <w:abstractNumId w:val="8"/>
  </w:num>
  <w:num w:numId="2" w16cid:durableId="1698240559">
    <w:abstractNumId w:val="6"/>
  </w:num>
  <w:num w:numId="3" w16cid:durableId="2055348763">
    <w:abstractNumId w:val="5"/>
  </w:num>
  <w:num w:numId="4" w16cid:durableId="1896164296">
    <w:abstractNumId w:val="4"/>
  </w:num>
  <w:num w:numId="5" w16cid:durableId="2052459942">
    <w:abstractNumId w:val="7"/>
  </w:num>
  <w:num w:numId="6" w16cid:durableId="1158571911">
    <w:abstractNumId w:val="3"/>
  </w:num>
  <w:num w:numId="7" w16cid:durableId="1692609399">
    <w:abstractNumId w:val="2"/>
  </w:num>
  <w:num w:numId="8" w16cid:durableId="570509684">
    <w:abstractNumId w:val="1"/>
  </w:num>
  <w:num w:numId="9" w16cid:durableId="11303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907FC"/>
    <w:rsid w:val="009175B3"/>
    <w:rsid w:val="00AA1D8D"/>
    <w:rsid w:val="00B47730"/>
    <w:rsid w:val="00CB0664"/>
    <w:rsid w:val="00D85CD7"/>
    <w:rsid w:val="00E65B6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4509DC"/>
  <w14:defaultImageDpi w14:val="300"/>
  <w15:docId w15:val="{41FCF5D4-91F6-4FB8-B623-2072C117E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2</cp:revision>
  <dcterms:created xsi:type="dcterms:W3CDTF">2013-12-23T23:15:00Z</dcterms:created>
  <dcterms:modified xsi:type="dcterms:W3CDTF">2026-09-06T15:38:00Z</dcterms:modified>
  <cp:category/>
</cp:coreProperties>
</file>