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67C3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1C2861E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43FDDDD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MEKANİĞİ DERSİ 1.DÖNEM 2.YAZILI YOKLAMASI</w:t>
      </w:r>
    </w:p>
    <w:p w14:paraId="312F3B0E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BF964C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99BCDDB" w14:textId="77777777" w:rsidR="002D6A66" w:rsidRPr="00600D00" w:rsidRDefault="00000000" w:rsidP="00600D00">
      <w:pPr>
        <w:spacing w:after="100" w:line="360" w:lineRule="auto"/>
        <w:rPr>
          <w:bCs/>
          <w:sz w:val="22"/>
        </w:rPr>
      </w:pPr>
      <w:r>
        <w:rPr>
          <w:b w:val="0"/>
          <w:sz w:val="20"/>
        </w:rPr>
        <w:t>1. Tasarım öncesi pazar araştırmasında ele alınan çalışmaları maddeler hâlinde yazınız. (15 Puan)</w:t>
      </w:r>
    </w:p>
    <w:p w14:paraId="593520CD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2. Gövde tasarımı sürecinde yıllık planda ele alınan temel aşamaları maddeler hâlinde yazınız. (15 Puan)</w:t>
      </w:r>
    </w:p>
    <w:p w14:paraId="663834EF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3. Tasarım öncesi pazar araştırmasının temel amacı nedir? (10 Puan)</w:t>
      </w:r>
    </w:p>
    <w:p w14:paraId="15539436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4. Müşteri ihtiyaç ve beklenti anketi hangi amaçla kullanılır? (10 Puan)</w:t>
      </w:r>
    </w:p>
    <w:p w14:paraId="426997DC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5. Gövde tasarımındaki ölçütlerin belirlenmesinin amacı nedir? (10 Puan)</w:t>
      </w:r>
    </w:p>
    <w:p w14:paraId="67F3AE42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6. Tasarımı gerçekleştirme sürecinde hangi çalışmalar takip edilir? (10 Puan)</w:t>
      </w:r>
    </w:p>
    <w:p w14:paraId="0A7103EE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7. Tasarımdan önce müşteri ihtiyaç ve beklentilerini belirlemeye yönelik çalışmaya .................... araştırması denir. (10 Puan)</w:t>
      </w:r>
    </w:p>
    <w:p w14:paraId="2CB06ECB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8. Tasarım gerçekleştirilirken .................... kısım çalışmalarının hangi özelliklerde sürdürüldüğü incelenir. (10 Puan)</w:t>
      </w:r>
    </w:p>
    <w:p w14:paraId="07973778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9. (   ) Müşteri ihtiyaç ve beklentileri tasarım öncesi pazar araştırmasının konuları arasındadır. (5 Puan)</w:t>
      </w:r>
    </w:p>
    <w:p w14:paraId="4F37A247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10. (   ) Gövde tasarımında herhangi bir ölçüt veya kriter belirlenmesine gerek yoktur. (5 Puan)</w:t>
      </w:r>
    </w:p>
    <w:p w14:paraId="245953AA" w14:textId="77777777" w:rsidR="00595F84" w:rsidRDefault="00595F84">
      <w:pPr>
        <w:spacing w:after="80" w:line="240" w:lineRule="auto"/>
      </w:pPr>
    </w:p>
    <w:p w14:paraId="11EB5A61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555D3417" w14:textId="7F74B7B2" w:rsidR="00595F84" w:rsidRPr="009A15AA" w:rsidRDefault="00000000" w:rsidP="009A15AA">
      <w:pPr>
        <w:spacing w:after="0"/>
        <w:ind w:left="5760" w:firstLine="720"/>
      </w:pPr>
      <w:r>
        <w:t>Mot.Arç.Tekn Öğrt Abdullah YANIK</w:t>
      </w:r>
      <w:r>
        <w:br w:type="page"/>
      </w:r>
    </w:p>
    <w:p>
      <w:pPr>
        <w:spacing w:after="100"/>
        <w:jc w:val="center"/>
      </w:pPr>
      <w:r>
        <w:rPr>
          <w:b/>
          <w:sz w:val="22"/>
        </w:rPr>
        <w:t>2026/2027 OTOMOTİV GÖVDE MEKANİĞİ DERSİ 1.DÖNEM 2.YAZILI CEVAP ANAHTARI</w:t>
      </w:r>
    </w:p>
    <w:p>
      <w:pPr>
        <w:spacing w:after="20"/>
      </w:pPr>
      <w:r>
        <w:rPr>
          <w:b/>
          <w:sz w:val="18"/>
        </w:rPr>
        <w:t>1. Tasarım öncesi pazar araştırmasında ele alınan çalışmaları maddeler hâlinde yazınız. (15 Puan)</w:t>
      </w:r>
    </w:p>
    <w:p>
      <w:pPr>
        <w:spacing w:after="0"/>
        <w:ind w:left="200"/>
      </w:pPr>
      <w:r>
        <w:rPr>
          <w:sz w:val="18"/>
        </w:rPr>
        <w:t>1. Pazar araştırma sürecinin yürütülmesi</w:t>
      </w:r>
    </w:p>
    <w:p>
      <w:pPr>
        <w:spacing w:after="0"/>
        <w:ind w:left="200"/>
      </w:pPr>
      <w:r>
        <w:rPr>
          <w:sz w:val="18"/>
        </w:rPr>
        <w:t>2. Müşteri ihtiyaçlarının belirlenmesi</w:t>
      </w:r>
    </w:p>
    <w:p>
      <w:pPr>
        <w:spacing w:after="0"/>
        <w:ind w:left="200"/>
      </w:pPr>
      <w:r>
        <w:rPr>
          <w:sz w:val="18"/>
        </w:rPr>
        <w:t>3. Müşteri beklentilerinin belirlenmesi</w:t>
      </w:r>
    </w:p>
    <w:p>
      <w:pPr>
        <w:spacing w:after="0"/>
        <w:ind w:left="200"/>
      </w:pPr>
      <w:r>
        <w:rPr>
          <w:sz w:val="18"/>
        </w:rPr>
        <w:t>4. Müşteri ihtiyaç ve beklenti anketinin değerlendirilmesi</w:t>
      </w:r>
    </w:p>
    <w:p>
      <w:pPr>
        <w:spacing w:after="20"/>
      </w:pPr>
      <w:r>
        <w:rPr>
          <w:b/>
          <w:sz w:val="18"/>
        </w:rPr>
        <w:t>2. Gövde tasarımı sürecinde yıllık planda ele alınan temel aşamaları maddeler hâlinde yazınız. (15 Puan)</w:t>
      </w:r>
    </w:p>
    <w:p>
      <w:pPr>
        <w:spacing w:after="0"/>
        <w:ind w:left="200"/>
      </w:pPr>
      <w:r>
        <w:rPr>
          <w:sz w:val="18"/>
        </w:rPr>
        <w:t>1. Tasarım öncesi pazar araştırması</w:t>
      </w:r>
    </w:p>
    <w:p>
      <w:pPr>
        <w:spacing w:after="0"/>
        <w:ind w:left="200"/>
      </w:pPr>
      <w:r>
        <w:rPr>
          <w:sz w:val="18"/>
        </w:rPr>
        <w:t>2. Gövde tasarımındaki ölçütlerin belirlenmesi</w:t>
      </w:r>
    </w:p>
    <w:p>
      <w:pPr>
        <w:spacing w:after="0"/>
        <w:ind w:left="200"/>
      </w:pPr>
      <w:r>
        <w:rPr>
          <w:sz w:val="18"/>
        </w:rPr>
        <w:t>3. Tasarımı gerçekleştirme sürecinin takip edilmesi</w:t>
      </w:r>
    </w:p>
    <w:p>
      <w:pPr>
        <w:spacing w:after="20"/>
      </w:pPr>
      <w:r>
        <w:rPr>
          <w:b/>
          <w:sz w:val="18"/>
        </w:rPr>
        <w:t>3. Tasarım öncesi pazar araştırmasının temel amacı nedir? (10 Puan)</w:t>
      </w:r>
    </w:p>
    <w:p>
      <w:pPr>
        <w:spacing w:after="40"/>
      </w:pPr>
      <w:r>
        <w:rPr>
          <w:sz w:val="18"/>
        </w:rPr>
        <w:t>Tasarım öncesinde pazarın, müşteri ihtiyaçlarının ve müşteri beklentilerinin belirlenmesine yardımcı olmaktır.</w:t>
      </w:r>
    </w:p>
    <w:p>
      <w:pPr>
        <w:spacing w:after="20"/>
      </w:pPr>
      <w:r>
        <w:rPr>
          <w:b/>
          <w:sz w:val="18"/>
        </w:rPr>
        <w:t>4. Müşteri ihtiyaç ve beklenti anketi hangi amaçla kullanılır? (10 Puan)</w:t>
      </w:r>
    </w:p>
    <w:p>
      <w:pPr>
        <w:spacing w:after="40"/>
      </w:pPr>
      <w:r>
        <w:rPr>
          <w:sz w:val="18"/>
        </w:rPr>
        <w:t>Müşterilerin araçtan beklediği özellik ve ihtiyaçların belirlenmesi amacıyla kullanılır.</w:t>
      </w:r>
    </w:p>
    <w:p>
      <w:pPr>
        <w:spacing w:after="20"/>
      </w:pPr>
      <w:r>
        <w:rPr>
          <w:b/>
          <w:sz w:val="18"/>
        </w:rPr>
        <w:t>5. Gövde tasarımındaki ölçütlerin belirlenmesinin amacı nedir? (10 Puan)</w:t>
      </w:r>
    </w:p>
    <w:p>
      <w:pPr>
        <w:spacing w:after="40"/>
      </w:pPr>
      <w:r>
        <w:rPr>
          <w:sz w:val="18"/>
        </w:rPr>
        <w:t>Gövde tasarımında dikkate alınacak kriterlerin belirlenmesi ve tasarım çalışmalarının bu kriterlere göre yürütülmesidir.</w:t>
      </w:r>
    </w:p>
    <w:p>
      <w:pPr>
        <w:spacing w:after="20"/>
      </w:pPr>
      <w:r>
        <w:rPr>
          <w:b/>
          <w:sz w:val="18"/>
        </w:rPr>
        <w:t>6. Tasarımı gerçekleştirme sürecinde hangi çalışmalar takip edilir? (10 Puan)</w:t>
      </w:r>
    </w:p>
    <w:p>
      <w:pPr>
        <w:spacing w:after="40"/>
      </w:pPr>
      <w:r>
        <w:rPr>
          <w:sz w:val="18"/>
        </w:rPr>
        <w:t>Teknik kısım çalışmalarının özellikleri ve tasarımın gerçekleştirilme süreci takip edilir.</w:t>
      </w:r>
    </w:p>
    <w:p>
      <w:pPr>
        <w:spacing w:after="20"/>
      </w:pPr>
      <w:r>
        <w:rPr>
          <w:b/>
          <w:sz w:val="18"/>
        </w:rPr>
        <w:t>7. Tasarımdan önce müşteri ihtiyaç ve beklentilerini belirlemeye yönelik çalışmaya .................... araştırması denir. (10 Puan)</w:t>
      </w:r>
    </w:p>
    <w:p>
      <w:pPr>
        <w:spacing w:after="40"/>
      </w:pPr>
      <w:r>
        <w:rPr>
          <w:sz w:val="18"/>
        </w:rPr>
        <w:t>pazar</w:t>
      </w:r>
    </w:p>
    <w:p>
      <w:pPr>
        <w:spacing w:after="20"/>
      </w:pPr>
      <w:r>
        <w:rPr>
          <w:b/>
          <w:sz w:val="18"/>
        </w:rPr>
        <w:t>8. Tasarım gerçekleştirilirken .................... kısım çalışmalarının hangi özelliklerde sürdürüldüğü incelenir. (10 Puan)</w:t>
      </w:r>
    </w:p>
    <w:p>
      <w:pPr>
        <w:spacing w:after="40"/>
      </w:pPr>
      <w:r>
        <w:rPr>
          <w:sz w:val="18"/>
        </w:rPr>
        <w:t>teknik</w:t>
      </w:r>
    </w:p>
    <w:p>
      <w:pPr>
        <w:spacing w:after="20"/>
      </w:pPr>
      <w:r>
        <w:rPr>
          <w:b/>
          <w:sz w:val="18"/>
        </w:rPr>
        <w:t>9. (   ) Müşteri ihtiyaç ve beklentileri tasarım öncesi pazar araştırmasının konuları arasındadır. (5 Puan)</w:t>
      </w:r>
    </w:p>
    <w:p>
      <w:pPr>
        <w:spacing w:after="40"/>
      </w:pPr>
      <w:r>
        <w:rPr>
          <w:sz w:val="18"/>
        </w:rPr>
        <w:t>Doğru</w:t>
      </w:r>
    </w:p>
    <w:p>
      <w:pPr>
        <w:spacing w:after="20"/>
      </w:pPr>
      <w:r>
        <w:rPr>
          <w:b/>
          <w:sz w:val="18"/>
        </w:rPr>
        <w:t>10. (   ) Gövde tasarımında herhangi bir ölçüt veya kriter belirlenmesine gerek yoktur. (5 Puan)</w:t>
      </w:r>
    </w:p>
    <w:p>
      <w:pPr>
        <w:spacing w:after="40"/>
      </w:pPr>
      <w:r>
        <w:rPr>
          <w:sz w:val="18"/>
        </w:rPr>
        <w:t>Yanlış</w:t>
      </w:r>
    </w:p>
    <w:sectPr w:rsidR="0029622B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22B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9A15AA"/>
    <w:rsid w:val="00AA1D8D"/>
    <w:rsid w:val="00B47730"/>
    <w:rsid w:val="00B53E24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301BE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