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B67C3" w14:textId="77777777" w:rsidR="006032C4" w:rsidRPr="00595F84" w:rsidRDefault="004D19F5" w:rsidP="006032C4">
      <w:pPr>
        <w:spacing w:after="20" w:line="360" w:lineRule="auto"/>
        <w:jc w:val="center"/>
        <w:rPr>
          <w:sz w:val="22"/>
        </w:rPr>
      </w:pPr>
      <w:r>
        <w:rPr>
          <w:b/>
          <w:sz w:val="22"/>
        </w:rPr>
        <w:t>YAHŞİHAN MESLEKİ EĞİTİM MERKEZİ</w:t>
      </w:r>
    </w:p>
    <w:p w14:paraId="1C2861E2" w14:textId="77777777" w:rsidR="006032C4" w:rsidRPr="00595F84" w:rsidRDefault="006032C4" w:rsidP="006032C4">
      <w:pPr>
        <w:spacing w:after="20" w:line="360" w:lineRule="auto"/>
        <w:jc w:val="center"/>
        <w:rPr>
          <w:sz w:val="22"/>
        </w:rPr>
      </w:pPr>
      <w:r w:rsidRPr="00595F84">
        <w:rPr>
          <w:b/>
          <w:sz w:val="22"/>
        </w:rPr>
        <w:t>2026/2027 EĞİTİM ÖĞRETİM YILI MOTORLU ARAÇLAR TEKNOLOJİSİ ALANI</w:t>
      </w:r>
    </w:p>
    <w:p w14:paraId="543FDDDD" w14:textId="77777777" w:rsidR="006032C4" w:rsidRPr="00595F84" w:rsidRDefault="006032C4" w:rsidP="006032C4">
      <w:pPr>
        <w:spacing w:after="60" w:line="360" w:lineRule="auto"/>
        <w:jc w:val="center"/>
        <w:rPr>
          <w:sz w:val="22"/>
        </w:rPr>
      </w:pPr>
      <w:r>
        <w:rPr>
          <w:b/>
          <w:sz w:val="22"/>
        </w:rPr>
        <w:t>OTOMOTİV GÖVDE MEKANİĞİ DERSİ 2.DÖNEM 2.YAZILI YOKLAMASI</w:t>
      </w:r>
    </w:p>
    <w:p w14:paraId="312F3B0E" w14:textId="77777777" w:rsidR="002D6A66" w:rsidRPr="00595F84" w:rsidRDefault="00000000" w:rsidP="00595F84">
      <w:pPr>
        <w:spacing w:after="40" w:line="360" w:lineRule="auto"/>
        <w:rPr>
          <w:sz w:val="22"/>
        </w:rPr>
      </w:pPr>
      <w:r w:rsidRPr="00595F84">
        <w:rPr>
          <w:b/>
          <w:sz w:val="22"/>
        </w:rPr>
        <w:t>Adı Soyadı :</w:t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="00595F84">
        <w:rPr>
          <w:b/>
          <w:sz w:val="22"/>
        </w:rPr>
        <w:tab/>
      </w:r>
      <w:r w:rsidRPr="00595F84">
        <w:rPr>
          <w:b/>
          <w:sz w:val="22"/>
        </w:rPr>
        <w:t>Sınıfı/No:</w:t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="00595F84">
        <w:rPr>
          <w:b/>
          <w:sz w:val="22"/>
        </w:rPr>
        <w:tab/>
      </w:r>
      <w:r w:rsidRPr="00595F84">
        <w:rPr>
          <w:b/>
          <w:sz w:val="22"/>
        </w:rPr>
        <w:t>Aldığı Not:</w:t>
      </w:r>
    </w:p>
    <w:p w14:paraId="7BF964C5" w14:textId="77777777" w:rsidR="002D6A66" w:rsidRPr="00595F84" w:rsidRDefault="00000000" w:rsidP="00595F84">
      <w:pPr>
        <w:spacing w:after="40" w:line="360" w:lineRule="auto"/>
        <w:jc w:val="center"/>
        <w:rPr>
          <w:sz w:val="22"/>
        </w:rPr>
      </w:pPr>
      <w:r w:rsidRPr="00595F84">
        <w:rPr>
          <w:b/>
          <w:sz w:val="22"/>
        </w:rPr>
        <w:t>SORULAR</w:t>
      </w:r>
    </w:p>
    <w:p w14:paraId="299BCDDB" w14:textId="77777777" w:rsidR="002D6A66" w:rsidRPr="00600D00" w:rsidRDefault="00000000" w:rsidP="00600D00">
      <w:pPr>
        <w:spacing w:after="100" w:line="360" w:lineRule="auto"/>
        <w:rPr>
          <w:bCs/>
          <w:sz w:val="22"/>
        </w:rPr>
      </w:pPr>
      <w:r>
        <w:rPr>
          <w:b w:val="0"/>
          <w:sz w:val="20"/>
        </w:rPr>
        <w:t>1. Otomotiv imalat sektörünün kaza önleyici ve azaltıcı çalışmalarını maddeler hâlinde yazınız. (15 Puan)</w:t>
      </w:r>
    </w:p>
    <w:p w14:paraId="593520CD" w14:textId="77777777" w:rsidR="00550877" w:rsidRPr="00600D00" w:rsidRDefault="00000000" w:rsidP="00600D00">
      <w:pPr>
        <w:spacing w:after="100" w:line="360" w:lineRule="auto"/>
        <w:rPr>
          <w:sz w:val="22"/>
        </w:rPr>
      </w:pPr>
      <w:r>
        <w:rPr>
          <w:b w:val="0"/>
          <w:sz w:val="20"/>
        </w:rPr>
        <w:t>2. Otomobil gövdesinde ikinci dönem ele alınan koruma ve yalıtım konularını maddeler hâlinde yazınız. (15 Puan)</w:t>
      </w:r>
    </w:p>
    <w:p w14:paraId="663834EF" w14:textId="77777777" w:rsidR="00550877" w:rsidRPr="00600D00" w:rsidRDefault="00000000" w:rsidP="00600D00">
      <w:pPr>
        <w:spacing w:after="100" w:line="360" w:lineRule="auto"/>
        <w:rPr>
          <w:sz w:val="22"/>
        </w:rPr>
      </w:pPr>
      <w:r>
        <w:rPr>
          <w:b w:val="0"/>
          <w:sz w:val="20"/>
        </w:rPr>
        <w:t>3. Otomobil gövdesinde aerodinamik etkiler incelenirken hangi özellikler değerlendirilir? (10 Puan)</w:t>
      </w:r>
    </w:p>
    <w:p w14:paraId="15539436" w14:textId="77777777" w:rsidR="00550877" w:rsidRPr="00600D00" w:rsidRDefault="00000000" w:rsidP="00600D00">
      <w:pPr>
        <w:spacing w:after="100" w:line="360" w:lineRule="auto"/>
        <w:rPr>
          <w:sz w:val="22"/>
        </w:rPr>
      </w:pPr>
      <w:r>
        <w:rPr>
          <w:b w:val="0"/>
          <w:sz w:val="20"/>
        </w:rPr>
        <w:t>4. Aerodinamik etkilerin zararlarını azaltmak için ne yapılır? (10 Puan)</w:t>
      </w:r>
    </w:p>
    <w:p w14:paraId="426997DC" w14:textId="77777777" w:rsidR="00550877" w:rsidRPr="00600D00" w:rsidRDefault="00000000" w:rsidP="00600D00">
      <w:pPr>
        <w:spacing w:after="100" w:line="360" w:lineRule="auto"/>
        <w:rPr>
          <w:sz w:val="22"/>
        </w:rPr>
      </w:pPr>
      <w:r>
        <w:rPr>
          <w:b w:val="0"/>
          <w:sz w:val="20"/>
        </w:rPr>
        <w:t>5. Otomobil gövdesinde korozyona karşı yalıtım hangi aşamalarda ele alınır? (10 Puan)</w:t>
      </w:r>
    </w:p>
    <w:p w14:paraId="67F3AE42" w14:textId="77777777" w:rsidR="00550877" w:rsidRPr="00600D00" w:rsidRDefault="00000000" w:rsidP="00600D00">
      <w:pPr>
        <w:spacing w:after="100" w:line="360" w:lineRule="auto"/>
        <w:rPr>
          <w:sz w:val="22"/>
        </w:rPr>
      </w:pPr>
      <w:r>
        <w:rPr>
          <w:b w:val="0"/>
          <w:sz w:val="20"/>
        </w:rPr>
        <w:t>6. Otomobil gövdesinde su yalıtımı hangi aşamalarda ele alınır? (10 Puan)</w:t>
      </w:r>
    </w:p>
    <w:p w14:paraId="0A7103EE" w14:textId="77777777" w:rsidR="00550877" w:rsidRPr="00600D00" w:rsidRDefault="00000000" w:rsidP="00600D00">
      <w:pPr>
        <w:spacing w:after="100" w:line="360" w:lineRule="auto"/>
        <w:rPr>
          <w:sz w:val="22"/>
        </w:rPr>
      </w:pPr>
      <w:r>
        <w:rPr>
          <w:b w:val="0"/>
          <w:sz w:val="20"/>
        </w:rPr>
        <w:t>7. Metal yüzeylerin çevresel etkiler sonucu bozulmasına .................... denir. (10 Puan)</w:t>
      </w:r>
    </w:p>
    <w:p w14:paraId="2CB06ECB" w14:textId="77777777" w:rsidR="00550877" w:rsidRPr="00600D00" w:rsidRDefault="00000000" w:rsidP="00600D00">
      <w:pPr>
        <w:spacing w:after="100" w:line="360" w:lineRule="auto"/>
        <w:rPr>
          <w:sz w:val="22"/>
        </w:rPr>
      </w:pPr>
      <w:r>
        <w:rPr>
          <w:b w:val="0"/>
          <w:sz w:val="20"/>
        </w:rPr>
        <w:t>8. Otomobil gövdesinde ısı ve .................... yalıtımı birlikte ele alınan konulardandır. (10 Puan)</w:t>
      </w:r>
    </w:p>
    <w:p w14:paraId="07973778" w14:textId="77777777" w:rsidR="00550877" w:rsidRPr="00600D00" w:rsidRDefault="00000000" w:rsidP="00600D00">
      <w:pPr>
        <w:spacing w:after="100" w:line="360" w:lineRule="auto"/>
        <w:rPr>
          <w:sz w:val="22"/>
        </w:rPr>
      </w:pPr>
      <w:r>
        <w:rPr>
          <w:b w:val="0"/>
          <w:sz w:val="20"/>
        </w:rPr>
        <w:t>9. (   ) Otomobil gövdesinde hava akışı ile hızın oluşturduğu basınç aerodinamik değerlendirmede dikkate alınır. (5 Puan)</w:t>
      </w:r>
    </w:p>
    <w:p w14:paraId="4F37A247" w14:textId="77777777" w:rsidR="00550877" w:rsidRPr="00600D00" w:rsidRDefault="00000000" w:rsidP="00600D00">
      <w:pPr>
        <w:spacing w:after="100" w:line="360" w:lineRule="auto"/>
        <w:rPr>
          <w:sz w:val="22"/>
        </w:rPr>
      </w:pPr>
      <w:r>
        <w:rPr>
          <w:b w:val="0"/>
          <w:sz w:val="20"/>
        </w:rPr>
        <w:t>10. (   ) Su yalıtımı yalnızca araç üretildikten sonra yapılır; üretim aşamasında herhangi bir önlem alınmaz. (5 Puan)</w:t>
      </w:r>
    </w:p>
    <w:p w14:paraId="245953AA" w14:textId="77777777" w:rsidR="00595F84" w:rsidRDefault="00595F84">
      <w:pPr>
        <w:spacing w:after="80" w:line="240" w:lineRule="auto"/>
      </w:pPr>
    </w:p>
    <w:p w14:paraId="11EB5A61" w14:textId="77777777" w:rsidR="002D6A66" w:rsidRDefault="00000000">
      <w:pPr>
        <w:spacing w:before="40" w:after="0"/>
      </w:pPr>
      <w:r w:rsidRPr="00600D00">
        <w:rPr>
          <w:b/>
          <w:bCs/>
          <w:u w:val="single"/>
        </w:rPr>
        <w:t>Süre :</w:t>
      </w:r>
      <w:r>
        <w:t xml:space="preserve"> 40 Dk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Başarılar</w:t>
      </w:r>
    </w:p>
    <w:p w14:paraId="555D3417" w14:textId="7F74B7B2" w:rsidR="00595F84" w:rsidRPr="009A15AA" w:rsidRDefault="00000000" w:rsidP="009A15AA">
      <w:pPr>
        <w:spacing w:after="0"/>
        <w:ind w:left="5760" w:firstLine="720"/>
      </w:pPr>
      <w:r>
        <w:t>Mot.Arç.Tekn Öğrt Abdullah YANIK</w:t>
      </w:r>
      <w:r>
        <w:br w:type="page"/>
      </w:r>
    </w:p>
    <w:p>
      <w:pPr>
        <w:spacing w:after="100"/>
        <w:jc w:val="center"/>
      </w:pPr>
      <w:r>
        <w:rPr>
          <w:b/>
          <w:sz w:val="22"/>
        </w:rPr>
        <w:t>2026/2027 OTOMOTİV GÖVDE MEKANİĞİ DERSİ 2.DÖNEM 2.YAZILI CEVAP ANAHTARI</w:t>
      </w:r>
    </w:p>
    <w:p>
      <w:pPr>
        <w:spacing w:after="20"/>
      </w:pPr>
      <w:r>
        <w:rPr>
          <w:b/>
          <w:sz w:val="18"/>
        </w:rPr>
        <w:t>1. Otomotiv imalat sektörünün kaza önleyici ve azaltıcı çalışmalarını maddeler hâlinde yazınız. (15 Puan)</w:t>
      </w:r>
    </w:p>
    <w:p>
      <w:pPr>
        <w:spacing w:after="0"/>
        <w:ind w:left="200"/>
      </w:pPr>
      <w:r>
        <w:rPr>
          <w:sz w:val="18"/>
        </w:rPr>
        <w:t>1. Kaza önleyici çalışmalar</w:t>
      </w:r>
    </w:p>
    <w:p>
      <w:pPr>
        <w:spacing w:after="0"/>
        <w:ind w:left="200"/>
      </w:pPr>
      <w:r>
        <w:rPr>
          <w:sz w:val="18"/>
        </w:rPr>
        <w:t>2. Kaza esnasında sonuçları sınırlandırıcı önlemler</w:t>
      </w:r>
    </w:p>
    <w:p>
      <w:pPr>
        <w:spacing w:after="0"/>
        <w:ind w:left="200"/>
      </w:pPr>
      <w:r>
        <w:rPr>
          <w:sz w:val="18"/>
        </w:rPr>
        <w:t>3. Kaza sonrası ağırlığı azaltıcı önlemler</w:t>
      </w:r>
    </w:p>
    <w:p>
      <w:pPr>
        <w:spacing w:after="20"/>
      </w:pPr>
      <w:r>
        <w:rPr>
          <w:b/>
          <w:sz w:val="18"/>
        </w:rPr>
        <w:t>2. Otomobil gövdesinde ikinci dönem ele alınan koruma ve yalıtım konularını maddeler hâlinde yazınız. (15 Puan)</w:t>
      </w:r>
    </w:p>
    <w:p>
      <w:pPr>
        <w:spacing w:after="0"/>
        <w:ind w:left="200"/>
      </w:pPr>
      <w:r>
        <w:rPr>
          <w:sz w:val="18"/>
        </w:rPr>
        <w:t>1. Aerodinamik etkilerin azaltılması</w:t>
      </w:r>
    </w:p>
    <w:p>
      <w:pPr>
        <w:spacing w:after="0"/>
        <w:ind w:left="200"/>
      </w:pPr>
      <w:r>
        <w:rPr>
          <w:sz w:val="18"/>
        </w:rPr>
        <w:t>2. Korozyonun önlenmesine yönelik yalıtım</w:t>
      </w:r>
    </w:p>
    <w:p>
      <w:pPr>
        <w:spacing w:after="0"/>
        <w:ind w:left="200"/>
      </w:pPr>
      <w:r>
        <w:rPr>
          <w:sz w:val="18"/>
        </w:rPr>
        <w:t>3. Su yalıtımı</w:t>
      </w:r>
    </w:p>
    <w:p>
      <w:pPr>
        <w:spacing w:after="0"/>
        <w:ind w:left="200"/>
      </w:pPr>
      <w:r>
        <w:rPr>
          <w:sz w:val="18"/>
        </w:rPr>
        <w:t>4. Isı yalıtımı</w:t>
      </w:r>
    </w:p>
    <w:p>
      <w:pPr>
        <w:spacing w:after="0"/>
        <w:ind w:left="200"/>
      </w:pPr>
      <w:r>
        <w:rPr>
          <w:sz w:val="18"/>
        </w:rPr>
        <w:t>5. Ses yalıtımı</w:t>
      </w:r>
    </w:p>
    <w:p>
      <w:pPr>
        <w:spacing w:after="20"/>
      </w:pPr>
      <w:r>
        <w:rPr>
          <w:b/>
          <w:sz w:val="18"/>
        </w:rPr>
        <w:t>3. Otomobil gövdesinde aerodinamik etkiler incelenirken hangi özellikler değerlendirilir? (10 Puan)</w:t>
      </w:r>
    </w:p>
    <w:p>
      <w:pPr>
        <w:spacing w:after="40"/>
      </w:pPr>
      <w:r>
        <w:rPr>
          <w:sz w:val="18"/>
        </w:rPr>
        <w:t>Gövdenin karşılaştığı aerodinamik etkiler, hava akışı özellikleri ile hızın ve meydana getirdiği basıncın etkileri değerlendirilir.</w:t>
      </w:r>
    </w:p>
    <w:p>
      <w:pPr>
        <w:spacing w:after="20"/>
      </w:pPr>
      <w:r>
        <w:rPr>
          <w:b/>
          <w:sz w:val="18"/>
        </w:rPr>
        <w:t>4. Aerodinamik etkilerin zararlarını azaltmak için ne yapılır? (10 Puan)</w:t>
      </w:r>
    </w:p>
    <w:p>
      <w:pPr>
        <w:spacing w:after="40"/>
      </w:pPr>
      <w:r>
        <w:rPr>
          <w:sz w:val="18"/>
        </w:rPr>
        <w:t>Aerodinamik etkiler tespit edilir ve bu etkilerin zararlarını önlemeye yönelik iyileştirme yöntemleri uygulanır.</w:t>
      </w:r>
    </w:p>
    <w:p>
      <w:pPr>
        <w:spacing w:after="20"/>
      </w:pPr>
      <w:r>
        <w:rPr>
          <w:b/>
          <w:sz w:val="18"/>
        </w:rPr>
        <w:t>5. Otomobil gövdesinde korozyona karşı yalıtım hangi aşamalarda ele alınır? (10 Puan)</w:t>
      </w:r>
    </w:p>
    <w:p>
      <w:pPr>
        <w:spacing w:after="40"/>
      </w:pPr>
      <w:r>
        <w:rPr>
          <w:sz w:val="18"/>
        </w:rPr>
        <w:t>İmalat aşamasında ve bakım-onarım aşamasında korozyon yalıtım teknikleri uygulanır.</w:t>
      </w:r>
    </w:p>
    <w:p>
      <w:pPr>
        <w:spacing w:after="20"/>
      </w:pPr>
      <w:r>
        <w:rPr>
          <w:b/>
          <w:sz w:val="18"/>
        </w:rPr>
        <w:t>6. Otomobil gövdesinde su yalıtımı hangi aşamalarda ele alınır? (10 Puan)</w:t>
      </w:r>
    </w:p>
    <w:p>
      <w:pPr>
        <w:spacing w:after="40"/>
      </w:pPr>
      <w:r>
        <w:rPr>
          <w:sz w:val="18"/>
        </w:rPr>
        <w:t>Üretim aşamasında ve bakım-onarım aşamasında su yalıtımı için gerekli önlemler alınır.</w:t>
      </w:r>
    </w:p>
    <w:p>
      <w:pPr>
        <w:spacing w:after="20"/>
      </w:pPr>
      <w:r>
        <w:rPr>
          <w:b/>
          <w:sz w:val="18"/>
        </w:rPr>
        <w:t>7. Metal yüzeylerin çevresel etkiler sonucu bozulmasına .................... denir. (10 Puan)</w:t>
      </w:r>
    </w:p>
    <w:p>
      <w:pPr>
        <w:spacing w:after="40"/>
      </w:pPr>
      <w:r>
        <w:rPr>
          <w:sz w:val="18"/>
        </w:rPr>
        <w:t>korozyon</w:t>
      </w:r>
    </w:p>
    <w:p>
      <w:pPr>
        <w:spacing w:after="20"/>
      </w:pPr>
      <w:r>
        <w:rPr>
          <w:b/>
          <w:sz w:val="18"/>
        </w:rPr>
        <w:t>8. Otomobil gövdesinde ısı ve .................... yalıtımı birlikte ele alınan konulardandır. (10 Puan)</w:t>
      </w:r>
    </w:p>
    <w:p>
      <w:pPr>
        <w:spacing w:after="40"/>
      </w:pPr>
      <w:r>
        <w:rPr>
          <w:sz w:val="18"/>
        </w:rPr>
        <w:t>ses</w:t>
      </w:r>
    </w:p>
    <w:p>
      <w:pPr>
        <w:spacing w:after="20"/>
      </w:pPr>
      <w:r>
        <w:rPr>
          <w:b/>
          <w:sz w:val="18"/>
        </w:rPr>
        <w:t>9. (   ) Otomobil gövdesinde hava akışı ile hızın oluşturduğu basınç aerodinamik değerlendirmede dikkate alınır. (5 Puan)</w:t>
      </w:r>
    </w:p>
    <w:p>
      <w:pPr>
        <w:spacing w:after="40"/>
      </w:pPr>
      <w:r>
        <w:rPr>
          <w:sz w:val="18"/>
        </w:rPr>
        <w:t>Doğru</w:t>
      </w:r>
    </w:p>
    <w:p>
      <w:pPr>
        <w:spacing w:after="20"/>
      </w:pPr>
      <w:r>
        <w:rPr>
          <w:b/>
          <w:sz w:val="18"/>
        </w:rPr>
        <w:t>10. (   ) Su yalıtımı yalnızca araç üretildikten sonra yapılır; üretim aşamasında herhangi bir önlem alınmaz. (5 Puan)</w:t>
      </w:r>
    </w:p>
    <w:p>
      <w:pPr>
        <w:spacing w:after="40"/>
      </w:pPr>
      <w:r>
        <w:rPr>
          <w:sz w:val="18"/>
        </w:rPr>
        <w:t>Yanlış</w:t>
      </w:r>
    </w:p>
    <w:sectPr w:rsidR="0029622B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2401CAF"/>
    <w:multiLevelType w:val="hybridMultilevel"/>
    <w:tmpl w:val="56FA49A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767FB6"/>
    <w:multiLevelType w:val="hybridMultilevel"/>
    <w:tmpl w:val="9C58865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F5567E"/>
    <w:multiLevelType w:val="hybridMultilevel"/>
    <w:tmpl w:val="F154DC7A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EC1EFE"/>
    <w:multiLevelType w:val="hybridMultilevel"/>
    <w:tmpl w:val="56429EEA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4963C7"/>
    <w:multiLevelType w:val="hybridMultilevel"/>
    <w:tmpl w:val="36D608F8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3902084">
    <w:abstractNumId w:val="8"/>
  </w:num>
  <w:num w:numId="2" w16cid:durableId="892354849">
    <w:abstractNumId w:val="6"/>
  </w:num>
  <w:num w:numId="3" w16cid:durableId="8145828">
    <w:abstractNumId w:val="5"/>
  </w:num>
  <w:num w:numId="4" w16cid:durableId="62339978">
    <w:abstractNumId w:val="4"/>
  </w:num>
  <w:num w:numId="5" w16cid:durableId="1480076533">
    <w:abstractNumId w:val="7"/>
  </w:num>
  <w:num w:numId="6" w16cid:durableId="932085288">
    <w:abstractNumId w:val="3"/>
  </w:num>
  <w:num w:numId="7" w16cid:durableId="414862227">
    <w:abstractNumId w:val="2"/>
  </w:num>
  <w:num w:numId="8" w16cid:durableId="86004017">
    <w:abstractNumId w:val="1"/>
  </w:num>
  <w:num w:numId="9" w16cid:durableId="1242985829">
    <w:abstractNumId w:val="0"/>
  </w:num>
  <w:num w:numId="10" w16cid:durableId="438835600">
    <w:abstractNumId w:val="12"/>
  </w:num>
  <w:num w:numId="11" w16cid:durableId="549151816">
    <w:abstractNumId w:val="13"/>
  </w:num>
  <w:num w:numId="12" w16cid:durableId="184753285">
    <w:abstractNumId w:val="11"/>
  </w:num>
  <w:num w:numId="13" w16cid:durableId="2129350511">
    <w:abstractNumId w:val="9"/>
  </w:num>
  <w:num w:numId="14" w16cid:durableId="15995595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4C7F"/>
    <w:rsid w:val="0006063C"/>
    <w:rsid w:val="0015074B"/>
    <w:rsid w:val="001570FB"/>
    <w:rsid w:val="0029622B"/>
    <w:rsid w:val="0029639D"/>
    <w:rsid w:val="002D6A66"/>
    <w:rsid w:val="00326F90"/>
    <w:rsid w:val="004D19F5"/>
    <w:rsid w:val="00550877"/>
    <w:rsid w:val="00595F84"/>
    <w:rsid w:val="00600D00"/>
    <w:rsid w:val="006032C4"/>
    <w:rsid w:val="00706865"/>
    <w:rsid w:val="009A15AA"/>
    <w:rsid w:val="00AA1D8D"/>
    <w:rsid w:val="00B47730"/>
    <w:rsid w:val="00B53E24"/>
    <w:rsid w:val="00CB0664"/>
    <w:rsid w:val="00DA68DD"/>
    <w:rsid w:val="00DF3F4A"/>
    <w:rsid w:val="00F33E2F"/>
    <w:rsid w:val="00F53AC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5301BE"/>
  <w14:defaultImageDpi w14:val="300"/>
  <w15:docId w15:val="{C3CF4D37-697F-46CA-9A8C-C4BDFB117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470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7</cp:revision>
  <dcterms:created xsi:type="dcterms:W3CDTF">2013-12-23T23:15:00Z</dcterms:created>
  <dcterms:modified xsi:type="dcterms:W3CDTF">2026-09-12T20:09:00Z</dcterms:modified>
  <cp:category/>
</cp:coreProperties>
</file>