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FF5E9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7AE9A809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70E0560B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OTOMOTİV GÖVDE TEKNOLOJİSİ DERSİ 2.DÖNEM 2.YAZILI YOKLAMASI</w:t>
      </w:r>
    </w:p>
    <w:p w14:paraId="6951D476" w14:textId="77777777" w:rsidR="002D6A66" w:rsidRPr="00595F84" w:rsidRDefault="00000000" w:rsidP="00595F84">
      <w:pPr>
        <w:spacing w:after="40" w:line="360" w:lineRule="auto"/>
        <w:rPr>
          <w:sz w:val="22"/>
        </w:rPr>
      </w:pPr>
      <w:proofErr w:type="spellStart"/>
      <w:r w:rsidRPr="00595F84">
        <w:rPr>
          <w:b/>
          <w:sz w:val="22"/>
        </w:rPr>
        <w:t>Adı</w:t>
      </w:r>
      <w:proofErr w:type="spellEnd"/>
      <w:r w:rsidRPr="00595F84">
        <w:rPr>
          <w:b/>
          <w:sz w:val="22"/>
        </w:rPr>
        <w:t xml:space="preserve"> </w:t>
      </w:r>
      <w:proofErr w:type="spellStart"/>
      <w:proofErr w:type="gramStart"/>
      <w:r w:rsidRPr="00595F84">
        <w:rPr>
          <w:b/>
          <w:sz w:val="22"/>
        </w:rPr>
        <w:t>Soyadı</w:t>
      </w:r>
      <w:proofErr w:type="spellEnd"/>
      <w:r w:rsidRPr="00595F84">
        <w:rPr>
          <w:b/>
          <w:sz w:val="22"/>
        </w:rPr>
        <w:t xml:space="preserve"> :</w:t>
      </w:r>
      <w:proofErr w:type="gramEnd"/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proofErr w:type="spellStart"/>
      <w:r w:rsidRPr="00595F84">
        <w:rPr>
          <w:b/>
          <w:sz w:val="22"/>
        </w:rPr>
        <w:t>Sınıfı</w:t>
      </w:r>
      <w:proofErr w:type="spellEnd"/>
      <w:r w:rsidRPr="00595F84">
        <w:rPr>
          <w:b/>
          <w:sz w:val="22"/>
        </w:rPr>
        <w:t>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proofErr w:type="spellStart"/>
      <w:r w:rsidRPr="00595F84">
        <w:rPr>
          <w:b/>
          <w:sz w:val="22"/>
        </w:rPr>
        <w:t>Aldığı</w:t>
      </w:r>
      <w:proofErr w:type="spellEnd"/>
      <w:r w:rsidRPr="00595F84">
        <w:rPr>
          <w:b/>
          <w:sz w:val="22"/>
        </w:rPr>
        <w:t xml:space="preserve"> Not:</w:t>
      </w:r>
    </w:p>
    <w:p w14:paraId="0350A570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47E762C0" w14:textId="77777777" w:rsidR="002D6A66" w:rsidRPr="001A29B0" w:rsidRDefault="00000000" w:rsidP="001A29B0">
      <w:pPr>
        <w:spacing w:after="80" w:line="360" w:lineRule="auto"/>
        <w:rPr>
          <w:bCs/>
          <w:sz w:val="22"/>
        </w:rPr>
      </w:pPr>
      <w:r w:rsidRPr="001A29B0">
        <w:rPr>
          <w:b/>
          <w:bCs/>
          <w:sz w:val="22"/>
        </w:rPr>
        <w:t>1.</w:t>
      </w:r>
      <w:r w:rsidRPr="001A29B0">
        <w:rPr>
          <w:sz w:val="22"/>
        </w:rPr>
        <w:t xml:space="preserve"> Elektrikli gövde onarım ekipmanlarından beş tanesini maddeler hâlinde yazınız. (15 Puan)</w:t>
      </w:r>
    </w:p>
    <w:p w14:paraId="12C427E9" w14:textId="77777777" w:rsidR="00550877" w:rsidRPr="001A29B0" w:rsidRDefault="00000000" w:rsidP="001A29B0">
      <w:pPr>
        <w:spacing w:after="80" w:line="360" w:lineRule="auto"/>
        <w:rPr>
          <w:sz w:val="22"/>
        </w:rPr>
      </w:pPr>
      <w:r w:rsidRPr="001A29B0">
        <w:rPr>
          <w:b/>
          <w:bCs/>
          <w:sz w:val="22"/>
        </w:rPr>
        <w:t>2.</w:t>
      </w:r>
      <w:r w:rsidRPr="001A29B0">
        <w:rPr>
          <w:sz w:val="22"/>
        </w:rPr>
        <w:t xml:space="preserve"> Hidrolik gövde onarım ekipmanlarından beş tanesini yazınız. (15 Puan)</w:t>
      </w:r>
    </w:p>
    <w:p w14:paraId="0A3BDD0E" w14:textId="77777777" w:rsidR="00550877" w:rsidRPr="001A29B0" w:rsidRDefault="00000000" w:rsidP="001A29B0">
      <w:pPr>
        <w:spacing w:after="80" w:line="360" w:lineRule="auto"/>
        <w:rPr>
          <w:sz w:val="22"/>
        </w:rPr>
      </w:pPr>
      <w:r w:rsidRPr="001A29B0">
        <w:rPr>
          <w:b/>
          <w:bCs/>
          <w:sz w:val="22"/>
        </w:rPr>
        <w:t>3.</w:t>
      </w:r>
      <w:r w:rsidRPr="001A29B0">
        <w:rPr>
          <w:sz w:val="22"/>
        </w:rPr>
        <w:t xml:space="preserve"> Plastik kaynak makinesinin otomotiv gövde onarımındaki görevi nedir? (10 Puan)</w:t>
      </w:r>
    </w:p>
    <w:p w14:paraId="359C1989" w14:textId="77777777" w:rsidR="00550877" w:rsidRPr="001A29B0" w:rsidRDefault="00000000" w:rsidP="001A29B0">
      <w:pPr>
        <w:spacing w:after="80" w:line="360" w:lineRule="auto"/>
        <w:rPr>
          <w:sz w:val="22"/>
        </w:rPr>
      </w:pPr>
      <w:r w:rsidRPr="001A29B0">
        <w:rPr>
          <w:b/>
          <w:bCs/>
          <w:sz w:val="22"/>
        </w:rPr>
        <w:t>4.</w:t>
      </w:r>
      <w:r w:rsidRPr="001A29B0">
        <w:rPr>
          <w:sz w:val="22"/>
        </w:rPr>
        <w:t xml:space="preserve"> Spot hızlı çektirme cihazı ne amaçla kullanılır? (10 Puan)</w:t>
      </w:r>
    </w:p>
    <w:p w14:paraId="408C6021" w14:textId="77777777" w:rsidR="00550877" w:rsidRPr="001A29B0" w:rsidRDefault="00000000" w:rsidP="001A29B0">
      <w:pPr>
        <w:spacing w:after="80" w:line="360" w:lineRule="auto"/>
        <w:rPr>
          <w:sz w:val="22"/>
        </w:rPr>
      </w:pPr>
      <w:r w:rsidRPr="001A29B0">
        <w:rPr>
          <w:b/>
          <w:bCs/>
          <w:sz w:val="22"/>
        </w:rPr>
        <w:t>5.</w:t>
      </w:r>
      <w:r w:rsidRPr="001A29B0">
        <w:rPr>
          <w:sz w:val="22"/>
        </w:rPr>
        <w:t xml:space="preserve"> Bilgisayarlı şasi ölçüm sisteminin görevi nedir? (10 Puan)</w:t>
      </w:r>
    </w:p>
    <w:p w14:paraId="6450B724" w14:textId="77777777" w:rsidR="00550877" w:rsidRPr="001A29B0" w:rsidRDefault="00000000" w:rsidP="001A29B0">
      <w:pPr>
        <w:spacing w:after="80" w:line="360" w:lineRule="auto"/>
        <w:rPr>
          <w:sz w:val="22"/>
        </w:rPr>
      </w:pPr>
      <w:r w:rsidRPr="001A29B0">
        <w:rPr>
          <w:b/>
          <w:bCs/>
          <w:sz w:val="22"/>
        </w:rPr>
        <w:t>6.</w:t>
      </w:r>
      <w:r w:rsidRPr="001A29B0">
        <w:rPr>
          <w:sz w:val="22"/>
        </w:rPr>
        <w:t xml:space="preserve"> Delik açma ve kenet yapma pensesinin görevi nedir? (10 Puan)</w:t>
      </w:r>
    </w:p>
    <w:p w14:paraId="078EC22A" w14:textId="77777777" w:rsidR="00550877" w:rsidRPr="001A29B0" w:rsidRDefault="00000000" w:rsidP="001A29B0">
      <w:pPr>
        <w:spacing w:after="80" w:line="360" w:lineRule="auto"/>
        <w:rPr>
          <w:sz w:val="22"/>
        </w:rPr>
      </w:pPr>
      <w:r w:rsidRPr="001A29B0">
        <w:rPr>
          <w:b/>
          <w:bCs/>
          <w:sz w:val="22"/>
        </w:rPr>
        <w:t>7.</w:t>
      </w:r>
      <w:r w:rsidRPr="001A29B0">
        <w:rPr>
          <w:sz w:val="22"/>
        </w:rPr>
        <w:t xml:space="preserve"> Araç gövdesini kaldırmak için kullanılan hidrolik ekipmanlardan birine .................... denir. (10 Puan)</w:t>
      </w:r>
    </w:p>
    <w:p w14:paraId="0ABB6FD2" w14:textId="77777777" w:rsidR="00550877" w:rsidRPr="001A29B0" w:rsidRDefault="00000000" w:rsidP="001A29B0">
      <w:pPr>
        <w:spacing w:after="80" w:line="360" w:lineRule="auto"/>
        <w:rPr>
          <w:sz w:val="22"/>
        </w:rPr>
      </w:pPr>
      <w:r w:rsidRPr="001A29B0">
        <w:rPr>
          <w:b/>
          <w:bCs/>
          <w:sz w:val="22"/>
        </w:rPr>
        <w:t>8.</w:t>
      </w:r>
      <w:r w:rsidRPr="001A29B0">
        <w:rPr>
          <w:sz w:val="22"/>
        </w:rPr>
        <w:t xml:space="preserve"> Kapı sacı kenarlarını bükmede kullanılan el aletine .................... denir. (10 Puan)</w:t>
      </w:r>
    </w:p>
    <w:p w14:paraId="53BD855C" w14:textId="66739ABB" w:rsidR="00550877" w:rsidRPr="001A29B0" w:rsidRDefault="00000000" w:rsidP="001A29B0">
      <w:pPr>
        <w:spacing w:after="80" w:line="360" w:lineRule="auto"/>
        <w:rPr>
          <w:sz w:val="22"/>
        </w:rPr>
      </w:pPr>
      <w:r w:rsidRPr="001A29B0">
        <w:rPr>
          <w:b/>
          <w:bCs/>
          <w:sz w:val="22"/>
        </w:rPr>
        <w:t>9.</w:t>
      </w:r>
      <w:r w:rsidRPr="001A29B0">
        <w:rPr>
          <w:sz w:val="22"/>
        </w:rPr>
        <w:t xml:space="preserve"> </w:t>
      </w:r>
      <w:proofErr w:type="gramStart"/>
      <w:r w:rsidRPr="001A29B0">
        <w:rPr>
          <w:sz w:val="22"/>
        </w:rPr>
        <w:t xml:space="preserve">( </w:t>
      </w:r>
      <w:r w:rsidR="001A29B0">
        <w:rPr>
          <w:sz w:val="22"/>
        </w:rPr>
        <w:t xml:space="preserve"> </w:t>
      </w:r>
      <w:proofErr w:type="gramEnd"/>
      <w:r w:rsidR="001A29B0">
        <w:rPr>
          <w:sz w:val="22"/>
        </w:rPr>
        <w:t xml:space="preserve"> </w:t>
      </w:r>
      <w:proofErr w:type="gramStart"/>
      <w:r w:rsidR="001A29B0">
        <w:rPr>
          <w:sz w:val="22"/>
        </w:rPr>
        <w:t xml:space="preserve"> </w:t>
      </w:r>
      <w:r w:rsidRPr="001A29B0">
        <w:rPr>
          <w:sz w:val="22"/>
        </w:rPr>
        <w:t xml:space="preserve"> )</w:t>
      </w:r>
      <w:proofErr w:type="gramEnd"/>
      <w:r w:rsidRPr="001A29B0">
        <w:rPr>
          <w:sz w:val="22"/>
        </w:rPr>
        <w:t xml:space="preserve"> Bilgisayarlı şasi ölçüm sistemi, gövde ve şasideki ölçü sapmalarının kontrolünde kullanılır. (5 Puan)</w:t>
      </w:r>
    </w:p>
    <w:p w14:paraId="28B1EB7F" w14:textId="4ECE9694" w:rsidR="00550877" w:rsidRPr="001A29B0" w:rsidRDefault="00000000" w:rsidP="001A29B0">
      <w:pPr>
        <w:spacing w:after="80" w:line="360" w:lineRule="auto"/>
        <w:rPr>
          <w:sz w:val="22"/>
        </w:rPr>
      </w:pPr>
      <w:r w:rsidRPr="001A29B0">
        <w:rPr>
          <w:b/>
          <w:bCs/>
          <w:sz w:val="22"/>
        </w:rPr>
        <w:t>10.</w:t>
      </w:r>
      <w:r w:rsidRPr="001A29B0">
        <w:rPr>
          <w:sz w:val="22"/>
        </w:rPr>
        <w:t xml:space="preserve"> </w:t>
      </w:r>
      <w:proofErr w:type="gramStart"/>
      <w:r w:rsidRPr="001A29B0">
        <w:rPr>
          <w:sz w:val="22"/>
        </w:rPr>
        <w:t xml:space="preserve">(  </w:t>
      </w:r>
      <w:proofErr w:type="gramEnd"/>
      <w:r w:rsidR="001A29B0">
        <w:rPr>
          <w:sz w:val="22"/>
        </w:rPr>
        <w:t xml:space="preserve"> </w:t>
      </w:r>
      <w:proofErr w:type="gramStart"/>
      <w:r w:rsidR="001A29B0">
        <w:rPr>
          <w:sz w:val="22"/>
        </w:rPr>
        <w:t xml:space="preserve"> </w:t>
      </w:r>
      <w:r w:rsidRPr="001A29B0">
        <w:rPr>
          <w:sz w:val="22"/>
        </w:rPr>
        <w:t xml:space="preserve"> )</w:t>
      </w:r>
      <w:proofErr w:type="gramEnd"/>
      <w:r w:rsidRPr="001A29B0">
        <w:rPr>
          <w:sz w:val="22"/>
        </w:rPr>
        <w:t xml:space="preserve"> Plazma kesme cihazının temel görevi araç camını sökmektir. (5 Puan)</w:t>
      </w:r>
    </w:p>
    <w:p w14:paraId="4CA42F24" w14:textId="77777777" w:rsidR="00595F84" w:rsidRDefault="00595F84">
      <w:pPr>
        <w:spacing w:after="80" w:line="240" w:lineRule="auto"/>
      </w:pPr>
    </w:p>
    <w:p w14:paraId="51B16745" w14:textId="77777777" w:rsidR="002D6A66" w:rsidRDefault="00000000">
      <w:pPr>
        <w:spacing w:before="40" w:after="0"/>
      </w:pPr>
      <w:proofErr w:type="gramStart"/>
      <w:r w:rsidRPr="001A29B0">
        <w:rPr>
          <w:b/>
          <w:bCs/>
          <w:u w:val="single"/>
        </w:rPr>
        <w:t>Süre :</w:t>
      </w:r>
      <w:proofErr w:type="gramEnd"/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1DD3B130" w14:textId="77777777" w:rsidR="002D6A66" w:rsidRDefault="00000000" w:rsidP="00595F84">
      <w:pPr>
        <w:spacing w:after="0"/>
        <w:ind w:left="5760" w:firstLine="720"/>
      </w:pPr>
      <w:r>
        <w:t>Mot.Arç.Tekn Öğrt Abdullah YANIK</w:t>
      </w:r>
    </w:p>
    <w:p w14:paraId="5D414039" w14:textId="77777777" w:rsidR="002D6A66" w:rsidRDefault="00000000">
      <w:r>
        <w:br w:type="page"/>
      </w:r>
    </w:p>
    <w:p w14:paraId="2B49B6FB" w14:textId="77777777" w:rsidR="002D6A66" w:rsidRPr="00595F84" w:rsidRDefault="00000000">
      <w:pPr>
        <w:spacing w:after="60"/>
        <w:jc w:val="center"/>
        <w:rPr>
          <w:b/>
          <w:sz w:val="22"/>
        </w:rPr>
      </w:pPr>
      <w:r>
        <w:rPr>
          <w:b/>
          <w:sz w:val="22"/>
        </w:rPr>
        <w:lastRenderedPageBreak/>
        <w:t>2026/2027 OTOMOTİV GÖVDE TEKNOLOJİSİ DERSİ 2.DÖNEM 2.YAZILI CEVAP ANAHTARI</w:t>
      </w:r>
    </w:p>
    <w:p w14:paraId="45FD80B8" w14:textId="77777777" w:rsidR="00595F84" w:rsidRPr="001A29B0" w:rsidRDefault="00595F84" w:rsidP="001A29B0">
      <w:pPr>
        <w:spacing w:after="60" w:line="360" w:lineRule="auto"/>
        <w:jc w:val="center"/>
        <w:rPr>
          <w:sz w:val="22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550877" w:rsidRPr="001A29B0" w14:paraId="6EB6EDC4" w14:textId="77777777">
        <w:trPr>
          <w:jc w:val="center"/>
        </w:trPr>
        <w:tc>
          <w:tcPr>
            <w:tcW w:w="10596" w:type="dxa"/>
          </w:tcPr>
          <w:p w14:paraId="293FDBE7" w14:textId="77777777" w:rsidR="00C50B3E" w:rsidRPr="001A29B0" w:rsidRDefault="00000000" w:rsidP="001A29B0">
            <w:pPr>
              <w:spacing w:after="20" w:line="360" w:lineRule="auto"/>
              <w:rPr>
                <w:sz w:val="20"/>
                <w:szCs w:val="20"/>
              </w:rPr>
            </w:pPr>
            <w:r w:rsidRPr="001A29B0">
              <w:rPr>
                <w:b/>
                <w:sz w:val="20"/>
                <w:szCs w:val="20"/>
              </w:rPr>
              <w:t>1. Elektrikli gövde onarım ekipmanlarından beş tanesini maddeler hâlinde yazınız. (15 Puan)</w:t>
            </w:r>
          </w:p>
          <w:p w14:paraId="1575DD2C" w14:textId="77777777" w:rsidR="001A29B0" w:rsidRPr="001A29B0" w:rsidRDefault="00000000" w:rsidP="001A29B0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0"/>
                <w:szCs w:val="20"/>
              </w:rPr>
            </w:pPr>
            <w:r w:rsidRPr="001A29B0">
              <w:rPr>
                <w:sz w:val="20"/>
                <w:szCs w:val="20"/>
              </w:rPr>
              <w:t xml:space="preserve">Giyotin/sac kesme makinesi, </w:t>
            </w:r>
          </w:p>
          <w:p w14:paraId="0F580025" w14:textId="70A4FA31" w:rsidR="001A29B0" w:rsidRPr="001A29B0" w:rsidRDefault="001A29B0" w:rsidP="001A29B0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0"/>
                <w:szCs w:val="20"/>
              </w:rPr>
            </w:pPr>
            <w:r w:rsidRPr="001A29B0">
              <w:rPr>
                <w:sz w:val="20"/>
                <w:szCs w:val="20"/>
              </w:rPr>
              <w:t xml:space="preserve">Döner </w:t>
            </w:r>
            <w:proofErr w:type="spellStart"/>
            <w:r w:rsidR="00000000" w:rsidRPr="001A29B0">
              <w:rPr>
                <w:sz w:val="20"/>
                <w:szCs w:val="20"/>
              </w:rPr>
              <w:t>testere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, </w:t>
            </w:r>
          </w:p>
          <w:p w14:paraId="2C0AF8CD" w14:textId="38CC6F02" w:rsidR="001A29B0" w:rsidRPr="001A29B0" w:rsidRDefault="001A29B0" w:rsidP="001A29B0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1A29B0">
              <w:rPr>
                <w:sz w:val="20"/>
                <w:szCs w:val="20"/>
              </w:rPr>
              <w:t>Zımpara</w:t>
            </w:r>
            <w:proofErr w:type="spellEnd"/>
            <w:r w:rsidRPr="001A29B0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A29B0">
              <w:rPr>
                <w:sz w:val="20"/>
                <w:szCs w:val="20"/>
              </w:rPr>
              <w:t>makinesi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, </w:t>
            </w:r>
          </w:p>
          <w:p w14:paraId="247EF111" w14:textId="37FB38C2" w:rsidR="001A29B0" w:rsidRPr="001A29B0" w:rsidRDefault="001A29B0" w:rsidP="001A29B0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0"/>
                <w:szCs w:val="20"/>
              </w:rPr>
            </w:pPr>
            <w:r w:rsidRPr="001A29B0">
              <w:rPr>
                <w:sz w:val="20"/>
                <w:szCs w:val="20"/>
              </w:rPr>
              <w:t xml:space="preserve">Kuru </w:t>
            </w:r>
            <w:proofErr w:type="spellStart"/>
            <w:r w:rsidR="00000000" w:rsidRPr="001A29B0">
              <w:rPr>
                <w:sz w:val="20"/>
                <w:szCs w:val="20"/>
              </w:rPr>
              <w:t>zımpara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A29B0">
              <w:rPr>
                <w:sz w:val="20"/>
                <w:szCs w:val="20"/>
              </w:rPr>
              <w:t>toz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A29B0">
              <w:rPr>
                <w:sz w:val="20"/>
                <w:szCs w:val="20"/>
              </w:rPr>
              <w:t>emiş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A29B0">
              <w:rPr>
                <w:sz w:val="20"/>
                <w:szCs w:val="20"/>
              </w:rPr>
              <w:t>sistemi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, </w:t>
            </w:r>
          </w:p>
          <w:p w14:paraId="667BBC78" w14:textId="63AE2EBB" w:rsidR="001A29B0" w:rsidRPr="001A29B0" w:rsidRDefault="001A29B0" w:rsidP="001A29B0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0"/>
                <w:szCs w:val="20"/>
              </w:rPr>
            </w:pPr>
            <w:r w:rsidRPr="001A29B0">
              <w:rPr>
                <w:sz w:val="20"/>
                <w:szCs w:val="20"/>
              </w:rPr>
              <w:t xml:space="preserve">Plastik </w:t>
            </w:r>
            <w:proofErr w:type="spellStart"/>
            <w:r w:rsidR="00000000" w:rsidRPr="001A29B0">
              <w:rPr>
                <w:sz w:val="20"/>
                <w:szCs w:val="20"/>
              </w:rPr>
              <w:t>kaynak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A29B0">
              <w:rPr>
                <w:sz w:val="20"/>
                <w:szCs w:val="20"/>
              </w:rPr>
              <w:t>makinesi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, </w:t>
            </w:r>
          </w:p>
          <w:p w14:paraId="213A0A76" w14:textId="3942AE2E" w:rsidR="001A29B0" w:rsidRPr="001A29B0" w:rsidRDefault="001A29B0" w:rsidP="001A29B0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1A29B0">
              <w:rPr>
                <w:sz w:val="20"/>
                <w:szCs w:val="20"/>
              </w:rPr>
              <w:t>Sıcak</w:t>
            </w:r>
            <w:proofErr w:type="spellEnd"/>
            <w:r w:rsidRPr="001A29B0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A29B0">
              <w:rPr>
                <w:sz w:val="20"/>
                <w:szCs w:val="20"/>
              </w:rPr>
              <w:t>hava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A29B0">
              <w:rPr>
                <w:sz w:val="20"/>
                <w:szCs w:val="20"/>
              </w:rPr>
              <w:t>üfleyicisi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, </w:t>
            </w:r>
          </w:p>
          <w:p w14:paraId="5D80F731" w14:textId="5D8FA238" w:rsidR="001A29B0" w:rsidRPr="001A29B0" w:rsidRDefault="001A29B0" w:rsidP="001A29B0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1A29B0">
              <w:rPr>
                <w:sz w:val="20"/>
                <w:szCs w:val="20"/>
              </w:rPr>
              <w:t>Plazma</w:t>
            </w:r>
            <w:proofErr w:type="spellEnd"/>
            <w:r w:rsidRPr="001A29B0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A29B0">
              <w:rPr>
                <w:sz w:val="20"/>
                <w:szCs w:val="20"/>
              </w:rPr>
              <w:t>kesme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A29B0">
              <w:rPr>
                <w:sz w:val="20"/>
                <w:szCs w:val="20"/>
              </w:rPr>
              <w:t>cihazı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, </w:t>
            </w:r>
          </w:p>
          <w:p w14:paraId="5BF64EE2" w14:textId="773A366D" w:rsidR="001A29B0" w:rsidRPr="001A29B0" w:rsidRDefault="001A29B0" w:rsidP="001A29B0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1A29B0">
              <w:rPr>
                <w:sz w:val="20"/>
                <w:szCs w:val="20"/>
              </w:rPr>
              <w:t>Indüksiyon</w:t>
            </w:r>
            <w:proofErr w:type="spellEnd"/>
            <w:r w:rsidRPr="001A29B0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A29B0">
              <w:rPr>
                <w:sz w:val="20"/>
                <w:szCs w:val="20"/>
              </w:rPr>
              <w:t>ısıtma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A29B0">
              <w:rPr>
                <w:sz w:val="20"/>
                <w:szCs w:val="20"/>
              </w:rPr>
              <w:t>cihazı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, </w:t>
            </w:r>
          </w:p>
          <w:p w14:paraId="1749F2FD" w14:textId="2C7A59E2" w:rsidR="001A29B0" w:rsidRPr="001A29B0" w:rsidRDefault="001A29B0" w:rsidP="001A29B0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0"/>
                <w:szCs w:val="20"/>
              </w:rPr>
            </w:pPr>
            <w:r w:rsidRPr="001A29B0">
              <w:rPr>
                <w:sz w:val="20"/>
                <w:szCs w:val="20"/>
              </w:rPr>
              <w:t xml:space="preserve">Spot </w:t>
            </w:r>
            <w:proofErr w:type="spellStart"/>
            <w:r w:rsidR="00000000" w:rsidRPr="001A29B0">
              <w:rPr>
                <w:sz w:val="20"/>
                <w:szCs w:val="20"/>
              </w:rPr>
              <w:t>hızlı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A29B0">
              <w:rPr>
                <w:sz w:val="20"/>
                <w:szCs w:val="20"/>
              </w:rPr>
              <w:t>çektirme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A29B0">
              <w:rPr>
                <w:sz w:val="20"/>
                <w:szCs w:val="20"/>
              </w:rPr>
              <w:t>cihazı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 </w:t>
            </w:r>
          </w:p>
          <w:p w14:paraId="11E3E438" w14:textId="101876BC" w:rsidR="00C50B3E" w:rsidRPr="001A29B0" w:rsidRDefault="001A29B0" w:rsidP="001A29B0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1A29B0">
              <w:rPr>
                <w:sz w:val="20"/>
                <w:szCs w:val="20"/>
              </w:rPr>
              <w:t>Liftler</w:t>
            </w:r>
            <w:proofErr w:type="spellEnd"/>
            <w:r w:rsidR="00000000" w:rsidRPr="001A29B0">
              <w:rPr>
                <w:sz w:val="20"/>
                <w:szCs w:val="20"/>
              </w:rPr>
              <w:t>.</w:t>
            </w:r>
          </w:p>
        </w:tc>
      </w:tr>
      <w:tr w:rsidR="00550877" w:rsidRPr="001A29B0" w14:paraId="73D20C0C" w14:textId="77777777">
        <w:trPr>
          <w:jc w:val="center"/>
        </w:trPr>
        <w:tc>
          <w:tcPr>
            <w:tcW w:w="10596" w:type="dxa"/>
          </w:tcPr>
          <w:p w14:paraId="7ACC6598" w14:textId="77777777" w:rsidR="00C50B3E" w:rsidRPr="001A29B0" w:rsidRDefault="00000000" w:rsidP="001A29B0">
            <w:pPr>
              <w:spacing w:after="20" w:line="360" w:lineRule="auto"/>
              <w:rPr>
                <w:sz w:val="20"/>
                <w:szCs w:val="20"/>
              </w:rPr>
            </w:pPr>
            <w:r w:rsidRPr="001A29B0">
              <w:rPr>
                <w:b/>
                <w:sz w:val="20"/>
                <w:szCs w:val="20"/>
              </w:rPr>
              <w:t>2. Hidrolik gövde onarım ekipmanlarından beş tanesini yazınız. (15 Puan)</w:t>
            </w:r>
          </w:p>
          <w:p w14:paraId="753624C9" w14:textId="77777777" w:rsidR="001A29B0" w:rsidRPr="001A29B0" w:rsidRDefault="00000000" w:rsidP="001A29B0">
            <w:pPr>
              <w:pStyle w:val="ListeParagraf"/>
              <w:numPr>
                <w:ilvl w:val="0"/>
                <w:numId w:val="14"/>
              </w:numPr>
              <w:spacing w:line="360" w:lineRule="auto"/>
              <w:rPr>
                <w:sz w:val="20"/>
                <w:szCs w:val="20"/>
              </w:rPr>
            </w:pPr>
            <w:r w:rsidRPr="001A29B0">
              <w:rPr>
                <w:sz w:val="20"/>
                <w:szCs w:val="20"/>
              </w:rPr>
              <w:t xml:space="preserve">Bilgisayarlı şasi ölçüm sistemi ve avadanlıkları, </w:t>
            </w:r>
          </w:p>
          <w:p w14:paraId="38EC2C02" w14:textId="2DFD2E3F" w:rsidR="001A29B0" w:rsidRPr="001A29B0" w:rsidRDefault="001A29B0" w:rsidP="001A29B0">
            <w:pPr>
              <w:pStyle w:val="ListeParagraf"/>
              <w:numPr>
                <w:ilvl w:val="0"/>
                <w:numId w:val="14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1A29B0">
              <w:rPr>
                <w:sz w:val="20"/>
                <w:szCs w:val="20"/>
              </w:rPr>
              <w:t>Şasi</w:t>
            </w:r>
            <w:proofErr w:type="spellEnd"/>
            <w:r w:rsidR="00000000" w:rsidRPr="001A29B0">
              <w:rPr>
                <w:sz w:val="20"/>
                <w:szCs w:val="20"/>
              </w:rPr>
              <w:t>/</w:t>
            </w:r>
            <w:proofErr w:type="spellStart"/>
            <w:r w:rsidR="00000000" w:rsidRPr="001A29B0">
              <w:rPr>
                <w:sz w:val="20"/>
                <w:szCs w:val="20"/>
              </w:rPr>
              <w:t>gövde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A29B0">
              <w:rPr>
                <w:sz w:val="20"/>
                <w:szCs w:val="20"/>
              </w:rPr>
              <w:t>düzeltme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A29B0">
              <w:rPr>
                <w:sz w:val="20"/>
                <w:szCs w:val="20"/>
              </w:rPr>
              <w:t>tezgâhı</w:t>
            </w:r>
            <w:proofErr w:type="spellEnd"/>
            <w:r w:rsidR="00000000" w:rsidRPr="001A29B0">
              <w:rPr>
                <w:sz w:val="20"/>
                <w:szCs w:val="20"/>
              </w:rPr>
              <w:t>,</w:t>
            </w:r>
          </w:p>
          <w:p w14:paraId="2D395D25" w14:textId="16C6963B" w:rsidR="001A29B0" w:rsidRPr="001A29B0" w:rsidRDefault="001A29B0" w:rsidP="001A29B0">
            <w:pPr>
              <w:pStyle w:val="ListeParagraf"/>
              <w:numPr>
                <w:ilvl w:val="0"/>
                <w:numId w:val="14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1A29B0">
              <w:rPr>
                <w:sz w:val="20"/>
                <w:szCs w:val="20"/>
              </w:rPr>
              <w:t>Şişe</w:t>
            </w:r>
            <w:proofErr w:type="spellEnd"/>
            <w:r w:rsidRPr="001A29B0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A29B0">
              <w:rPr>
                <w:sz w:val="20"/>
                <w:szCs w:val="20"/>
              </w:rPr>
              <w:t>kriko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, </w:t>
            </w:r>
          </w:p>
          <w:p w14:paraId="3A080B76" w14:textId="113EF53F" w:rsidR="001A29B0" w:rsidRPr="001A29B0" w:rsidRDefault="001A29B0" w:rsidP="001A29B0">
            <w:pPr>
              <w:pStyle w:val="ListeParagraf"/>
              <w:numPr>
                <w:ilvl w:val="0"/>
                <w:numId w:val="14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1A29B0">
              <w:rPr>
                <w:sz w:val="20"/>
                <w:szCs w:val="20"/>
              </w:rPr>
              <w:t>Itme</w:t>
            </w:r>
            <w:proofErr w:type="spellEnd"/>
            <w:r w:rsidRPr="001A29B0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A29B0">
              <w:rPr>
                <w:sz w:val="20"/>
                <w:szCs w:val="20"/>
              </w:rPr>
              <w:t>pistonu</w:t>
            </w:r>
            <w:proofErr w:type="spellEnd"/>
            <w:r w:rsidR="00000000" w:rsidRPr="001A29B0">
              <w:rPr>
                <w:sz w:val="20"/>
                <w:szCs w:val="20"/>
              </w:rPr>
              <w:t xml:space="preserve"> </w:t>
            </w:r>
          </w:p>
          <w:p w14:paraId="0E627FEB" w14:textId="0B2679F6" w:rsidR="00C50B3E" w:rsidRPr="001A29B0" w:rsidRDefault="001A29B0" w:rsidP="001A29B0">
            <w:pPr>
              <w:pStyle w:val="ListeParagraf"/>
              <w:numPr>
                <w:ilvl w:val="0"/>
                <w:numId w:val="14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1A29B0">
              <w:rPr>
                <w:sz w:val="20"/>
                <w:szCs w:val="20"/>
              </w:rPr>
              <w:t>Arabalı</w:t>
            </w:r>
            <w:proofErr w:type="spellEnd"/>
            <w:r w:rsidRPr="001A29B0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A29B0">
              <w:rPr>
                <w:sz w:val="20"/>
                <w:szCs w:val="20"/>
              </w:rPr>
              <w:t>kriko</w:t>
            </w:r>
            <w:proofErr w:type="spellEnd"/>
            <w:r w:rsidR="00000000" w:rsidRPr="001A29B0">
              <w:rPr>
                <w:sz w:val="20"/>
                <w:szCs w:val="20"/>
              </w:rPr>
              <w:t>.</w:t>
            </w:r>
          </w:p>
        </w:tc>
      </w:tr>
      <w:tr w:rsidR="00550877" w:rsidRPr="001A29B0" w14:paraId="7AD243B6" w14:textId="77777777">
        <w:trPr>
          <w:jc w:val="center"/>
        </w:trPr>
        <w:tc>
          <w:tcPr>
            <w:tcW w:w="10596" w:type="dxa"/>
          </w:tcPr>
          <w:p w14:paraId="5C25129B" w14:textId="77777777" w:rsidR="00C50B3E" w:rsidRPr="001A29B0" w:rsidRDefault="00000000" w:rsidP="001A29B0">
            <w:pPr>
              <w:spacing w:after="20" w:line="360" w:lineRule="auto"/>
              <w:rPr>
                <w:sz w:val="20"/>
                <w:szCs w:val="20"/>
              </w:rPr>
            </w:pPr>
            <w:r w:rsidRPr="001A29B0">
              <w:rPr>
                <w:b/>
                <w:sz w:val="20"/>
                <w:szCs w:val="20"/>
              </w:rPr>
              <w:t>3. Plastik kaynak makinesinin otomotiv gövde onarımındaki görevi nedir? (10 Puan)</w:t>
            </w:r>
          </w:p>
          <w:p w14:paraId="1547B408" w14:textId="77777777" w:rsidR="00C50B3E" w:rsidRPr="001A29B0" w:rsidRDefault="00000000" w:rsidP="001A29B0">
            <w:pPr>
              <w:spacing w:line="360" w:lineRule="auto"/>
              <w:rPr>
                <w:sz w:val="20"/>
                <w:szCs w:val="20"/>
              </w:rPr>
            </w:pPr>
            <w:r w:rsidRPr="001A29B0">
              <w:rPr>
                <w:sz w:val="20"/>
                <w:szCs w:val="20"/>
              </w:rPr>
              <w:t>Uygun plastik gövde parçaları ve tamponlardaki hasarların kaynak yöntemiyle onarılmasında kullanılır.</w:t>
            </w:r>
          </w:p>
        </w:tc>
      </w:tr>
      <w:tr w:rsidR="00550877" w:rsidRPr="001A29B0" w14:paraId="47A63D6A" w14:textId="77777777">
        <w:trPr>
          <w:jc w:val="center"/>
        </w:trPr>
        <w:tc>
          <w:tcPr>
            <w:tcW w:w="10596" w:type="dxa"/>
          </w:tcPr>
          <w:p w14:paraId="6F7C8EC8" w14:textId="77777777" w:rsidR="00C50B3E" w:rsidRPr="001A29B0" w:rsidRDefault="00000000" w:rsidP="001A29B0">
            <w:pPr>
              <w:spacing w:after="20" w:line="360" w:lineRule="auto"/>
              <w:rPr>
                <w:sz w:val="20"/>
                <w:szCs w:val="20"/>
              </w:rPr>
            </w:pPr>
            <w:r w:rsidRPr="001A29B0">
              <w:rPr>
                <w:b/>
                <w:sz w:val="20"/>
                <w:szCs w:val="20"/>
              </w:rPr>
              <w:t>4. Spot hızlı çektirme cihazı ne amaçla kullanılır? (10 Puan)</w:t>
            </w:r>
          </w:p>
          <w:p w14:paraId="187E7DA1" w14:textId="77777777" w:rsidR="00C50B3E" w:rsidRPr="001A29B0" w:rsidRDefault="00000000" w:rsidP="001A29B0">
            <w:pPr>
              <w:spacing w:line="360" w:lineRule="auto"/>
              <w:rPr>
                <w:sz w:val="20"/>
                <w:szCs w:val="20"/>
              </w:rPr>
            </w:pPr>
            <w:r w:rsidRPr="001A29B0">
              <w:rPr>
                <w:sz w:val="20"/>
                <w:szCs w:val="20"/>
              </w:rPr>
              <w:t>Gövde sacındaki uygun göçük ve ezilmeleri sac yüzeyine bağlantı yaparak dışarı doğru çekip düzeltmek için kullanılır.</w:t>
            </w:r>
          </w:p>
        </w:tc>
      </w:tr>
      <w:tr w:rsidR="00550877" w:rsidRPr="001A29B0" w14:paraId="036C45A5" w14:textId="77777777">
        <w:trPr>
          <w:jc w:val="center"/>
        </w:trPr>
        <w:tc>
          <w:tcPr>
            <w:tcW w:w="10596" w:type="dxa"/>
          </w:tcPr>
          <w:p w14:paraId="4F8EE0A0" w14:textId="77777777" w:rsidR="00C50B3E" w:rsidRPr="001A29B0" w:rsidRDefault="00000000" w:rsidP="001A29B0">
            <w:pPr>
              <w:spacing w:after="20" w:line="360" w:lineRule="auto"/>
              <w:rPr>
                <w:sz w:val="20"/>
                <w:szCs w:val="20"/>
              </w:rPr>
            </w:pPr>
            <w:r w:rsidRPr="001A29B0">
              <w:rPr>
                <w:b/>
                <w:sz w:val="20"/>
                <w:szCs w:val="20"/>
              </w:rPr>
              <w:t>5. Bilgisayarlı şasi ölçüm sisteminin görevi nedir? (10 Puan)</w:t>
            </w:r>
          </w:p>
          <w:p w14:paraId="374C4127" w14:textId="77777777" w:rsidR="00C50B3E" w:rsidRPr="001A29B0" w:rsidRDefault="00000000" w:rsidP="001A29B0">
            <w:pPr>
              <w:spacing w:line="360" w:lineRule="auto"/>
              <w:rPr>
                <w:sz w:val="20"/>
                <w:szCs w:val="20"/>
              </w:rPr>
            </w:pPr>
            <w:r w:rsidRPr="001A29B0">
              <w:rPr>
                <w:sz w:val="20"/>
                <w:szCs w:val="20"/>
              </w:rPr>
              <w:t>Araç şasi ve gövdesindeki ölçü ve konum sapmalarını üretici ölçülerine göre kontrol etmeye yardımcı olmaktır.</w:t>
            </w:r>
          </w:p>
        </w:tc>
      </w:tr>
      <w:tr w:rsidR="00550877" w:rsidRPr="001A29B0" w14:paraId="1F672D4C" w14:textId="77777777">
        <w:trPr>
          <w:jc w:val="center"/>
        </w:trPr>
        <w:tc>
          <w:tcPr>
            <w:tcW w:w="10596" w:type="dxa"/>
          </w:tcPr>
          <w:p w14:paraId="6BB88190" w14:textId="77777777" w:rsidR="00C50B3E" w:rsidRPr="001A29B0" w:rsidRDefault="00000000" w:rsidP="001A29B0">
            <w:pPr>
              <w:spacing w:after="20" w:line="360" w:lineRule="auto"/>
              <w:rPr>
                <w:sz w:val="20"/>
                <w:szCs w:val="20"/>
              </w:rPr>
            </w:pPr>
            <w:r w:rsidRPr="001A29B0">
              <w:rPr>
                <w:b/>
                <w:sz w:val="20"/>
                <w:szCs w:val="20"/>
              </w:rPr>
              <w:t>6. Delik açma ve kenet yapma pensesinin görevi nedir? (10 Puan)</w:t>
            </w:r>
          </w:p>
          <w:p w14:paraId="204F5B1D" w14:textId="77777777" w:rsidR="00C50B3E" w:rsidRPr="001A29B0" w:rsidRDefault="00000000" w:rsidP="001A29B0">
            <w:pPr>
              <w:spacing w:line="360" w:lineRule="auto"/>
              <w:rPr>
                <w:sz w:val="20"/>
                <w:szCs w:val="20"/>
              </w:rPr>
            </w:pPr>
            <w:r w:rsidRPr="001A29B0">
              <w:rPr>
                <w:sz w:val="20"/>
                <w:szCs w:val="20"/>
              </w:rPr>
              <w:t>Sac üzerinde birleştirme için delik açmak ve sac kenarında kenet/basamak oluşturmak için kullanılır.</w:t>
            </w:r>
          </w:p>
        </w:tc>
      </w:tr>
      <w:tr w:rsidR="00550877" w:rsidRPr="001A29B0" w14:paraId="0C808C23" w14:textId="77777777">
        <w:trPr>
          <w:jc w:val="center"/>
        </w:trPr>
        <w:tc>
          <w:tcPr>
            <w:tcW w:w="10596" w:type="dxa"/>
          </w:tcPr>
          <w:p w14:paraId="54417435" w14:textId="77777777" w:rsidR="00C50B3E" w:rsidRPr="001A29B0" w:rsidRDefault="00000000" w:rsidP="001A29B0">
            <w:pPr>
              <w:spacing w:after="20" w:line="360" w:lineRule="auto"/>
              <w:rPr>
                <w:sz w:val="20"/>
                <w:szCs w:val="20"/>
              </w:rPr>
            </w:pPr>
            <w:r w:rsidRPr="001A29B0">
              <w:rPr>
                <w:b/>
                <w:sz w:val="20"/>
                <w:szCs w:val="20"/>
              </w:rPr>
              <w:t>7. Araç gövdesini kaldırmak için kullanılan hidrolik ekipmanlardan birine .................... denir. (10 Puan)</w:t>
            </w:r>
          </w:p>
          <w:p w14:paraId="6E13E68C" w14:textId="77777777" w:rsidR="00C50B3E" w:rsidRPr="001A29B0" w:rsidRDefault="00000000" w:rsidP="001A29B0">
            <w:pPr>
              <w:spacing w:line="360" w:lineRule="auto"/>
              <w:rPr>
                <w:sz w:val="20"/>
                <w:szCs w:val="20"/>
              </w:rPr>
            </w:pPr>
            <w:r w:rsidRPr="001A29B0">
              <w:rPr>
                <w:sz w:val="20"/>
                <w:szCs w:val="20"/>
              </w:rPr>
              <w:t>kriko</w:t>
            </w:r>
          </w:p>
        </w:tc>
      </w:tr>
      <w:tr w:rsidR="00550877" w:rsidRPr="001A29B0" w14:paraId="3F2D413A" w14:textId="77777777">
        <w:trPr>
          <w:jc w:val="center"/>
        </w:trPr>
        <w:tc>
          <w:tcPr>
            <w:tcW w:w="10596" w:type="dxa"/>
          </w:tcPr>
          <w:p w14:paraId="3A8CD72F" w14:textId="77777777" w:rsidR="00C50B3E" w:rsidRPr="001A29B0" w:rsidRDefault="00000000" w:rsidP="001A29B0">
            <w:pPr>
              <w:spacing w:after="20" w:line="360" w:lineRule="auto"/>
              <w:rPr>
                <w:sz w:val="20"/>
                <w:szCs w:val="20"/>
              </w:rPr>
            </w:pPr>
            <w:r w:rsidRPr="001A29B0">
              <w:rPr>
                <w:b/>
                <w:sz w:val="20"/>
                <w:szCs w:val="20"/>
              </w:rPr>
              <w:t>8. Kapı sacı kenarlarını bükmede kullanılan el aletine .................... denir. (10 Puan)</w:t>
            </w:r>
          </w:p>
          <w:p w14:paraId="4827EFF4" w14:textId="77777777" w:rsidR="00C50B3E" w:rsidRPr="001A29B0" w:rsidRDefault="00000000" w:rsidP="001A29B0">
            <w:pPr>
              <w:spacing w:line="360" w:lineRule="auto"/>
              <w:rPr>
                <w:sz w:val="20"/>
                <w:szCs w:val="20"/>
              </w:rPr>
            </w:pPr>
            <w:r w:rsidRPr="001A29B0">
              <w:rPr>
                <w:sz w:val="20"/>
                <w:szCs w:val="20"/>
              </w:rPr>
              <w:t>kapı sacı bükme pensesi</w:t>
            </w:r>
          </w:p>
        </w:tc>
      </w:tr>
      <w:tr w:rsidR="00550877" w:rsidRPr="001A29B0" w14:paraId="7F603123" w14:textId="77777777">
        <w:trPr>
          <w:jc w:val="center"/>
        </w:trPr>
        <w:tc>
          <w:tcPr>
            <w:tcW w:w="10596" w:type="dxa"/>
          </w:tcPr>
          <w:p w14:paraId="462C22E4" w14:textId="77777777" w:rsidR="00C50B3E" w:rsidRPr="001A29B0" w:rsidRDefault="00000000" w:rsidP="001A29B0">
            <w:pPr>
              <w:spacing w:after="20" w:line="360" w:lineRule="auto"/>
              <w:rPr>
                <w:sz w:val="20"/>
                <w:szCs w:val="20"/>
              </w:rPr>
            </w:pPr>
            <w:r w:rsidRPr="001A29B0">
              <w:rPr>
                <w:b/>
                <w:sz w:val="20"/>
                <w:szCs w:val="20"/>
              </w:rPr>
              <w:t xml:space="preserve">9. </w:t>
            </w:r>
            <w:proofErr w:type="gramStart"/>
            <w:r w:rsidRPr="001A29B0">
              <w:rPr>
                <w:b/>
                <w:sz w:val="20"/>
                <w:szCs w:val="20"/>
              </w:rPr>
              <w:t xml:space="preserve">(  </w:t>
            </w:r>
            <w:proofErr w:type="gramEnd"/>
            <w:r w:rsidRPr="001A29B0">
              <w:rPr>
                <w:b/>
                <w:sz w:val="20"/>
                <w:szCs w:val="20"/>
              </w:rPr>
              <w:t xml:space="preserve"> ) Bilgisayarlı şasi ölçüm sistemi, gövde ve şasideki ölçü sapmalarının kontrolünde kullanılır. (5 Puan)</w:t>
            </w:r>
          </w:p>
          <w:p w14:paraId="26434FFC" w14:textId="77777777" w:rsidR="00C50B3E" w:rsidRPr="001A29B0" w:rsidRDefault="00000000" w:rsidP="001A29B0">
            <w:pPr>
              <w:spacing w:line="360" w:lineRule="auto"/>
              <w:rPr>
                <w:sz w:val="20"/>
                <w:szCs w:val="20"/>
              </w:rPr>
            </w:pPr>
            <w:r w:rsidRPr="001A29B0">
              <w:rPr>
                <w:sz w:val="20"/>
                <w:szCs w:val="20"/>
              </w:rPr>
              <w:t>Doğru</w:t>
            </w:r>
          </w:p>
        </w:tc>
      </w:tr>
      <w:tr w:rsidR="00550877" w:rsidRPr="001A29B0" w14:paraId="182960DB" w14:textId="77777777">
        <w:trPr>
          <w:jc w:val="center"/>
        </w:trPr>
        <w:tc>
          <w:tcPr>
            <w:tcW w:w="10596" w:type="dxa"/>
          </w:tcPr>
          <w:p w14:paraId="284A0D91" w14:textId="77777777" w:rsidR="00C50B3E" w:rsidRPr="001A29B0" w:rsidRDefault="00000000" w:rsidP="001A29B0">
            <w:pPr>
              <w:spacing w:after="20" w:line="360" w:lineRule="auto"/>
              <w:rPr>
                <w:sz w:val="20"/>
                <w:szCs w:val="20"/>
              </w:rPr>
            </w:pPr>
            <w:r w:rsidRPr="001A29B0">
              <w:rPr>
                <w:b/>
                <w:sz w:val="20"/>
                <w:szCs w:val="20"/>
              </w:rPr>
              <w:t xml:space="preserve">10. </w:t>
            </w:r>
            <w:proofErr w:type="gramStart"/>
            <w:r w:rsidRPr="001A29B0">
              <w:rPr>
                <w:b/>
                <w:sz w:val="20"/>
                <w:szCs w:val="20"/>
              </w:rPr>
              <w:t xml:space="preserve">(  </w:t>
            </w:r>
            <w:proofErr w:type="gramEnd"/>
            <w:r w:rsidRPr="001A29B0">
              <w:rPr>
                <w:b/>
                <w:sz w:val="20"/>
                <w:szCs w:val="20"/>
              </w:rPr>
              <w:t xml:space="preserve"> ) Plazma kesme cihazının temel görevi araç camını sökmektir. (5 Puan)</w:t>
            </w:r>
          </w:p>
          <w:p w14:paraId="3BF74546" w14:textId="77777777" w:rsidR="00C50B3E" w:rsidRPr="001A29B0" w:rsidRDefault="00000000" w:rsidP="001A29B0">
            <w:pPr>
              <w:spacing w:line="360" w:lineRule="auto"/>
              <w:rPr>
                <w:sz w:val="20"/>
                <w:szCs w:val="20"/>
              </w:rPr>
            </w:pPr>
            <w:r w:rsidRPr="001A29B0">
              <w:rPr>
                <w:sz w:val="20"/>
                <w:szCs w:val="20"/>
              </w:rPr>
              <w:t>Yanlış</w:t>
            </w:r>
          </w:p>
        </w:tc>
      </w:tr>
    </w:tbl>
    <w:p w14:paraId="06755D8C" w14:textId="77777777" w:rsidR="00DF3F4A" w:rsidRPr="001A29B0" w:rsidRDefault="00DF3F4A">
      <w:pPr>
        <w:rPr>
          <w:sz w:val="20"/>
          <w:szCs w:val="20"/>
        </w:rPr>
      </w:pPr>
    </w:p>
    <w:sectPr w:rsidR="00DF3F4A" w:rsidRPr="001A29B0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0D5418"/>
    <w:multiLevelType w:val="hybridMultilevel"/>
    <w:tmpl w:val="A9E8DBA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954870"/>
    <w:multiLevelType w:val="hybridMultilevel"/>
    <w:tmpl w:val="61BCDE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1"/>
  </w:num>
  <w:num w:numId="11" w16cid:durableId="549151816">
    <w:abstractNumId w:val="13"/>
  </w:num>
  <w:num w:numId="12" w16cid:durableId="184753285">
    <w:abstractNumId w:val="10"/>
  </w:num>
  <w:num w:numId="13" w16cid:durableId="1229267095">
    <w:abstractNumId w:val="12"/>
  </w:num>
  <w:num w:numId="14" w16cid:durableId="20608616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1A29B0"/>
    <w:rsid w:val="0029639D"/>
    <w:rsid w:val="002D6A66"/>
    <w:rsid w:val="00326F90"/>
    <w:rsid w:val="004D19F5"/>
    <w:rsid w:val="00550877"/>
    <w:rsid w:val="00595F84"/>
    <w:rsid w:val="006032C4"/>
    <w:rsid w:val="00706113"/>
    <w:rsid w:val="00AA1D8D"/>
    <w:rsid w:val="00B47730"/>
    <w:rsid w:val="00C50B3E"/>
    <w:rsid w:val="00CB0664"/>
    <w:rsid w:val="00DA68DD"/>
    <w:rsid w:val="00DF3F4A"/>
    <w:rsid w:val="00F53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F326AE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6</cp:revision>
  <dcterms:created xsi:type="dcterms:W3CDTF">2013-12-23T23:15:00Z</dcterms:created>
  <dcterms:modified xsi:type="dcterms:W3CDTF">2026-09-12T19:52:00Z</dcterms:modified>
  <cp:category/>
</cp:coreProperties>
</file>