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FA0C0" w14:textId="77777777" w:rsidR="008E5397" w:rsidRPr="004D1052" w:rsidRDefault="00000000">
      <w:pPr>
        <w:jc w:val="center"/>
        <w:rPr>
          <w:sz w:val="24"/>
          <w:szCs w:val="24"/>
        </w:rPr>
      </w:pPr>
      <w:r w:rsidRPr="004D1052">
        <w:rPr>
          <w:b/>
          <w:sz w:val="24"/>
          <w:szCs w:val="24"/>
        </w:rPr>
        <w:t>YAHŞİHAN MESLEKİ EĞİTİM MERKEZİ</w:t>
      </w:r>
    </w:p>
    <w:p w14:paraId="3BD6D7B7" w14:textId="77777777" w:rsidR="008E5397" w:rsidRPr="004D1052" w:rsidRDefault="00000000">
      <w:pPr>
        <w:jc w:val="center"/>
        <w:rPr>
          <w:sz w:val="24"/>
          <w:szCs w:val="24"/>
        </w:rPr>
      </w:pPr>
      <w:r w:rsidRPr="004D1052">
        <w:rPr>
          <w:b/>
          <w:sz w:val="24"/>
          <w:szCs w:val="24"/>
        </w:rPr>
        <w:t>2026/2027 EĞİTİM ÖĞRETİM YILI MOTORLU ARAÇLAR TEKNOLOJİSİ ALANI</w:t>
      </w:r>
    </w:p>
    <w:p w14:paraId="3C1E6BE3" w14:textId="77777777" w:rsidR="008E5397" w:rsidRPr="004D1052" w:rsidRDefault="00000000">
      <w:pPr>
        <w:jc w:val="center"/>
        <w:rPr>
          <w:sz w:val="24"/>
          <w:szCs w:val="24"/>
        </w:rPr>
      </w:pPr>
      <w:r w:rsidRPr="004D1052">
        <w:rPr>
          <w:b/>
          <w:sz w:val="24"/>
          <w:szCs w:val="24"/>
        </w:rPr>
        <w:t>OTOMOTİV TEMEL BOYA DERSİ 2. DÖNEM 1. YAZILI SINAVI - A GRUBU</w:t>
      </w:r>
    </w:p>
    <w:p w14:paraId="761DA639" w14:textId="77777777" w:rsidR="008E5397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6A7ED2D7" w14:textId="77777777" w:rsidR="008E5397" w:rsidRDefault="00000000" w:rsidP="004D1052">
      <w:pPr>
        <w:spacing w:line="360" w:lineRule="auto"/>
        <w:jc w:val="center"/>
      </w:pPr>
      <w:r>
        <w:rPr>
          <w:b/>
          <w:sz w:val="22"/>
        </w:rPr>
        <w:t>SORULAR</w:t>
      </w:r>
    </w:p>
    <w:p w14:paraId="1E6B5EF2" w14:textId="77777777" w:rsidR="008E5397" w:rsidRPr="004D1052" w:rsidRDefault="00000000" w:rsidP="004D1052">
      <w:pPr>
        <w:spacing w:after="60" w:line="360" w:lineRule="auto"/>
        <w:rPr>
          <w:bCs/>
        </w:rPr>
      </w:pPr>
      <w:r w:rsidRPr="004D1052">
        <w:rPr>
          <w:b/>
        </w:rPr>
        <w:t>1.</w:t>
      </w:r>
      <w:r w:rsidRPr="004D1052">
        <w:rPr>
          <w:bCs/>
        </w:rPr>
        <w:t xml:space="preserve"> Boya tabancasının temel görevi nedir? (10 Puan)</w:t>
      </w:r>
    </w:p>
    <w:p w14:paraId="098FF383" w14:textId="21B7F51F" w:rsidR="008E5397" w:rsidRPr="004D1052" w:rsidRDefault="00000000" w:rsidP="004D1052">
      <w:pPr>
        <w:spacing w:after="40" w:line="360" w:lineRule="auto"/>
        <w:rPr>
          <w:bCs/>
        </w:rPr>
      </w:pPr>
      <w:r w:rsidRPr="004D1052">
        <w:rPr>
          <w:b/>
        </w:rPr>
        <w:t>2.</w:t>
      </w:r>
      <w:r w:rsidRPr="004D1052">
        <w:rPr>
          <w:bCs/>
        </w:rPr>
        <w:t xml:space="preserve"> Boya tabancasında hava basıncı neden ayarlanır? (10 Puan)</w:t>
      </w:r>
    </w:p>
    <w:p w14:paraId="585A6407" w14:textId="294366DA" w:rsidR="008E5397" w:rsidRPr="004D1052" w:rsidRDefault="00000000" w:rsidP="004D1052">
      <w:pPr>
        <w:spacing w:after="40" w:line="360" w:lineRule="auto"/>
        <w:rPr>
          <w:bCs/>
        </w:rPr>
      </w:pPr>
      <w:r w:rsidRPr="004D1052">
        <w:rPr>
          <w:b/>
        </w:rPr>
        <w:t>3.</w:t>
      </w:r>
      <w:r w:rsidRPr="004D1052">
        <w:rPr>
          <w:bCs/>
        </w:rPr>
        <w:t xml:space="preserve"> Boya tabancasında yelpaze ayarı neyi belirler? (10 Puan)</w:t>
      </w:r>
    </w:p>
    <w:p w14:paraId="36FE88EE" w14:textId="19CD82B4" w:rsidR="008E5397" w:rsidRPr="004D1052" w:rsidRDefault="00000000" w:rsidP="004D1052">
      <w:pPr>
        <w:spacing w:after="40" w:line="360" w:lineRule="auto"/>
        <w:rPr>
          <w:bCs/>
        </w:rPr>
      </w:pPr>
      <w:r w:rsidRPr="004D1052">
        <w:rPr>
          <w:b/>
        </w:rPr>
        <w:t>4.</w:t>
      </w:r>
      <w:r w:rsidRPr="004D1052">
        <w:rPr>
          <w:bCs/>
        </w:rPr>
        <w:t xml:space="preserve"> Boya tabancası neden temiz tutulmalıdır? (10 Puan)</w:t>
      </w:r>
    </w:p>
    <w:p w14:paraId="3C15FFBC" w14:textId="7C1BEE22" w:rsidR="008E5397" w:rsidRPr="004D1052" w:rsidRDefault="00000000" w:rsidP="004D1052">
      <w:pPr>
        <w:spacing w:after="40" w:line="360" w:lineRule="auto"/>
        <w:rPr>
          <w:bCs/>
        </w:rPr>
      </w:pPr>
      <w:r w:rsidRPr="004D1052">
        <w:rPr>
          <w:b/>
        </w:rPr>
        <w:t>5.</w:t>
      </w:r>
      <w:r w:rsidRPr="004D1052">
        <w:rPr>
          <w:bCs/>
        </w:rPr>
        <w:t xml:space="preserve"> Astar boya kabininin temel görevi nedir? (10 Puan)</w:t>
      </w:r>
    </w:p>
    <w:p w14:paraId="3D0EE23F" w14:textId="568B77C6" w:rsidR="008E5397" w:rsidRPr="004D1052" w:rsidRDefault="00000000" w:rsidP="004D1052">
      <w:pPr>
        <w:spacing w:after="40" w:line="360" w:lineRule="auto"/>
        <w:rPr>
          <w:bCs/>
        </w:rPr>
      </w:pPr>
      <w:r w:rsidRPr="004D1052">
        <w:rPr>
          <w:b/>
        </w:rPr>
        <w:t>6.</w:t>
      </w:r>
      <w:r w:rsidRPr="004D1052">
        <w:rPr>
          <w:bCs/>
        </w:rPr>
        <w:t xml:space="preserve"> Boya kabininde filtrelerin görevi nedir? (10 Puan)</w:t>
      </w:r>
    </w:p>
    <w:p w14:paraId="4D4B3F4B" w14:textId="3F7ED6A6" w:rsidR="008E5397" w:rsidRPr="004D1052" w:rsidRDefault="00000000" w:rsidP="004D1052">
      <w:pPr>
        <w:spacing w:after="40" w:line="360" w:lineRule="auto"/>
        <w:rPr>
          <w:bCs/>
        </w:rPr>
      </w:pPr>
      <w:r w:rsidRPr="004D1052">
        <w:rPr>
          <w:b/>
        </w:rPr>
        <w:t>7.</w:t>
      </w:r>
      <w:r w:rsidRPr="004D1052">
        <w:rPr>
          <w:bCs/>
        </w:rPr>
        <w:t xml:space="preserve"> Boya kabininde havalandırma neden önemlidir? (10 Puan)</w:t>
      </w:r>
    </w:p>
    <w:p w14:paraId="4516EC8F" w14:textId="7FFD7179" w:rsidR="008E5397" w:rsidRPr="004D1052" w:rsidRDefault="00000000" w:rsidP="004D1052">
      <w:pPr>
        <w:spacing w:after="40" w:line="360" w:lineRule="auto"/>
        <w:rPr>
          <w:bCs/>
        </w:rPr>
      </w:pPr>
      <w:r w:rsidRPr="004D1052">
        <w:rPr>
          <w:b/>
        </w:rPr>
        <w:t>8.</w:t>
      </w:r>
      <w:r w:rsidRPr="004D1052">
        <w:rPr>
          <w:bCs/>
        </w:rPr>
        <w:t xml:space="preserve"> Boya kurutma kabininin görevi nedir? (10 Puan)</w:t>
      </w:r>
    </w:p>
    <w:p w14:paraId="4EBFD2E5" w14:textId="38F720A0" w:rsidR="008E5397" w:rsidRPr="004D1052" w:rsidRDefault="00000000" w:rsidP="004D1052">
      <w:pPr>
        <w:spacing w:after="40" w:line="360" w:lineRule="auto"/>
        <w:rPr>
          <w:bCs/>
        </w:rPr>
      </w:pPr>
      <w:r w:rsidRPr="004D1052">
        <w:rPr>
          <w:b/>
        </w:rPr>
        <w:t>9.</w:t>
      </w:r>
      <w:r w:rsidRPr="004D1052">
        <w:rPr>
          <w:bCs/>
        </w:rPr>
        <w:t xml:space="preserve"> </w:t>
      </w:r>
      <w:r w:rsidR="004D1052" w:rsidRPr="004D1052">
        <w:rPr>
          <w:bCs/>
        </w:rPr>
        <w:t xml:space="preserve"> </w:t>
      </w:r>
      <w:proofErr w:type="spellStart"/>
      <w:r w:rsidRPr="004D1052">
        <w:rPr>
          <w:bCs/>
        </w:rPr>
        <w:t>Kurutma</w:t>
      </w:r>
      <w:proofErr w:type="spellEnd"/>
      <w:r w:rsidRPr="004D1052">
        <w:rPr>
          <w:bCs/>
        </w:rPr>
        <w:t xml:space="preserve"> </w:t>
      </w:r>
      <w:proofErr w:type="spellStart"/>
      <w:r w:rsidRPr="004D1052">
        <w:rPr>
          <w:bCs/>
        </w:rPr>
        <w:t>sıcaklığı</w:t>
      </w:r>
      <w:proofErr w:type="spellEnd"/>
      <w:r w:rsidRPr="004D1052">
        <w:rPr>
          <w:bCs/>
        </w:rPr>
        <w:t xml:space="preserve"> </w:t>
      </w:r>
      <w:proofErr w:type="spellStart"/>
      <w:r w:rsidRPr="004D1052">
        <w:rPr>
          <w:bCs/>
        </w:rPr>
        <w:t>neden</w:t>
      </w:r>
      <w:proofErr w:type="spellEnd"/>
      <w:r w:rsidRPr="004D1052">
        <w:rPr>
          <w:bCs/>
        </w:rPr>
        <w:t xml:space="preserve"> </w:t>
      </w:r>
      <w:proofErr w:type="spellStart"/>
      <w:r w:rsidRPr="004D1052">
        <w:rPr>
          <w:bCs/>
        </w:rPr>
        <w:t>doğru</w:t>
      </w:r>
      <w:proofErr w:type="spellEnd"/>
      <w:r w:rsidRPr="004D1052">
        <w:rPr>
          <w:bCs/>
        </w:rPr>
        <w:t xml:space="preserve"> </w:t>
      </w:r>
      <w:proofErr w:type="spellStart"/>
      <w:r w:rsidRPr="004D1052">
        <w:rPr>
          <w:bCs/>
        </w:rPr>
        <w:t>ayarlanmalıdır</w:t>
      </w:r>
      <w:proofErr w:type="spellEnd"/>
      <w:r w:rsidRPr="004D1052">
        <w:rPr>
          <w:bCs/>
        </w:rPr>
        <w:t>? (10 Puan)</w:t>
      </w:r>
    </w:p>
    <w:p w14:paraId="300A8584" w14:textId="77777777" w:rsidR="008E5397" w:rsidRPr="004D1052" w:rsidRDefault="00000000" w:rsidP="004D1052">
      <w:pPr>
        <w:spacing w:after="60" w:line="360" w:lineRule="auto"/>
        <w:rPr>
          <w:bCs/>
        </w:rPr>
      </w:pPr>
      <w:r w:rsidRPr="004D1052">
        <w:rPr>
          <w:b/>
        </w:rPr>
        <w:t>10.</w:t>
      </w:r>
      <w:r w:rsidRPr="004D1052">
        <w:rPr>
          <w:bCs/>
        </w:rPr>
        <w:t xml:space="preserve"> Kurutma işleminden önce parçada ne kontrol edilir? (10 Puan)</w:t>
      </w:r>
    </w:p>
    <w:p w14:paraId="193BAF12" w14:textId="65C700EA" w:rsidR="004D1052" w:rsidRDefault="004D1052" w:rsidP="004D1052">
      <w:pPr>
        <w:spacing w:after="60" w:line="360" w:lineRule="auto"/>
        <w:ind w:left="7200" w:firstLine="720"/>
      </w:pPr>
      <w:proofErr w:type="spellStart"/>
      <w:r>
        <w:t>Başarılar</w:t>
      </w:r>
      <w:proofErr w:type="spellEnd"/>
    </w:p>
    <w:p w14:paraId="1EB0E921" w14:textId="71E89AF1" w:rsidR="008E5397" w:rsidRDefault="00000000">
      <w:pPr>
        <w:spacing w:before="60"/>
      </w:pPr>
      <w:proofErr w:type="spellStart"/>
      <w:r>
        <w:rPr>
          <w:b/>
        </w:rPr>
        <w:t>Süre</w:t>
      </w:r>
      <w:proofErr w:type="spellEnd"/>
      <w:r>
        <w:rPr>
          <w:b/>
        </w:rPr>
        <w:t>: 40 Dk</w:t>
      </w:r>
      <w:r>
        <w:t xml:space="preserve">                                                                           </w:t>
      </w:r>
      <w:proofErr w:type="gramStart"/>
      <w:r w:rsidR="004D1052">
        <w:tab/>
      </w:r>
      <w:r w:rsidR="004D1052">
        <w:tab/>
      </w:r>
      <w:proofErr w:type="spellStart"/>
      <w:r>
        <w:t>Mot.Arç.Tekn</w:t>
      </w:r>
      <w:proofErr w:type="spellEnd"/>
      <w:proofErr w:type="gramEnd"/>
      <w:r>
        <w:t xml:space="preserve"> Öğrt Abdullah YANIK</w:t>
      </w:r>
    </w:p>
    <w:p w14:paraId="03EC581B" w14:textId="77777777" w:rsidR="008E5397" w:rsidRDefault="00000000">
      <w:r>
        <w:br w:type="page"/>
      </w:r>
    </w:p>
    <w:p w14:paraId="1CFCB15E" w14:textId="77777777" w:rsidR="008E5397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252D2769" w14:textId="77777777" w:rsidR="008E5397" w:rsidRDefault="00000000">
      <w:pPr>
        <w:jc w:val="center"/>
      </w:pPr>
      <w:r>
        <w:rPr>
          <w:b/>
        </w:rPr>
        <w:t>OTOMOTİV TEMEL BOYA - A GRUBU</w:t>
      </w:r>
    </w:p>
    <w:p w14:paraId="504DACD4" w14:textId="77777777" w:rsidR="008E5397" w:rsidRDefault="00000000" w:rsidP="004D1052">
      <w:pPr>
        <w:spacing w:after="80" w:line="360" w:lineRule="auto"/>
      </w:pPr>
      <w:r>
        <w:rPr>
          <w:b/>
        </w:rPr>
        <w:t xml:space="preserve">1. </w:t>
      </w:r>
      <w:r>
        <w:t>Boyayı atomize ederek yüzeye düzgün biçimde püskürtmektir.</w:t>
      </w:r>
    </w:p>
    <w:p w14:paraId="4EEC1802" w14:textId="77777777" w:rsidR="008E5397" w:rsidRDefault="00000000" w:rsidP="004D1052">
      <w:pPr>
        <w:spacing w:after="80" w:line="360" w:lineRule="auto"/>
      </w:pPr>
      <w:r>
        <w:rPr>
          <w:b/>
        </w:rPr>
        <w:t xml:space="preserve">2. </w:t>
      </w:r>
      <w:r>
        <w:t>Doğru atomizasyon ve düzgün boya dağılımı sağlamak için.</w:t>
      </w:r>
    </w:p>
    <w:p w14:paraId="5261DA25" w14:textId="77777777" w:rsidR="008E5397" w:rsidRDefault="00000000" w:rsidP="004D1052">
      <w:pPr>
        <w:spacing w:after="80" w:line="360" w:lineRule="auto"/>
      </w:pPr>
      <w:r>
        <w:rPr>
          <w:b/>
        </w:rPr>
        <w:t xml:space="preserve">3. </w:t>
      </w:r>
      <w:r>
        <w:t>Püskürtülen boyanın yüzey üzerindeki atım genişliğini ve şeklini belirler.</w:t>
      </w:r>
    </w:p>
    <w:p w14:paraId="0EFA99FB" w14:textId="77777777" w:rsidR="008E5397" w:rsidRDefault="00000000" w:rsidP="004D1052">
      <w:pPr>
        <w:spacing w:after="80" w:line="360" w:lineRule="auto"/>
      </w:pPr>
      <w:r>
        <w:rPr>
          <w:b/>
        </w:rPr>
        <w:t xml:space="preserve">4. </w:t>
      </w:r>
      <w:r>
        <w:t>Tıkanmayı, düzensiz püskürtmeyi ve boya kusurlarını önlemek için.</w:t>
      </w:r>
    </w:p>
    <w:p w14:paraId="3EF1F22C" w14:textId="77777777" w:rsidR="008E5397" w:rsidRDefault="00000000" w:rsidP="004D1052">
      <w:pPr>
        <w:spacing w:after="80" w:line="360" w:lineRule="auto"/>
      </w:pPr>
      <w:r>
        <w:rPr>
          <w:b/>
        </w:rPr>
        <w:t xml:space="preserve">5. </w:t>
      </w:r>
      <w:r>
        <w:t>Astar uygulaması için temiz, kontrollü ve havalandırılmış bir ortam sağlamaktır.</w:t>
      </w:r>
    </w:p>
    <w:p w14:paraId="62E46078" w14:textId="77777777" w:rsidR="008E5397" w:rsidRDefault="00000000" w:rsidP="004D1052">
      <w:pPr>
        <w:spacing w:after="80" w:line="360" w:lineRule="auto"/>
      </w:pPr>
      <w:r>
        <w:rPr>
          <w:b/>
        </w:rPr>
        <w:t xml:space="preserve">6. </w:t>
      </w:r>
      <w:r>
        <w:t>Havadaki toz ve kirleri tutarak temiz hava akışı sağlamaktır.</w:t>
      </w:r>
    </w:p>
    <w:p w14:paraId="6E55B74E" w14:textId="77777777" w:rsidR="008E5397" w:rsidRDefault="00000000" w:rsidP="004D1052">
      <w:pPr>
        <w:spacing w:after="80" w:line="360" w:lineRule="auto"/>
      </w:pPr>
      <w:r>
        <w:rPr>
          <w:b/>
        </w:rPr>
        <w:t xml:space="preserve">7. </w:t>
      </w:r>
      <w:r>
        <w:t>Boya buharını ve püskürtme sisini uzaklaştırmak, güvenli çalışma ortamı sağlamak için.</w:t>
      </w:r>
    </w:p>
    <w:p w14:paraId="696611C3" w14:textId="77777777" w:rsidR="008E5397" w:rsidRDefault="00000000" w:rsidP="004D1052">
      <w:pPr>
        <w:spacing w:after="80" w:line="360" w:lineRule="auto"/>
      </w:pPr>
      <w:r>
        <w:rPr>
          <w:b/>
        </w:rPr>
        <w:t xml:space="preserve">8. </w:t>
      </w:r>
      <w:r>
        <w:t>Boyalı parçanın uygun sıcaklık ve sürede kurumasını sağlamaktır.</w:t>
      </w:r>
    </w:p>
    <w:p w14:paraId="0BC44B5F" w14:textId="77777777" w:rsidR="008E5397" w:rsidRDefault="00000000" w:rsidP="004D1052">
      <w:pPr>
        <w:spacing w:after="80" w:line="360" w:lineRule="auto"/>
      </w:pPr>
      <w:r>
        <w:rPr>
          <w:b/>
        </w:rPr>
        <w:t xml:space="preserve">9. </w:t>
      </w:r>
      <w:r>
        <w:t>Boyanın üretici değerlerine uygun ve hatasız kuruması için.</w:t>
      </w:r>
    </w:p>
    <w:p w14:paraId="048C33B6" w14:textId="77777777" w:rsidR="008E5397" w:rsidRDefault="00000000" w:rsidP="004D1052">
      <w:pPr>
        <w:spacing w:after="80" w:line="360" w:lineRule="auto"/>
      </w:pPr>
      <w:r>
        <w:rPr>
          <w:b/>
        </w:rPr>
        <w:t xml:space="preserve">10. </w:t>
      </w:r>
      <w:r>
        <w:t>Boya uygulamasının tamamlanması, yüzey durumu ve kabin ayarları kontrol edilir.</w:t>
      </w:r>
    </w:p>
    <w:sectPr w:rsidR="008E5397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3062317">
    <w:abstractNumId w:val="8"/>
  </w:num>
  <w:num w:numId="2" w16cid:durableId="877356594">
    <w:abstractNumId w:val="6"/>
  </w:num>
  <w:num w:numId="3" w16cid:durableId="1146316000">
    <w:abstractNumId w:val="5"/>
  </w:num>
  <w:num w:numId="4" w16cid:durableId="34089028">
    <w:abstractNumId w:val="4"/>
  </w:num>
  <w:num w:numId="5" w16cid:durableId="1060133396">
    <w:abstractNumId w:val="7"/>
  </w:num>
  <w:num w:numId="6" w16cid:durableId="830146200">
    <w:abstractNumId w:val="3"/>
  </w:num>
  <w:num w:numId="7" w16cid:durableId="399446702">
    <w:abstractNumId w:val="2"/>
  </w:num>
  <w:num w:numId="8" w16cid:durableId="752822996">
    <w:abstractNumId w:val="1"/>
  </w:num>
  <w:num w:numId="9" w16cid:durableId="1493838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326F90"/>
    <w:rsid w:val="004D1052"/>
    <w:rsid w:val="008E539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3D78C2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2026-09-22T20:52:00Z</dcterms:modified>
  <cp:category/>
</cp:coreProperties>
</file>