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2. DÖNEM 2.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Hız sabitleyici sistem sürücüye hangi kolaylığı sağlar?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Hız sabitleyici açıkken frene basıldığında genellikle ne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Takip mesafesini korumaya yardımcı sistemler öndeki aracı hangi tür elemanlarla algılayabilir?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Ön sensör/kamera kontrolünde dikkat edilecek iki noktayı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Şerit değiştirme asistanının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Kör noktada araç varken asistan nasıl uyarı verebilir?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Araç yol bilgisayarının gösterebileceği üç bilgiyi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Araç takip sistemlerinin iki temel parçasını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Yokuş kalkış desteği ile iniş desteği arasındaki farkı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2. DÖNEM 2. YAZILI SINAVI - B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Hız sabitleyici sistem sürücüye hangi kolaylığı sağlar?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Uygun yolda seçilen hızı koruyarak uzun yol kullanımını kolaylaştırır.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Hız sabitleyici açıkken frene basıldığında genellikle ne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Hız sabitleme devreden çıkar/iptal olur.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Takip mesafesini korumaya yardımcı sistemler öndeki aracı hangi tür elemanlarla algılayabilir?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Radar ve/veya kamera sensörleri.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Ön sensör/kamera kontrolünde dikkat edilecek iki noktayı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Yüzeyin temiz/hasarsız olması; bağlantıların sağlam olması; gerekli kalibrasyon (ikisi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Şerit değiştirme asistanının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Yan/arka çevredeki özellikle kör noktadaki araçlara karşı sürücüyü uyarmak.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Kör noktada araç varken asistan nasıl uyarı verebilir?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Yan aynada uyarı ışığı veya sesli uyarı verebilir.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Araç yol bilgisayarının gösterebileceği üç bilgiyi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Yakıt tüketimi, kalan menzil, ortalama hız, gidilen mesafe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Araç takip sistemlerinin iki temel parçasını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Konum belirleme/GNSS alıcısı, haberleşme modülü, kontrol cihazı/anten (ikisi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Yokuş kalkış desteği ile iniş desteği arasındaki farkı açıklayınız.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Kalkış desteği geri kaymayı azaltmak için freni kısa süre tutar; iniş desteği dik inişte düşük hızı fren kontrolüyle korumaya yardımcı olur (7,5’ar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