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ELEKTRİKLİ MOTORSİKLETLER DERSİ 1. DÖNEM 1. YAZILI SINAVI - A GRUBU</w:t>
      </w:r>
    </w:p>
    <w:p>
      <w:pPr>
        <w:spacing w:before="140"/>
      </w:pPr>
      <w:r>
        <w:rPr>
          <w:rFonts w:ascii="Arial" w:hAnsi="Arial"/>
          <w:b w:val="0"/>
          <w:sz w:val="20"/>
          <w:u w:val="none"/>
        </w:rPr>
        <w:t>Adı Soyadı: ........................................................    Sınıfı/No: ..................    Aldığı Not: ............</w:t>
      </w:r>
    </w:p>
    <w:p>
      <w:pPr>
        <w:spacing w:before="160" w:after="100"/>
        <w:jc w:val="center"/>
      </w:pPr>
      <w:r>
        <w:rPr>
          <w:rFonts w:ascii="Arial" w:hAnsi="Arial"/>
          <w:b/>
          <w:sz w:val="22"/>
          <w:u w:val="single"/>
        </w:rPr>
        <w:t>SORULAR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1.</w:t>
      </w:r>
      <w:r>
        <w:rPr>
          <w:rFonts w:ascii="Arial" w:hAnsi="Arial"/>
          <w:b w:val="0"/>
          <w:sz w:val="22"/>
          <w:u w:val="none"/>
        </w:rPr>
        <w:t xml:space="preserve"> Doğru akım (DC) nedir? Bir cümleyle açıklayınız.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2.</w:t>
      </w:r>
      <w:r>
        <w:rPr>
          <w:rFonts w:ascii="Arial" w:hAnsi="Arial"/>
          <w:b w:val="0"/>
          <w:sz w:val="22"/>
          <w:u w:val="none"/>
        </w:rPr>
        <w:t xml:space="preserve"> Elektrik devrelerinde kullanılan gerilim, akım ve direnç birimlerini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3.</w:t>
      </w:r>
      <w:r>
        <w:rPr>
          <w:rFonts w:ascii="Arial" w:hAnsi="Arial"/>
          <w:b w:val="0"/>
          <w:sz w:val="22"/>
          <w:u w:val="none"/>
        </w:rPr>
        <w:t xml:space="preserve"> Ohm Kanunu formülünü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4.</w:t>
      </w:r>
      <w:r>
        <w:rPr>
          <w:rFonts w:ascii="Arial" w:hAnsi="Arial"/>
          <w:b w:val="0"/>
          <w:sz w:val="22"/>
          <w:u w:val="none"/>
        </w:rPr>
        <w:t xml:space="preserve"> 12 V gerilime bağlanan 6 Ω dirençten kaç amper akım geçer? İşlemi gösteriniz.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5.</w:t>
      </w:r>
      <w:r>
        <w:rPr>
          <w:rFonts w:ascii="Arial" w:hAnsi="Arial"/>
          <w:b w:val="0"/>
          <w:sz w:val="22"/>
          <w:u w:val="none"/>
        </w:rPr>
        <w:t xml:space="preserve"> Seri bağlı dirençlerin iki özelliğini yazınız. Ayrıca 3 Ω ve 5 Ω direnç seri bağlanırsa eşdeğer direnç kaç Ω olur?</w:t>
      </w:r>
      <w:r>
        <w:rPr>
          <w:rFonts w:ascii="Arial" w:hAnsi="Arial"/>
          <w:b/>
          <w:sz w:val="22"/>
          <w:u w:val="none"/>
        </w:rPr>
        <w:t xml:space="preserve"> (20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6.</w:t>
      </w:r>
      <w:r>
        <w:rPr>
          <w:rFonts w:ascii="Arial" w:hAnsi="Arial"/>
          <w:b w:val="0"/>
          <w:sz w:val="22"/>
          <w:u w:val="none"/>
        </w:rPr>
        <w:t xml:space="preserve"> Paralel devrede gerilimin kollardaki durumu nasıldır? Açıklayınız.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7.</w:t>
      </w:r>
      <w:r>
        <w:rPr>
          <w:rFonts w:ascii="Arial" w:hAnsi="Arial"/>
          <w:b w:val="0"/>
          <w:sz w:val="22"/>
          <w:u w:val="none"/>
        </w:rPr>
        <w:t xml:space="preserve"> 4 Ω ve 4 Ω direnç paralel bağlanırsa eşdeğer direnç kaç Ω olur? İşlemi yazınız.</w:t>
      </w:r>
      <w:r>
        <w:rPr>
          <w:rFonts w:ascii="Arial" w:hAnsi="Arial"/>
          <w:b/>
          <w:sz w:val="22"/>
          <w:u w:val="none"/>
        </w:rPr>
        <w:t xml:space="preserve"> (20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80"/>
        <w:jc w:val="center"/>
      </w:pPr>
      <w:r>
        <w:rPr>
          <w:rFonts w:ascii="Arial" w:hAnsi="Arial"/>
          <w:b w:val="0"/>
          <w:sz w:val="20"/>
          <w:u w:val="none"/>
        </w:rPr>
        <w:t>Başarılar</w:t>
      </w:r>
    </w:p>
    <w:p>
      <w:r>
        <w:rPr>
          <w:rFonts w:ascii="Arial" w:hAnsi="Arial"/>
          <w:b w:val="0"/>
          <w:sz w:val="20"/>
          <w:u w:val="none"/>
        </w:rPr>
        <w:t>Süre: 40 Dk</w:t>
      </w:r>
      <w:r>
        <w:rPr>
          <w:rFonts w:ascii="Arial" w:hAnsi="Arial"/>
          <w:b w:val="0"/>
          <w:sz w:val="20"/>
          <w:u w:val="none"/>
        </w:rPr>
        <w:t xml:space="preserve">                            Mot. Araç. Tekn. Öğrt. Abdullah YANIK</w:t>
      </w:r>
    </w:p>
    <w:p>
      <w:r>
        <w:br w:type="page"/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ELEKTRİKLİ MOTORSİKLETLER DERSİ 1. DÖNEM 1. YAZILI SINAVI - A GRUBU CEVAP ANAHTARI</w:t>
      </w:r>
    </w:p>
    <w:p>
      <w:pPr>
        <w:spacing w:before="160" w:after="100"/>
        <w:jc w:val="center"/>
      </w:pPr>
      <w:r>
        <w:rPr>
          <w:rFonts w:ascii="Arial" w:hAnsi="Arial"/>
          <w:b/>
          <w:sz w:val="22"/>
          <w:u w:val="single"/>
        </w:rPr>
        <w:t>CEVAPLAR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1. </w:t>
      </w:r>
      <w:r>
        <w:rPr>
          <w:rFonts w:ascii="Arial" w:hAnsi="Arial"/>
          <w:b w:val="0"/>
          <w:sz w:val="22"/>
          <w:u w:val="none"/>
        </w:rPr>
        <w:t>Doğru akım (DC) nedir? Bir cümleyle açıklayınız.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Yönü değişmeyen elektrik akımıdır.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2. </w:t>
      </w:r>
      <w:r>
        <w:rPr>
          <w:rFonts w:ascii="Arial" w:hAnsi="Arial"/>
          <w:b w:val="0"/>
          <w:sz w:val="22"/>
          <w:u w:val="none"/>
        </w:rPr>
        <w:t>Elektrik devrelerinde kullanılan gerilim, akım ve direnç birimlerini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Gerilim: volt (V), akım: amper (A), direnç: ohm (Ω). Her biri 5 puan.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3. </w:t>
      </w:r>
      <w:r>
        <w:rPr>
          <w:rFonts w:ascii="Arial" w:hAnsi="Arial"/>
          <w:b w:val="0"/>
          <w:sz w:val="22"/>
          <w:u w:val="none"/>
        </w:rPr>
        <w:t>Ohm Kanunu formülünü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0"/>
        <w:ind w:left="255"/>
      </w:pPr>
      <w:r>
        <w:rPr>
          <w:rFonts w:ascii="Arial" w:hAnsi="Arial"/>
          <w:sz w:val="21"/>
        </w:rPr>
        <w:t>• Ohm Kanunu:</w:t>
      </w:r>
    </w:p>
    <w:p>
      <w:pPr>
        <w:spacing w:before="0" w:after="0" w:line="240" w:lineRule="auto"/>
        <w:ind w:left="255"/>
      </w:pPr>
      <m:oMathPara>
        <m:oMath>
          <m:r>
            <m:t>U = I × R</m:t>
          </m:r>
        </m:oMath>
      </m:oMathPara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4. </w:t>
      </w:r>
      <w:r>
        <w:rPr>
          <w:rFonts w:ascii="Arial" w:hAnsi="Arial"/>
          <w:b w:val="0"/>
          <w:sz w:val="22"/>
          <w:u w:val="none"/>
        </w:rPr>
        <w:t>12 V gerilime bağlanan 6 Ω dirençten kaç amper akım geçer? İşlemi gösteriniz.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0"/>
        <w:ind w:left="255"/>
      </w:pPr>
      <w:r>
        <w:rPr>
          <w:rFonts w:ascii="Arial" w:hAnsi="Arial"/>
          <w:sz w:val="21"/>
        </w:rPr>
        <w:t>• Akımın hesaplanması:</w:t>
      </w:r>
    </w:p>
    <w:p>
      <w:pPr>
        <w:spacing w:before="0" w:after="0" w:line="240" w:lineRule="auto"/>
        <w:ind w:left="255"/>
      </w:pPr>
      <m:oMathPara>
        <m:oMath>
          <m:r>
            <m:t>I = </m:t>
          </m:r>
          <m:f>
            <m:fPr>
              <m:type m:val="bar"/>
            </m:fPr>
            <m:num>
              <m:r>
                <m:t>U</m:t>
              </m:r>
            </m:num>
            <m:den>
              <m:r>
                <m:t>R</m:t>
              </m:r>
            </m:den>
          </m:f>
          <m:r>
            <m:t> = </m:t>
          </m:r>
          <m:f>
            <m:fPr>
              <m:type m:val="bar"/>
            </m:fPr>
            <m:num>
              <m:r>
                <m:t>12</m:t>
              </m:r>
            </m:num>
            <m:den>
              <m:r>
                <m:t>6</m:t>
              </m:r>
            </m:den>
          </m:f>
          <m:r>
            <m:t> = 2 A</m:t>
          </m:r>
        </m:oMath>
      </m:oMathPara>
    </w:p>
    <w:p>
      <w:pPr>
        <w:spacing w:before="0" w:after="0" w:line="240" w:lineRule="auto"/>
        <w:ind w:left="255"/>
      </w:pPr>
      <w:r>
        <w:rPr>
          <w:rFonts w:ascii="Arial" w:hAnsi="Arial"/>
          <w:sz w:val="20"/>
        </w:rPr>
        <w:t>Puanlama: Formül 5, işlem 5, sonuç ve birim 5 puan.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5. </w:t>
      </w:r>
      <w:r>
        <w:rPr>
          <w:rFonts w:ascii="Arial" w:hAnsi="Arial"/>
          <w:b w:val="0"/>
          <w:sz w:val="22"/>
          <w:u w:val="none"/>
        </w:rPr>
        <w:t>Seri bağlı dirençlerin iki özelliğini yazınız. Ayrıca 3 Ω ve 5 Ω direnç seri bağlanırsa eşdeğer direnç kaç Ω olur?</w:t>
      </w:r>
      <w:r>
        <w:rPr>
          <w:rFonts w:ascii="Arial" w:hAnsi="Arial"/>
          <w:b/>
          <w:sz w:val="22"/>
          <w:u w:val="none"/>
        </w:rPr>
        <w:t xml:space="preserve"> (20 Puan)</w:t>
      </w:r>
    </w:p>
    <w:p>
      <w:pPr>
        <w:spacing w:after="0"/>
        <w:ind w:left="255"/>
      </w:pPr>
      <w:r>
        <w:rPr>
          <w:rFonts w:ascii="Arial" w:hAnsi="Arial"/>
          <w:sz w:val="21"/>
        </w:rPr>
        <w:t>• Seri devrede akım her dirençte aynıdır (5 puan); toplam dirençlerin toplamıdır (5 puan).</w:t>
      </w:r>
    </w:p>
    <w:p>
      <w:pPr>
        <w:spacing w:before="0" w:after="0" w:line="240" w:lineRule="auto"/>
        <w:ind w:left="255"/>
      </w:pPr>
      <m:oMathPara>
        <m:oMath>
          <m:r>
            <m:t>Rₑş = 3 + 5 = 8 Ω</m:t>
          </m:r>
        </m:oMath>
      </m:oMathPara>
    </w:p>
    <w:p>
      <w:pPr>
        <w:spacing w:before="0" w:after="0" w:line="240" w:lineRule="auto"/>
        <w:ind w:left="255"/>
      </w:pPr>
      <w:r>
        <w:rPr>
          <w:rFonts w:ascii="Arial" w:hAnsi="Arial"/>
          <w:sz w:val="20"/>
        </w:rPr>
        <w:t>Hesaplama 10 puan.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6. </w:t>
      </w:r>
      <w:r>
        <w:rPr>
          <w:rFonts w:ascii="Arial" w:hAnsi="Arial"/>
          <w:b w:val="0"/>
          <w:sz w:val="22"/>
          <w:u w:val="none"/>
        </w:rPr>
        <w:t>Paralel devrede gerilimin kollardaki durumu nasıldır? Açıklayınız.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Her paralel kola uygulanan gerilim aynıdır.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7. </w:t>
      </w:r>
      <w:r>
        <w:rPr>
          <w:rFonts w:ascii="Arial" w:hAnsi="Arial"/>
          <w:b w:val="0"/>
          <w:sz w:val="22"/>
          <w:u w:val="none"/>
        </w:rPr>
        <w:t>4 Ω ve 4 Ω direnç paralel bağlanırsa eşdeğer direnç kaç Ω olur? İşlemi yazınız.</w:t>
      </w:r>
      <w:r>
        <w:rPr>
          <w:rFonts w:ascii="Arial" w:hAnsi="Arial"/>
          <w:b/>
          <w:sz w:val="22"/>
          <w:u w:val="none"/>
        </w:rPr>
        <w:t xml:space="preserve"> (20 Puan)</w:t>
      </w:r>
    </w:p>
    <w:p>
      <w:pPr>
        <w:spacing w:after="0"/>
        <w:ind w:left="255"/>
      </w:pPr>
      <w:r>
        <w:rPr>
          <w:rFonts w:ascii="Arial" w:hAnsi="Arial"/>
          <w:sz w:val="21"/>
        </w:rPr>
        <w:t>• Paralel bağlı iki direncin eşdeğer direnci:</w:t>
      </w:r>
    </w:p>
    <w:p>
      <w:pPr>
        <w:spacing w:before="0" w:after="0" w:line="240" w:lineRule="auto"/>
        <w:ind w:left="255"/>
      </w:pPr>
      <m:oMathPara>
        <m:oMath>
          <m:r>
            <m:t>Rₑş = </m:t>
          </m:r>
          <m:f>
            <m:fPr>
              <m:type m:val="bar"/>
            </m:fPr>
            <m:num>
              <m:r>
                <m:t>R₁ × R₂</m:t>
              </m:r>
            </m:num>
            <m:den>
              <m:r>
                <m:t>R₁ + R₂</m:t>
              </m:r>
            </m:den>
          </m:f>
        </m:oMath>
      </m:oMathPara>
    </w:p>
    <w:p>
      <w:pPr>
        <w:spacing w:before="0" w:after="0" w:line="240" w:lineRule="auto"/>
        <w:ind w:left="255"/>
      </w:pPr>
      <m:oMathPara>
        <m:oMath>
          <m:r>
            <m:t>Rₑş = </m:t>
          </m:r>
          <m:f>
            <m:fPr>
              <m:type m:val="bar"/>
            </m:fPr>
            <m:num>
              <m:r>
                <m:t>4 × 4</m:t>
              </m:r>
            </m:num>
            <m:den>
              <m:r>
                <m:t>4 + 4</m:t>
              </m:r>
            </m:den>
          </m:f>
          <m:r>
            <m:t> = </m:t>
          </m:r>
          <m:f>
            <m:fPr>
              <m:type m:val="bar"/>
            </m:fPr>
            <m:num>
              <m:r>
                <m:t>16</m:t>
              </m:r>
            </m:num>
            <m:den>
              <m:r>
                <m:t>8</m:t>
              </m:r>
            </m:den>
          </m:f>
          <m:r>
            <m:t> = 2 Ω</m:t>
          </m:r>
        </m:oMath>
      </m:oMathPara>
    </w:p>
    <w:p>
      <w:pPr>
        <w:spacing w:before="0" w:after="0" w:line="240" w:lineRule="auto"/>
        <w:ind w:left="255"/>
      </w:pPr>
      <w:r>
        <w:rPr>
          <w:rFonts w:ascii="Arial" w:hAnsi="Arial"/>
          <w:sz w:val="20"/>
        </w:rPr>
        <w:t>Puanlama: Formül 10, işlem 5, sonuç ve birim 5 puan.</w:t>
      </w:r>
    </w:p>
    <w:sectPr w:rsidR="00FC693F" w:rsidRPr="0006063C" w:rsidSect="00034616">
      <w:pgSz w:w="12240" w:h="15840"/>
      <w:pgMar w:top="680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