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1. DÖNEM 1. YAZILI SINAVI - B GRUBU</w:t>
      </w:r>
    </w:p>
    <w:p>
      <w:pPr>
        <w:spacing w:before="140"/>
      </w:pPr>
      <w:r>
        <w:rPr>
          <w:rFonts w:ascii="Arial" w:hAnsi="Arial"/>
          <w:b w:val="0"/>
          <w:sz w:val="20"/>
          <w:u w:val="none"/>
        </w:rPr>
        <w:t>Adı Soyadı: ........................................................    Sınıfı/No: ..................    Aldığı Not: ............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SORULAR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1.</w:t>
      </w:r>
      <w:r>
        <w:rPr>
          <w:rFonts w:ascii="Arial" w:hAnsi="Arial"/>
          <w:b w:val="0"/>
          <w:sz w:val="22"/>
          <w:u w:val="none"/>
        </w:rPr>
        <w:t xml:space="preserve"> Doğru akım elde edilen iki kaynağı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2.</w:t>
      </w:r>
      <w:r>
        <w:rPr>
          <w:rFonts w:ascii="Arial" w:hAnsi="Arial"/>
          <w:b w:val="0"/>
          <w:sz w:val="22"/>
          <w:u w:val="none"/>
        </w:rPr>
        <w:t xml:space="preserve"> Elektrik akımını ölçen aletin adı ve birimi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3.</w:t>
      </w:r>
      <w:r>
        <w:rPr>
          <w:rFonts w:ascii="Arial" w:hAnsi="Arial"/>
          <w:b w:val="0"/>
          <w:sz w:val="22"/>
          <w:u w:val="none"/>
        </w:rPr>
        <w:t xml:space="preserve"> Gerilimi ölçen aletin adı ve birimi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4.</w:t>
      </w:r>
      <w:r>
        <w:rPr>
          <w:rFonts w:ascii="Arial" w:hAnsi="Arial"/>
          <w:b w:val="0"/>
          <w:sz w:val="22"/>
          <w:u w:val="none"/>
        </w:rPr>
        <w:t xml:space="preserve"> Bir devrede 10 Ω dirençten 2 A akım geçiyorsa gerilim kaç volttur?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5.</w:t>
      </w:r>
      <w:r>
        <w:rPr>
          <w:rFonts w:ascii="Arial" w:hAnsi="Arial"/>
          <w:b w:val="0"/>
          <w:sz w:val="22"/>
          <w:u w:val="none"/>
        </w:rPr>
        <w:t xml:space="preserve"> Seri devrede direnç sayısı artırılırsa toplam direnç nasıl değişir?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6.</w:t>
      </w:r>
      <w:r>
        <w:rPr>
          <w:rFonts w:ascii="Arial" w:hAnsi="Arial"/>
          <w:b w:val="0"/>
          <w:sz w:val="22"/>
          <w:u w:val="none"/>
        </w:rPr>
        <w:t xml:space="preserve"> 2 Ω ve 6 Ω dirençlerin seri bağlantısında toplam direnç kaç Ω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7.</w:t>
      </w:r>
      <w:r>
        <w:rPr>
          <w:rFonts w:ascii="Arial" w:hAnsi="Arial"/>
          <w:b w:val="0"/>
          <w:sz w:val="22"/>
          <w:u w:val="none"/>
        </w:rPr>
        <w:t xml:space="preserve"> Paralel devre için iki temel özellik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00" w:after="20" w:line="264" w:lineRule="auto"/>
      </w:pPr>
      <w:r>
        <w:rPr>
          <w:rFonts w:ascii="Arial" w:hAnsi="Arial"/>
          <w:b/>
          <w:sz w:val="22"/>
          <w:u w:val="none"/>
        </w:rPr>
        <w:t>8.</w:t>
      </w:r>
      <w:r>
        <w:rPr>
          <w:rFonts w:ascii="Arial" w:hAnsi="Arial"/>
          <w:b w:val="0"/>
          <w:sz w:val="22"/>
          <w:u w:val="none"/>
        </w:rPr>
        <w:t xml:space="preserve"> 6 Ω ve 6 Ω direnç paralel bağlanırsa eşdeğer direnç kaç Ω olur?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line="250" w:lineRule="auto"/>
      </w:pPr>
      <w:r>
        <w:rPr>
          <w:rFonts w:ascii="Arial" w:hAnsi="Arial"/>
          <w:b w:val="0"/>
          <w:sz w:val="20"/>
          <w:u w:val="none"/>
        </w:rPr>
        <w:t>........................................................................................................................................</w:t>
      </w:r>
    </w:p>
    <w:p>
      <w:pPr>
        <w:spacing w:before="180"/>
        <w:jc w:val="center"/>
      </w:pPr>
      <w:r>
        <w:rPr>
          <w:rFonts w:ascii="Arial" w:hAnsi="Arial"/>
          <w:b w:val="0"/>
          <w:sz w:val="20"/>
          <w:u w:val="none"/>
        </w:rPr>
        <w:t>Başarılar</w:t>
      </w:r>
    </w:p>
    <w:p>
      <w:r>
        <w:rPr>
          <w:rFonts w:ascii="Arial" w:hAnsi="Arial"/>
          <w:b w:val="0"/>
          <w:sz w:val="20"/>
          <w:u w:val="none"/>
        </w:rPr>
        <w:t>Süre: 40 Dk</w:t>
      </w:r>
      <w:r>
        <w:rPr>
          <w:rFonts w:ascii="Arial" w:hAnsi="Arial"/>
          <w:b w:val="0"/>
          <w:sz w:val="20"/>
          <w:u w:val="none"/>
        </w:rPr>
        <w:t xml:space="preserve">                            Mot. Araç. Tekn. Öğrt. Abdullah YANIK</w:t>
      </w:r>
    </w:p>
    <w:p>
      <w:r>
        <w:br w:type="page"/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YAHŞİHAN MESLEKİ EĞİTİM MERKEZİ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2026/2027 EĞİTİM ÖĞRETİM YILI MOTORLU ARAÇLAR TEKNOLOJİSİ ALANI</w:t>
      </w:r>
    </w:p>
    <w:p>
      <w:pPr>
        <w:spacing w:line="288" w:lineRule="auto" w:after="20"/>
        <w:jc w:val="center"/>
      </w:pPr>
      <w:r>
        <w:rPr>
          <w:rFonts w:ascii="Arial" w:hAnsi="Arial"/>
          <w:b/>
          <w:sz w:val="24"/>
          <w:u w:val="none"/>
        </w:rPr>
        <w:t>ELEKTRİKLİ MOTORSİKLETLER DERSİ 1. DÖNEM 1. YAZILI SINAVI - B GRUBU CEVAP ANAHTARI</w:t>
      </w:r>
    </w:p>
    <w:p>
      <w:pPr>
        <w:spacing w:before="160" w:after="100"/>
        <w:jc w:val="center"/>
      </w:pPr>
      <w:r>
        <w:rPr>
          <w:rFonts w:ascii="Arial" w:hAnsi="Arial"/>
          <w:b/>
          <w:sz w:val="22"/>
          <w:u w:val="single"/>
        </w:rPr>
        <w:t>CEVAPLAR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1. </w:t>
      </w:r>
      <w:r>
        <w:rPr>
          <w:rFonts w:ascii="Arial" w:hAnsi="Arial"/>
          <w:b w:val="0"/>
          <w:sz w:val="22"/>
          <w:u w:val="none"/>
        </w:rPr>
        <w:t>Doğru akım elde edilen iki kaynağı yazınız.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Pil, akü, DC güç kaynağı, dinamo (ikisi 5’er puan).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2. </w:t>
      </w:r>
      <w:r>
        <w:rPr>
          <w:rFonts w:ascii="Arial" w:hAnsi="Arial"/>
          <w:b w:val="0"/>
          <w:sz w:val="22"/>
          <w:u w:val="none"/>
        </w:rPr>
        <w:t>Elektrik akımını ölçen aletin adı ve birimi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Ampermetre veya akım ölçen multimetre; amper (A). 5’er puan.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3. </w:t>
      </w:r>
      <w:r>
        <w:rPr>
          <w:rFonts w:ascii="Arial" w:hAnsi="Arial"/>
          <w:b w:val="0"/>
          <w:sz w:val="22"/>
          <w:u w:val="none"/>
        </w:rPr>
        <w:t>Gerilimi ölçen aletin adı ve birimi nedir?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Voltmetre veya multimetre; volt (V). 5’er puan.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4. </w:t>
      </w:r>
      <w:r>
        <w:rPr>
          <w:rFonts w:ascii="Arial" w:hAnsi="Arial"/>
          <w:b w:val="0"/>
          <w:sz w:val="22"/>
          <w:u w:val="none"/>
        </w:rPr>
        <w:t>Bir devrede 10 Ω dirençten 2 A akım geçiyorsa gerilim kaç volttur?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Ohm Kanunu ile gerilim hesabı:</w:t>
      </w:r>
    </w:p>
    <w:p>
      <w:pPr>
        <w:spacing w:before="0" w:after="0" w:line="240" w:lineRule="auto"/>
        <w:ind w:left="255"/>
      </w:pPr>
      <m:oMathPara>
        <m:oMath>
          <m:r>
            <m:t>U = I × R = 2 × 10 = 20 V</m:t>
          </m:r>
        </m:oMath>
      </m:oMathPara>
    </w:p>
    <w:p>
      <w:pPr>
        <w:spacing w:before="0" w:after="0" w:line="240" w:lineRule="auto"/>
        <w:ind w:left="255"/>
      </w:pPr>
      <w:r>
        <w:rPr>
          <w:rFonts w:ascii="Arial" w:hAnsi="Arial"/>
          <w:sz w:val="20"/>
        </w:rPr>
        <w:t>Puanlama: Formül 5, işlem 5, sonuç ve birim 5 puan.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5. </w:t>
      </w:r>
      <w:r>
        <w:rPr>
          <w:rFonts w:ascii="Arial" w:hAnsi="Arial"/>
          <w:b w:val="0"/>
          <w:sz w:val="22"/>
          <w:u w:val="none"/>
        </w:rPr>
        <w:t>Seri devrede direnç sayısı artırılırsa toplam direnç nasıl değişir?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Toplam direnç artar.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6. </w:t>
      </w:r>
      <w:r>
        <w:rPr>
          <w:rFonts w:ascii="Arial" w:hAnsi="Arial"/>
          <w:b w:val="0"/>
          <w:sz w:val="22"/>
          <w:u w:val="none"/>
        </w:rPr>
        <w:t>2 Ω ve 6 Ω dirençlerin seri bağlantısında toplam direnç kaç Ω olur?</w:t>
      </w:r>
      <w:r>
        <w:rPr>
          <w:rFonts w:ascii="Arial" w:hAnsi="Arial"/>
          <w:b/>
          <w:sz w:val="22"/>
          <w:u w:val="none"/>
        </w:rPr>
        <w:t xml:space="preserve"> (10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Seri bağlantıda eşdeğer direnç:</w:t>
      </w:r>
    </w:p>
    <w:p>
      <w:pPr>
        <w:spacing w:before="0" w:after="0" w:line="240" w:lineRule="auto"/>
        <w:ind w:left="255"/>
      </w:pPr>
      <m:oMathPara>
        <m:oMath>
          <m:r>
            <m:t>Rₑş = R₁ + R₂ = 2 + 6 = 8 Ω</m:t>
          </m:r>
        </m:oMath>
      </m:oMathPara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7. </w:t>
      </w:r>
      <w:r>
        <w:rPr>
          <w:rFonts w:ascii="Arial" w:hAnsi="Arial"/>
          <w:b w:val="0"/>
          <w:sz w:val="22"/>
          <w:u w:val="none"/>
        </w:rPr>
        <w:t>Paralel devre için iki temel özellik yazınız.</w:t>
      </w:r>
      <w:r>
        <w:rPr>
          <w:rFonts w:ascii="Arial" w:hAnsi="Arial"/>
          <w:b/>
          <w:sz w:val="22"/>
          <w:u w:val="none"/>
        </w:rPr>
        <w:t xml:space="preserve"> (15 Puan)</w:t>
      </w:r>
    </w:p>
    <w:p>
      <w:pPr>
        <w:spacing w:after="20"/>
        <w:ind w:left="255"/>
      </w:pPr>
      <w:r>
        <w:rPr>
          <w:rFonts w:ascii="Arial" w:hAnsi="Arial"/>
          <w:b w:val="0"/>
          <w:sz w:val="21"/>
          <w:u w:val="none"/>
        </w:rPr>
        <w:t>• Kolların gerilimi aynıdır; toplam akım kol akımlarının toplamıdır; eşdeğer direnç en küçük kol direncinden küçüktür (ikisi 7,5’er puan).</w:t>
      </w:r>
    </w:p>
    <w:p>
      <w:pPr>
        <w:spacing w:before="120" w:line="264" w:lineRule="auto"/>
      </w:pPr>
      <w:r>
        <w:rPr>
          <w:rFonts w:ascii="Arial" w:hAnsi="Arial"/>
          <w:b/>
          <w:sz w:val="22"/>
          <w:u w:val="none"/>
        </w:rPr>
        <w:t xml:space="preserve">8. </w:t>
      </w:r>
      <w:r>
        <w:rPr>
          <w:rFonts w:ascii="Arial" w:hAnsi="Arial"/>
          <w:b w:val="0"/>
          <w:sz w:val="22"/>
          <w:u w:val="none"/>
        </w:rPr>
        <w:t>6 Ω ve 6 Ω direnç paralel bağlanırsa eşdeğer direnç kaç Ω olur?</w:t>
      </w:r>
      <w:r>
        <w:rPr>
          <w:rFonts w:ascii="Arial" w:hAnsi="Arial"/>
          <w:b/>
          <w:sz w:val="22"/>
          <w:u w:val="none"/>
        </w:rPr>
        <w:t xml:space="preserve"> (20 Puan)</w:t>
      </w:r>
    </w:p>
    <w:p>
      <w:pPr>
        <w:spacing w:after="0"/>
        <w:ind w:left="255"/>
      </w:pPr>
      <w:r>
        <w:rPr>
          <w:rFonts w:ascii="Arial" w:hAnsi="Arial"/>
          <w:sz w:val="21"/>
        </w:rPr>
        <w:t>• Paralel bağlı iki direncin eşdeğer direnci:</w:t>
      </w:r>
    </w:p>
    <w:p>
      <w:pPr>
        <w:spacing w:before="0" w:after="0" w:line="240" w:lineRule="auto"/>
        <w:ind w:left="255"/>
      </w:pPr>
      <m:oMathPara>
        <m:oMath>
          <m:r>
            <m:t>Rₑş = </m:t>
          </m:r>
          <m:f>
            <m:fPr>
              <m:type m:val="bar"/>
            </m:fPr>
            <m:num>
              <m:r>
                <m:t>R₁ × R₂</m:t>
              </m:r>
            </m:num>
            <m:den>
              <m:r>
                <m:t>R₁ + R₂</m:t>
              </m:r>
            </m:den>
          </m:f>
        </m:oMath>
      </m:oMathPara>
    </w:p>
    <w:p>
      <w:pPr>
        <w:spacing w:before="0" w:after="0" w:line="240" w:lineRule="auto"/>
        <w:ind w:left="255"/>
      </w:pPr>
      <m:oMathPara>
        <m:oMath>
          <m:r>
            <m:t>Rₑş = </m:t>
          </m:r>
          <m:f>
            <m:fPr>
              <m:type m:val="bar"/>
            </m:fPr>
            <m:num>
              <m:r>
                <m:t>6 × 6</m:t>
              </m:r>
            </m:num>
            <m:den>
              <m:r>
                <m:t>6 + 6</m:t>
              </m:r>
            </m:den>
          </m:f>
          <m:r>
            <m:t> = </m:t>
          </m:r>
          <m:f>
            <m:fPr>
              <m:type m:val="bar"/>
            </m:fPr>
            <m:num>
              <m:r>
                <m:t>36</m:t>
              </m:r>
            </m:num>
            <m:den>
              <m:r>
                <m:t>12</m:t>
              </m:r>
            </m:den>
          </m:f>
          <m:r>
            <m:t> = 3 Ω</m:t>
          </m:r>
        </m:oMath>
      </m:oMathPara>
    </w:p>
    <w:p>
      <w:pPr>
        <w:spacing w:before="0" w:after="0" w:line="240" w:lineRule="auto"/>
        <w:ind w:left="255"/>
      </w:pPr>
      <w:r>
        <w:rPr>
          <w:rFonts w:ascii="Arial" w:hAnsi="Arial"/>
          <w:sz w:val="20"/>
        </w:rPr>
        <w:t>Puanlama: Formül 10, işlem 5, sonuç ve birim 5 puan.</w:t>
      </w:r>
    </w:p>
    <w:sectPr w:rsidR="00FC693F" w:rsidRPr="0006063C" w:rsidSect="00034616">
      <w:pgSz w:w="12240" w:h="15840"/>
      <w:pgMar w:top="680" w:right="935" w:bottom="652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