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1. DÖNEM 2. YAZILI SINAVI - B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Akü nedir? Kısaca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Doğru akım kaynağı olarak kullanılan iki örnek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İki adet 6 V pil seri bağlandığında toplam gerilim kaç V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İki adet 6 V pil paralel bağlandığında gerilim kaç V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Seri pil bağlantısında kutuplar nasıl birleştirilir?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Akü kapasitesinin birimini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Kısa devre neden tehlikelidir?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Elektrik akımı geçen iletkenin çevresinde oluşan alanın adını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Doğru akım motorunda dönme hareketi hangi etkiyle oluşur?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10.</w:t>
      </w:r>
      <w:r>
        <w:rPr>
          <w:rFonts w:ascii="Arial" w:hAnsi="Arial"/>
          <w:b w:val="0"/>
          <w:sz w:val="22"/>
          <w:u w:val="none"/>
        </w:rPr>
        <w:t xml:space="preserve"> Elektromanyetizmanın elektrik motorlarında kullanımını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8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1. DÖNEM 2. YAZILI SINAVI - B GRUBU CEVAP ANAHTARI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Akü nedir? Kısaca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Elektrik enerjisini kimyasal biçimde depolayıp gerektiğinde elektrik enerjisi veren şarj edilebilir kaynak.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Doğru akım kaynağı olarak kullanılan iki örnek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Pil ve akü; DC güç kaynağı da kabul edilir.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İki adet 6 V pil seri bağlandığında toplam gerilim kaç V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Seri pil bağlantısında gerilimler toplanır:</w:t>
      </w:r>
    </w:p>
    <w:p>
      <w:pPr>
        <w:spacing w:before="0" w:after="0" w:line="240" w:lineRule="auto"/>
        <w:ind w:left="255"/>
      </w:pPr>
      <m:oMathPara>
        <m:oMath>
          <m:r>
            <m:t>Uₜ = U₁ + U₂ = 6 + 6 = 12 V</m:t>
          </m:r>
        </m:oMath>
      </m:oMathPara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İki adet 6 V pil paralel bağlandığında gerilim kaç V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Paralel bağlı, aynı gerilimli pillerde toplam gerilim değişmez:</w:t>
      </w:r>
    </w:p>
    <w:p>
      <w:pPr>
        <w:spacing w:before="0" w:after="0" w:line="240" w:lineRule="auto"/>
        <w:ind w:left="255"/>
      </w:pPr>
      <m:oMathPara>
        <m:oMath>
          <m:r>
            <m:t>Uₜ = U₁ = U₂ = 6 V</m:t>
          </m:r>
        </m:oMath>
      </m:oMathPara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Seri pil bağlantısında kutuplar nasıl birleştirilir?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Bir pilin artı kutbu diğer pilin eksi kutbuna bağlanır.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Akü kapasitesinin birimini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Amper-saat (Ah).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Kısa devre neden tehlikelidir?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Çok yüksek akım, ısınma, yangın veya akü hasarına neden olabilir.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Elektrik akımı geçen iletkenin çevresinde oluşan alanın adını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Manyetik alan.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Doğru akım motorunda dönme hareketi hangi etkiyle oluşur?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Manyetik alan ile akım taşıyan iletken/bobin arasındaki elektromanyetik kuvvet etkisiyle. Ana kavram 10, açıklama 5 puan.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10. </w:t>
      </w:r>
      <w:r>
        <w:rPr>
          <w:rFonts w:ascii="Arial" w:hAnsi="Arial"/>
          <w:b w:val="0"/>
          <w:sz w:val="22"/>
          <w:u w:val="none"/>
        </w:rPr>
        <w:t>Elektromanyetizmanın elektrik motorlarında kullanımını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Akım geçen sargıların manyetik alanla etkileşerek dönme kuvveti üretmesi; uygun teknik açıklama tam puan.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