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ELEKTRİKLİ MOTORSİKLETLER DERSİ 2. DÖNEM 2. YAZILI SINAVI - A GRUBU</w:t>
      </w:r>
    </w:p>
    <w:p>
      <w:pPr>
        <w:spacing w:before="140"/>
      </w:pPr>
      <w:r>
        <w:rPr>
          <w:rFonts w:ascii="Arial" w:hAnsi="Arial"/>
          <w:b w:val="0"/>
          <w:sz w:val="20"/>
          <w:u w:val="none"/>
        </w:rPr>
        <w:t>Adı Soyadı: ........................................................    Sınıfı/No: ..................    Aldığı Not: ............</w:t>
      </w:r>
    </w:p>
    <w:p>
      <w:pPr>
        <w:spacing w:before="160" w:after="100"/>
        <w:jc w:val="center"/>
      </w:pPr>
      <w:r>
        <w:rPr>
          <w:rFonts w:ascii="Arial" w:hAnsi="Arial"/>
          <w:b/>
          <w:sz w:val="22"/>
          <w:u w:val="single"/>
        </w:rPr>
        <w:t>SORULAR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1.</w:t>
      </w:r>
      <w:r>
        <w:rPr>
          <w:rFonts w:ascii="Arial" w:hAnsi="Arial"/>
          <w:b w:val="0"/>
          <w:sz w:val="22"/>
          <w:u w:val="none"/>
        </w:rPr>
        <w:t xml:space="preserve"> DC motorun devir sayısı neyi ifade eder?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2.</w:t>
      </w:r>
      <w:r>
        <w:rPr>
          <w:rFonts w:ascii="Arial" w:hAnsi="Arial"/>
          <w:b w:val="0"/>
          <w:sz w:val="22"/>
          <w:u w:val="none"/>
        </w:rPr>
        <w:t xml:space="preserve"> Motor devir sayısının yaygın birimini yazınız.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3.</w:t>
      </w:r>
      <w:r>
        <w:rPr>
          <w:rFonts w:ascii="Arial" w:hAnsi="Arial"/>
          <w:b w:val="0"/>
          <w:sz w:val="22"/>
          <w:u w:val="none"/>
        </w:rPr>
        <w:t xml:space="preserve"> PWM kısaltmasıyla anılan motor hız kontrolünde genel olarak ne değiştirilir?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4.</w:t>
      </w:r>
      <w:r>
        <w:rPr>
          <w:rFonts w:ascii="Arial" w:hAnsi="Arial"/>
          <w:b w:val="0"/>
          <w:sz w:val="22"/>
          <w:u w:val="none"/>
        </w:rPr>
        <w:t xml:space="preserve"> PWM ile DC motor hızını ayarlamanın bir avantajını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5.</w:t>
      </w:r>
      <w:r>
        <w:rPr>
          <w:rFonts w:ascii="Arial" w:hAnsi="Arial"/>
          <w:b w:val="0"/>
          <w:sz w:val="22"/>
          <w:u w:val="none"/>
        </w:rPr>
        <w:t xml:space="preserve"> Fırçalı sabit mıknatıslı DC motorda devir yönü nasıl ters çevrilir?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6.</w:t>
      </w:r>
      <w:r>
        <w:rPr>
          <w:rFonts w:ascii="Arial" w:hAnsi="Arial"/>
          <w:b w:val="0"/>
          <w:sz w:val="22"/>
          <w:u w:val="none"/>
        </w:rPr>
        <w:t xml:space="preserve"> H-köprüsü devresi motor kontrolünde ne işe yarar?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7.</w:t>
      </w:r>
      <w:r>
        <w:rPr>
          <w:rFonts w:ascii="Arial" w:hAnsi="Arial"/>
          <w:b w:val="0"/>
          <w:sz w:val="22"/>
          <w:u w:val="none"/>
        </w:rPr>
        <w:t xml:space="preserve"> Motoru hız kontrol devresine bağlamadan önce iki kontrol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8.</w:t>
      </w:r>
      <w:r>
        <w:rPr>
          <w:rFonts w:ascii="Arial" w:hAnsi="Arial"/>
          <w:b w:val="0"/>
          <w:sz w:val="22"/>
          <w:u w:val="none"/>
        </w:rPr>
        <w:t xml:space="preserve"> Motorun çalışırken aşırı ısınmasına neden olabilecek iki durum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9.</w:t>
      </w:r>
      <w:r>
        <w:rPr>
          <w:rFonts w:ascii="Arial" w:hAnsi="Arial"/>
          <w:b w:val="0"/>
          <w:sz w:val="22"/>
          <w:u w:val="none"/>
        </w:rPr>
        <w:t xml:space="preserve"> Sürücünün hızını azaltmak isteyen öğrenci PWM görev oranını genellikle hangi yönde değiştirir?</w:t>
      </w:r>
      <w:r>
        <w:rPr>
          <w:rFonts w:ascii="Arial" w:hAnsi="Arial"/>
          <w:b/>
          <w:sz w:val="22"/>
          <w:u w:val="none"/>
        </w:rPr>
        <w:t xml:space="preserve"> (20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80"/>
        <w:jc w:val="center"/>
      </w:pPr>
      <w:r>
        <w:rPr>
          <w:rFonts w:ascii="Arial" w:hAnsi="Arial"/>
          <w:b w:val="0"/>
          <w:sz w:val="20"/>
          <w:u w:val="none"/>
        </w:rPr>
        <w:t>Başarılar</w:t>
      </w:r>
    </w:p>
    <w:p>
      <w:r>
        <w:rPr>
          <w:rFonts w:ascii="Arial" w:hAnsi="Arial"/>
          <w:b w:val="0"/>
          <w:sz w:val="20"/>
          <w:u w:val="none"/>
        </w:rPr>
        <w:t>Süre: 40 Dk</w:t>
      </w:r>
      <w:r>
        <w:rPr>
          <w:rFonts w:ascii="Arial" w:hAnsi="Arial"/>
          <w:b w:val="0"/>
          <w:sz w:val="20"/>
          <w:u w:val="none"/>
        </w:rPr>
        <w:t xml:space="preserve">                            Mot. Araç. Tekn. Öğrt. Abdullah YANIK</w:t>
      </w:r>
    </w:p>
    <w:p>
      <w:r>
        <w:br w:type="page"/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ELEKTRİKLİ MOTORSİKLETLER DERSİ 2. DÖNEM 2. YAZILI SINAVI - A GRUBU CEVAP ANAHTARI</w:t>
      </w:r>
    </w:p>
    <w:p>
      <w:pPr>
        <w:spacing w:before="160" w:after="100"/>
        <w:jc w:val="center"/>
      </w:pPr>
      <w:r>
        <w:rPr>
          <w:rFonts w:ascii="Arial" w:hAnsi="Arial"/>
          <w:b/>
          <w:sz w:val="22"/>
          <w:u w:val="single"/>
        </w:rPr>
        <w:t>CEVAPLAR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1. </w:t>
      </w:r>
      <w:r>
        <w:rPr>
          <w:rFonts w:ascii="Arial" w:hAnsi="Arial"/>
          <w:b w:val="0"/>
          <w:sz w:val="22"/>
          <w:u w:val="none"/>
        </w:rPr>
        <w:t>DC motorun devir sayısı neyi ifade eder?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Motor milinin belirli sürede yaptığı tur sayısını, genellikle dev/dk.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2. </w:t>
      </w:r>
      <w:r>
        <w:rPr>
          <w:rFonts w:ascii="Arial" w:hAnsi="Arial"/>
          <w:b w:val="0"/>
          <w:sz w:val="22"/>
          <w:u w:val="none"/>
        </w:rPr>
        <w:t>Motor devir sayısının yaygın birimini yazınız.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Devir/dakika (dev/dk veya rpm).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3. </w:t>
      </w:r>
      <w:r>
        <w:rPr>
          <w:rFonts w:ascii="Arial" w:hAnsi="Arial"/>
          <w:b w:val="0"/>
          <w:sz w:val="22"/>
          <w:u w:val="none"/>
        </w:rPr>
        <w:t>PWM kısaltmasıyla anılan motor hız kontrolünde genel olarak ne değiştirilir?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Darbelerin açık kalma oranı/görev döngüsü (duty cycle).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4. </w:t>
      </w:r>
      <w:r>
        <w:rPr>
          <w:rFonts w:ascii="Arial" w:hAnsi="Arial"/>
          <w:b w:val="0"/>
          <w:sz w:val="22"/>
          <w:u w:val="none"/>
        </w:rPr>
        <w:t>PWM ile DC motor hızını ayarlamanın bir avantajını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Verimli hız kontrolüne imkân verebilir.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5. </w:t>
      </w:r>
      <w:r>
        <w:rPr>
          <w:rFonts w:ascii="Arial" w:hAnsi="Arial"/>
          <w:b w:val="0"/>
          <w:sz w:val="22"/>
          <w:u w:val="none"/>
        </w:rPr>
        <w:t>Fırçalı sabit mıknatıslı DC motorda devir yönü nasıl ters çevrilir?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Motorun iki besleme ucundaki polarite ters çevrilir.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6. </w:t>
      </w:r>
      <w:r>
        <w:rPr>
          <w:rFonts w:ascii="Arial" w:hAnsi="Arial"/>
          <w:b w:val="0"/>
          <w:sz w:val="22"/>
          <w:u w:val="none"/>
        </w:rPr>
        <w:t>H-köprüsü devresi motor kontrolünde ne işe yarar?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DC motora uygulanan gerilimin polaritesini seçerek ileri/geri dönüş sağlar.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7. </w:t>
      </w:r>
      <w:r>
        <w:rPr>
          <w:rFonts w:ascii="Arial" w:hAnsi="Arial"/>
          <w:b w:val="0"/>
          <w:sz w:val="22"/>
          <w:u w:val="none"/>
        </w:rPr>
        <w:t>Motoru hız kontrol devresine bağlamadan önce iki kontrol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Motorun anma gerilimi/akımı ve sürücünün uygunluğu; kablo/kutup ve sigorta kontrolü (ikisi 5’er).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8. </w:t>
      </w:r>
      <w:r>
        <w:rPr>
          <w:rFonts w:ascii="Arial" w:hAnsi="Arial"/>
          <w:b w:val="0"/>
          <w:sz w:val="22"/>
          <w:u w:val="none"/>
        </w:rPr>
        <w:t>Motorun çalışırken aşırı ısınmasına neden olabilecek iki durum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Aşırı yük, mekanik sıkışma, yanlış gerilim, yetersiz soğutma (ikisi 5’er).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9. </w:t>
      </w:r>
      <w:r>
        <w:rPr>
          <w:rFonts w:ascii="Arial" w:hAnsi="Arial"/>
          <w:b w:val="0"/>
          <w:sz w:val="22"/>
          <w:u w:val="none"/>
        </w:rPr>
        <w:t>Sürücünün hızını azaltmak isteyen öğrenci PWM görev oranını genellikle hangi yönde değiştirir?</w:t>
      </w:r>
      <w:r>
        <w:rPr>
          <w:rFonts w:ascii="Arial" w:hAnsi="Arial"/>
          <w:b/>
          <w:sz w:val="22"/>
          <w:u w:val="none"/>
        </w:rPr>
        <w:t xml:space="preserve"> (20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Görev oranını azaltır (uygun motor ve sürücü koşullarında). Doğru yön 10, PWM açık kalma süresi/açıklaması 10.</w:t>
      </w:r>
    </w:p>
    <w:sectPr w:rsidR="00FC693F" w:rsidRPr="0006063C" w:rsidSect="00034616">
      <w:pgSz w:w="12240" w:h="15840"/>
      <w:pgMar w:top="680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