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ELEKTRİKLİ MOTORSİKLETLER DERSİ 2. DÖNEM 2. YAZILI SINAVI - B GRUBU</w:t>
      </w:r>
    </w:p>
    <w:p>
      <w:pPr>
        <w:spacing w:before="140"/>
      </w:pPr>
      <w:r>
        <w:rPr>
          <w:rFonts w:ascii="Arial" w:hAnsi="Arial"/>
          <w:b w:val="0"/>
          <w:sz w:val="20"/>
          <w:u w:val="none"/>
        </w:rPr>
        <w:t>Adı Soyadı: ........................................................    Sınıfı/No: ..................    Aldığı Not: ............</w:t>
      </w:r>
    </w:p>
    <w:p>
      <w:pPr>
        <w:spacing w:before="160" w:after="100"/>
        <w:jc w:val="center"/>
      </w:pPr>
      <w:r>
        <w:rPr>
          <w:rFonts w:ascii="Arial" w:hAnsi="Arial"/>
          <w:b/>
          <w:sz w:val="22"/>
          <w:u w:val="single"/>
        </w:rPr>
        <w:t>SORULAR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1.</w:t>
      </w:r>
      <w:r>
        <w:rPr>
          <w:rFonts w:ascii="Arial" w:hAnsi="Arial"/>
          <w:b w:val="0"/>
          <w:sz w:val="22"/>
          <w:u w:val="none"/>
        </w:rPr>
        <w:t xml:space="preserve"> DC motorun hızının ölçülmesinde hangi birim kullanılır?</w:t>
      </w:r>
      <w:r>
        <w:rPr>
          <w:rFonts w:ascii="Arial" w:hAnsi="Arial"/>
          <w:b/>
          <w:sz w:val="22"/>
          <w:u w:val="none"/>
        </w:rPr>
        <w:t xml:space="preserve"> (5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2.</w:t>
      </w:r>
      <w:r>
        <w:rPr>
          <w:rFonts w:ascii="Arial" w:hAnsi="Arial"/>
          <w:b w:val="0"/>
          <w:sz w:val="22"/>
          <w:u w:val="none"/>
        </w:rPr>
        <w:t xml:space="preserve"> DC motor hızını ayarlamak neden yararlıdır? Bir örnek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3.</w:t>
      </w:r>
      <w:r>
        <w:rPr>
          <w:rFonts w:ascii="Arial" w:hAnsi="Arial"/>
          <w:b w:val="0"/>
          <w:sz w:val="22"/>
          <w:u w:val="none"/>
        </w:rPr>
        <w:t xml:space="preserve"> PWM motor kontrolünde görev oranı neyi ifade eder?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4.</w:t>
      </w:r>
      <w:r>
        <w:rPr>
          <w:rFonts w:ascii="Arial" w:hAnsi="Arial"/>
          <w:b w:val="0"/>
          <w:sz w:val="22"/>
          <w:u w:val="none"/>
        </w:rPr>
        <w:t xml:space="preserve"> PWM görev oranı uygun koşullarda artırılırsa motor hızı genellikle nasıl değişir?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5.</w:t>
      </w:r>
      <w:r>
        <w:rPr>
          <w:rFonts w:ascii="Arial" w:hAnsi="Arial"/>
          <w:b w:val="0"/>
          <w:sz w:val="22"/>
          <w:u w:val="none"/>
        </w:rPr>
        <w:t xml:space="preserve"> Motorun ileri ve geri dönmesini sağlayan sürücü devresinin adı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6.</w:t>
      </w:r>
      <w:r>
        <w:rPr>
          <w:rFonts w:ascii="Arial" w:hAnsi="Arial"/>
          <w:b w:val="0"/>
          <w:sz w:val="22"/>
          <w:u w:val="none"/>
        </w:rPr>
        <w:t xml:space="preserve"> Fırçalı sabit mıknatıslı DC motorda dönüş yönünü değiştirmek için ne yapılır?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7.</w:t>
      </w:r>
      <w:r>
        <w:rPr>
          <w:rFonts w:ascii="Arial" w:hAnsi="Arial"/>
          <w:b w:val="0"/>
          <w:sz w:val="22"/>
          <w:u w:val="none"/>
        </w:rPr>
        <w:t xml:space="preserve"> Motor hız kontrol bağlantısında dikkat edilecek iki güvenlik önlemini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8.</w:t>
      </w:r>
      <w:r>
        <w:rPr>
          <w:rFonts w:ascii="Arial" w:hAnsi="Arial"/>
          <w:b w:val="0"/>
          <w:sz w:val="22"/>
          <w:u w:val="none"/>
        </w:rPr>
        <w:t xml:space="preserve"> Motor mili sıkışırsa akım ve ısınma açısından ne gibi risk oluşabilir?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9.</w:t>
      </w:r>
      <w:r>
        <w:rPr>
          <w:rFonts w:ascii="Arial" w:hAnsi="Arial"/>
          <w:b w:val="0"/>
          <w:sz w:val="22"/>
          <w:u w:val="none"/>
        </w:rPr>
        <w:t xml:space="preserve"> Bir DC motorun dönüş yönü ve hızının kontrolünde kullanılan iki yöntemi açıklayınız.</w:t>
      </w:r>
      <w:r>
        <w:rPr>
          <w:rFonts w:ascii="Arial" w:hAnsi="Arial"/>
          <w:b/>
          <w:sz w:val="22"/>
          <w:u w:val="none"/>
        </w:rPr>
        <w:t xml:space="preserve"> (20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80"/>
        <w:jc w:val="center"/>
      </w:pPr>
      <w:r>
        <w:rPr>
          <w:rFonts w:ascii="Arial" w:hAnsi="Arial"/>
          <w:b w:val="0"/>
          <w:sz w:val="20"/>
          <w:u w:val="none"/>
        </w:rPr>
        <w:t>Başarılar</w:t>
      </w:r>
    </w:p>
    <w:p>
      <w:r>
        <w:rPr>
          <w:rFonts w:ascii="Arial" w:hAnsi="Arial"/>
          <w:b w:val="0"/>
          <w:sz w:val="20"/>
          <w:u w:val="none"/>
        </w:rPr>
        <w:t>Süre: 40 Dk</w:t>
      </w:r>
      <w:r>
        <w:rPr>
          <w:rFonts w:ascii="Arial" w:hAnsi="Arial"/>
          <w:b w:val="0"/>
          <w:sz w:val="20"/>
          <w:u w:val="none"/>
        </w:rPr>
        <w:t xml:space="preserve">                            Mot. Araç. Tekn. Öğrt. Abdullah YANIK</w:t>
      </w:r>
    </w:p>
    <w:p>
      <w:r>
        <w:br w:type="page"/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ELEKTRİKLİ MOTORSİKLETLER DERSİ 2. DÖNEM 2. YAZILI SINAVI - B GRUBU CEVAP ANAHTARI</w:t>
      </w:r>
    </w:p>
    <w:p>
      <w:pPr>
        <w:spacing w:before="160" w:after="100"/>
        <w:jc w:val="center"/>
      </w:pPr>
      <w:r>
        <w:rPr>
          <w:rFonts w:ascii="Arial" w:hAnsi="Arial"/>
          <w:b/>
          <w:sz w:val="22"/>
          <w:u w:val="single"/>
        </w:rPr>
        <w:t>CEVAPLAR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1. </w:t>
      </w:r>
      <w:r>
        <w:rPr>
          <w:rFonts w:ascii="Arial" w:hAnsi="Arial"/>
          <w:b w:val="0"/>
          <w:sz w:val="22"/>
          <w:u w:val="none"/>
        </w:rPr>
        <w:t>DC motorun hızının ölçülmesinde hangi birim kullanılır?</w:t>
      </w:r>
      <w:r>
        <w:rPr>
          <w:rFonts w:ascii="Arial" w:hAnsi="Arial"/>
          <w:b/>
          <w:sz w:val="22"/>
          <w:u w:val="none"/>
        </w:rPr>
        <w:t xml:space="preserve"> (5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Devir/dakika (dev/dk, rpm).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2. </w:t>
      </w:r>
      <w:r>
        <w:rPr>
          <w:rFonts w:ascii="Arial" w:hAnsi="Arial"/>
          <w:b w:val="0"/>
          <w:sz w:val="22"/>
          <w:u w:val="none"/>
        </w:rPr>
        <w:t>DC motor hızını ayarlamak neden yararlıdır? Bir örnek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İstenen hareket hızını sağlamak; ör. elektrikli tahrik/yardımcı mekanizma hızını ayarlamak.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3. </w:t>
      </w:r>
      <w:r>
        <w:rPr>
          <w:rFonts w:ascii="Arial" w:hAnsi="Arial"/>
          <w:b w:val="0"/>
          <w:sz w:val="22"/>
          <w:u w:val="none"/>
        </w:rPr>
        <w:t>PWM motor kontrolünde görev oranı neyi ifade eder?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Bir periyotta çıkışın açık/etkin kaldığı sürenin toplam periyoda oranı.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4. </w:t>
      </w:r>
      <w:r>
        <w:rPr>
          <w:rFonts w:ascii="Arial" w:hAnsi="Arial"/>
          <w:b w:val="0"/>
          <w:sz w:val="22"/>
          <w:u w:val="none"/>
        </w:rPr>
        <w:t>PWM görev oranı uygun koşullarda artırılırsa motor hızı genellikle nasıl değişir?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Artar.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5. </w:t>
      </w:r>
      <w:r>
        <w:rPr>
          <w:rFonts w:ascii="Arial" w:hAnsi="Arial"/>
          <w:b w:val="0"/>
          <w:sz w:val="22"/>
          <w:u w:val="none"/>
        </w:rPr>
        <w:t>Motorun ileri ve geri dönmesini sağlayan sürücü devresinin adı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H-köprüsü.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6. </w:t>
      </w:r>
      <w:r>
        <w:rPr>
          <w:rFonts w:ascii="Arial" w:hAnsi="Arial"/>
          <w:b w:val="0"/>
          <w:sz w:val="22"/>
          <w:u w:val="none"/>
        </w:rPr>
        <w:t>Fırçalı sabit mıknatıslı DC motorda dönüş yönünü değiştirmek için ne yapılır?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Besleme kutupları ters çevrilir.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7. </w:t>
      </w:r>
      <w:r>
        <w:rPr>
          <w:rFonts w:ascii="Arial" w:hAnsi="Arial"/>
          <w:b w:val="0"/>
          <w:sz w:val="22"/>
          <w:u w:val="none"/>
        </w:rPr>
        <w:t>Motor hız kontrol bağlantısında dikkat edilecek iki güvenlik önlemini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Enerjiyi keserek bağlantı yapmak; doğru polarite/gerilim/sigorta; hareketli parçalardan uzak durmak (ikisi 5’er).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8. </w:t>
      </w:r>
      <w:r>
        <w:rPr>
          <w:rFonts w:ascii="Arial" w:hAnsi="Arial"/>
          <w:b w:val="0"/>
          <w:sz w:val="22"/>
          <w:u w:val="none"/>
        </w:rPr>
        <w:t>Motor mili sıkışırsa akım ve ısınma açısından ne gibi risk oluşabilir?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Motor yüksek akım çekebilir, aşırı ısınabilir ve zarar görebilir.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9. </w:t>
      </w:r>
      <w:r>
        <w:rPr>
          <w:rFonts w:ascii="Arial" w:hAnsi="Arial"/>
          <w:b w:val="0"/>
          <w:sz w:val="22"/>
          <w:u w:val="none"/>
        </w:rPr>
        <w:t>Bir DC motorun dönüş yönü ve hızının kontrolünde kullanılan iki yöntemi açıklayınız.</w:t>
      </w:r>
      <w:r>
        <w:rPr>
          <w:rFonts w:ascii="Arial" w:hAnsi="Arial"/>
          <w:b/>
          <w:sz w:val="22"/>
          <w:u w:val="none"/>
        </w:rPr>
        <w:t xml:space="preserve"> (20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Yön için polarite/H-köprüsü; hız için PWM görev oranı/uygun gerilim kontrolü. Her yöntem 10 puan.</w:t>
      </w:r>
    </w:p>
    <w:sectPr w:rsidR="00FC693F" w:rsidRPr="0006063C" w:rsidSect="00034616">
      <w:pgSz w:w="12240" w:h="15840"/>
      <w:pgMar w:top="680" w:right="935" w:bottom="652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