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5BD724" w14:textId="77777777" w:rsidR="00A54D61" w:rsidRPr="00A7553E" w:rsidRDefault="00A54D61" w:rsidP="00A7553E">
      <w:pPr>
        <w:spacing w:after="40" w:line="360" w:lineRule="auto"/>
        <w:jc w:val="center"/>
        <w:rPr>
          <w:sz w:val="24"/>
          <w:szCs w:val="24"/>
        </w:rPr>
      </w:pPr>
      <w:r w:rsidRPr="00A7553E">
        <w:rPr>
          <w:b/>
          <w:sz w:val="24"/>
          <w:szCs w:val="24"/>
        </w:rPr>
        <w:t>KIRIKKALE MESLEKİ VE TEKNİK ANADOLU LİSESİ</w:t>
      </w:r>
    </w:p>
    <w:p w14:paraId="6F594FB9" w14:textId="77777777" w:rsidR="00A54D61" w:rsidRPr="00A7553E" w:rsidRDefault="00A54D61" w:rsidP="00A7553E">
      <w:pPr>
        <w:spacing w:after="40" w:line="360" w:lineRule="auto"/>
        <w:jc w:val="center"/>
        <w:rPr>
          <w:sz w:val="24"/>
          <w:szCs w:val="24"/>
        </w:rPr>
      </w:pPr>
      <w:r w:rsidRPr="00A7553E">
        <w:rPr>
          <w:b/>
          <w:sz w:val="24"/>
          <w:szCs w:val="24"/>
        </w:rPr>
        <w:t>2026/2027 EĞİTİM ÖĞRETİM YILI OTOMOTİV TEKNOLOJİLERİ ALANI</w:t>
      </w:r>
    </w:p>
    <w:p w14:paraId="53502B0E" w14:textId="1CBA3C69" w:rsidR="00AE7FC0" w:rsidRDefault="00A54D61" w:rsidP="00A7553E">
      <w:pPr>
        <w:spacing w:after="40" w:line="360" w:lineRule="auto"/>
        <w:jc w:val="center"/>
        <w:rPr>
          <w:b/>
          <w:sz w:val="24"/>
          <w:szCs w:val="24"/>
        </w:rPr>
      </w:pPr>
      <w:r w:rsidRPr="00A7553E">
        <w:rPr>
          <w:b/>
          <w:sz w:val="24"/>
          <w:szCs w:val="24"/>
        </w:rPr>
        <w:t>TEMEL OTOMOTİV TEKNOLOJİSİ DERSİ</w:t>
      </w:r>
      <w:r w:rsidR="00A7553E">
        <w:rPr>
          <w:b/>
          <w:sz w:val="24"/>
          <w:szCs w:val="24"/>
        </w:rPr>
        <w:t xml:space="preserve"> </w:t>
      </w:r>
      <w:r w:rsidRPr="00A7553E">
        <w:rPr>
          <w:b/>
          <w:sz w:val="24"/>
          <w:szCs w:val="24"/>
        </w:rPr>
        <w:t>1. DÖNEM 1. YAZILI SINAVI</w:t>
      </w:r>
    </w:p>
    <w:p w14:paraId="57EED1F0" w14:textId="77777777" w:rsidR="00A7553E" w:rsidRPr="00A7553E" w:rsidRDefault="00A7553E" w:rsidP="00A7553E">
      <w:pPr>
        <w:spacing w:after="40" w:line="240" w:lineRule="auto"/>
        <w:jc w:val="center"/>
        <w:rPr>
          <w:sz w:val="24"/>
          <w:szCs w:val="24"/>
        </w:rPr>
      </w:pPr>
    </w:p>
    <w:p w14:paraId="45908AA8" w14:textId="4238213D" w:rsidR="00AE7FC0" w:rsidRDefault="00000000">
      <w:pPr>
        <w:spacing w:after="100" w:line="240" w:lineRule="auto"/>
      </w:pPr>
      <w:proofErr w:type="spellStart"/>
      <w:r>
        <w:rPr>
          <w:sz w:val="20"/>
        </w:rPr>
        <w:t>Adı</w:t>
      </w:r>
      <w:proofErr w:type="spellEnd"/>
      <w:r>
        <w:rPr>
          <w:sz w:val="20"/>
        </w:rPr>
        <w:t xml:space="preserve"> Soyadı: ....................................................    </w:t>
      </w:r>
      <w:r w:rsidR="00764DAF">
        <w:rPr>
          <w:sz w:val="20"/>
        </w:rPr>
        <w:tab/>
      </w:r>
      <w:proofErr w:type="spellStart"/>
      <w:r>
        <w:rPr>
          <w:sz w:val="20"/>
        </w:rPr>
        <w:t>Sınıfı</w:t>
      </w:r>
      <w:proofErr w:type="spellEnd"/>
      <w:r>
        <w:rPr>
          <w:sz w:val="20"/>
        </w:rPr>
        <w:t xml:space="preserve">/No: ..................    </w:t>
      </w:r>
      <w:r w:rsidR="00764DAF">
        <w:rPr>
          <w:sz w:val="20"/>
        </w:rPr>
        <w:tab/>
      </w:r>
      <w:r w:rsidR="00764DAF">
        <w:rPr>
          <w:sz w:val="20"/>
        </w:rPr>
        <w:tab/>
      </w:r>
      <w:r w:rsidR="00764DAF">
        <w:rPr>
          <w:sz w:val="20"/>
        </w:rPr>
        <w:tab/>
      </w:r>
      <w:proofErr w:type="spellStart"/>
      <w:r>
        <w:rPr>
          <w:sz w:val="20"/>
        </w:rPr>
        <w:t>Aldığı</w:t>
      </w:r>
      <w:proofErr w:type="spellEnd"/>
      <w:r>
        <w:rPr>
          <w:sz w:val="20"/>
        </w:rPr>
        <w:t xml:space="preserve"> Not: ............</w:t>
      </w:r>
    </w:p>
    <w:p w14:paraId="55242F50" w14:textId="77777777" w:rsidR="00AE7FC0" w:rsidRDefault="00000000">
      <w:pPr>
        <w:spacing w:after="80" w:line="240" w:lineRule="auto"/>
        <w:jc w:val="center"/>
      </w:pPr>
      <w:r>
        <w:rPr>
          <w:b/>
        </w:rPr>
        <w:t>SORULAR</w:t>
      </w:r>
    </w:p>
    <w:p w14:paraId="6837F98F" w14:textId="77777777" w:rsidR="00AE7FC0" w:rsidRPr="00A54D61" w:rsidRDefault="00000000" w:rsidP="00A54D61">
      <w:pPr>
        <w:spacing w:after="20" w:line="360" w:lineRule="auto"/>
        <w:rPr>
          <w:bCs/>
        </w:rPr>
      </w:pPr>
      <w:r>
        <w:rPr>
          <w:b/>
        </w:rPr>
        <w:t>1.</w:t>
      </w:r>
      <w:r>
        <w:rPr>
          <w:bCs/>
        </w:rPr>
        <w:t xml:space="preserve"> (6 </w:t>
      </w:r>
      <w:proofErr w:type="spellStart"/>
      <w:r>
        <w:rPr>
          <w:bCs/>
        </w:rPr>
        <w:t>puan</w:t>
      </w:r>
      <w:proofErr w:type="spellEnd"/>
      <w:r>
        <w:rPr>
          <w:bCs/>
        </w:rPr>
        <w:t xml:space="preserve">) </w:t>
      </w:r>
      <w:proofErr w:type="spellStart"/>
      <w:r>
        <w:rPr>
          <w:bCs/>
        </w:rPr>
        <w:t>Meslek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hastalığı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nedir</w:t>
      </w:r>
      <w:proofErr w:type="spellEnd"/>
      <w:r>
        <w:rPr>
          <w:bCs/>
        </w:rPr>
        <w:t xml:space="preserve">? Bir </w:t>
      </w:r>
      <w:proofErr w:type="spellStart"/>
      <w:r>
        <w:rPr>
          <w:bCs/>
        </w:rPr>
        <w:t>örnek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veriniz</w:t>
      </w:r>
      <w:proofErr w:type="spellEnd"/>
      <w:r>
        <w:rPr>
          <w:bCs/>
        </w:rPr>
        <w:t>.</w:t>
      </w:r>
    </w:p>
    <w:p w14:paraId="2DC18980" w14:textId="57E1E90F" w:rsidR="00764DAF" w:rsidRPr="00A54D61" w:rsidRDefault="00000000" w:rsidP="00A54D61">
      <w:pPr>
        <w:spacing w:after="60" w:line="360" w:lineRule="auto"/>
      </w:pPr>
      <w:r>
        <w:rPr>
          <w:b/>
        </w:rPr>
        <w:t>2.</w:t>
      </w:r>
      <w:r>
        <w:rPr>
          <w:bCs/>
        </w:rPr>
        <w:t xml:space="preserve"> (6 </w:t>
      </w:r>
      <w:proofErr w:type="spellStart"/>
      <w:r>
        <w:rPr>
          <w:bCs/>
        </w:rPr>
        <w:t>puan</w:t>
      </w:r>
      <w:proofErr w:type="spellEnd"/>
      <w:r>
        <w:rPr>
          <w:bCs/>
        </w:rPr>
        <w:t xml:space="preserve">) </w:t>
      </w:r>
      <w:proofErr w:type="spellStart"/>
      <w:r>
        <w:rPr>
          <w:bCs/>
        </w:rPr>
        <w:t>İş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ayakkabısı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koruyucu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gözlük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ve</w:t>
      </w:r>
      <w:proofErr w:type="spellEnd"/>
      <w:r>
        <w:rPr>
          <w:bCs/>
        </w:rPr>
        <w:t xml:space="preserve"> kulak </w:t>
      </w:r>
      <w:proofErr w:type="spellStart"/>
      <w:r>
        <w:rPr>
          <w:bCs/>
        </w:rPr>
        <w:t>koruyucunun</w:t>
      </w:r>
      <w:proofErr w:type="spellEnd"/>
      <w:r>
        <w:rPr>
          <w:bCs/>
        </w:rPr>
        <w:t xml:space="preserve"> hangi </w:t>
      </w:r>
      <w:proofErr w:type="spellStart"/>
      <w:r>
        <w:rPr>
          <w:bCs/>
        </w:rPr>
        <w:t>tehlikeye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karşı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koruduğunu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yazınız</w:t>
      </w:r>
      <w:proofErr w:type="spellEnd"/>
      <w:r>
        <w:rPr>
          <w:bCs/>
        </w:rPr>
        <w:t>.</w:t>
      </w:r>
    </w:p>
    <w:p w14:paraId="2666A32E" w14:textId="20582921" w:rsidR="00AE7FC0" w:rsidRPr="00A54D61" w:rsidRDefault="00000000" w:rsidP="00A54D61">
      <w:pPr>
        <w:spacing w:after="20" w:line="360" w:lineRule="auto"/>
        <w:rPr>
          <w:bCs/>
        </w:rPr>
      </w:pPr>
      <w:r>
        <w:rPr>
          <w:b/>
        </w:rPr>
        <w:t>3.</w:t>
      </w:r>
      <w:r>
        <w:rPr>
          <w:bCs/>
        </w:rPr>
        <w:t xml:space="preserve"> (8 </w:t>
      </w:r>
      <w:proofErr w:type="spellStart"/>
      <w:r>
        <w:rPr>
          <w:bCs/>
        </w:rPr>
        <w:t>puan</w:t>
      </w:r>
      <w:proofErr w:type="spellEnd"/>
      <w:r>
        <w:rPr>
          <w:bCs/>
        </w:rPr>
        <w:t xml:space="preserve">) </w:t>
      </w:r>
      <w:proofErr w:type="spellStart"/>
      <w:r>
        <w:rPr>
          <w:bCs/>
        </w:rPr>
        <w:t>Yangın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söndürücü</w:t>
      </w:r>
      <w:proofErr w:type="spellEnd"/>
      <w:r>
        <w:rPr>
          <w:bCs/>
        </w:rPr>
        <w:t xml:space="preserve"> (</w:t>
      </w:r>
      <w:proofErr w:type="spellStart"/>
      <w:r>
        <w:rPr>
          <w:bCs/>
        </w:rPr>
        <w:t>tüp</w:t>
      </w:r>
      <w:proofErr w:type="spellEnd"/>
      <w:r>
        <w:rPr>
          <w:bCs/>
        </w:rPr>
        <w:t xml:space="preserve">) </w:t>
      </w:r>
      <w:proofErr w:type="spellStart"/>
      <w:r>
        <w:rPr>
          <w:bCs/>
        </w:rPr>
        <w:t>kullanımında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yapılacak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işlemleri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dört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madde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hâlinde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sırasıyla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yazınız</w:t>
      </w:r>
      <w:proofErr w:type="spellEnd"/>
      <w:r>
        <w:rPr>
          <w:bCs/>
        </w:rPr>
        <w:t>.</w:t>
      </w:r>
    </w:p>
    <w:p w14:paraId="4A8ED9FA" w14:textId="77777777" w:rsidR="00AE7FC0" w:rsidRPr="00A54D61" w:rsidRDefault="00000000" w:rsidP="00A54D61">
      <w:pPr>
        <w:spacing w:after="20" w:line="360" w:lineRule="auto"/>
      </w:pPr>
      <w:r>
        <w:rPr>
          <w:b/>
        </w:rPr>
        <w:t>4.</w:t>
      </w:r>
      <w:r>
        <w:rPr>
          <w:bCs/>
        </w:rPr>
        <w:t xml:space="preserve"> (8 </w:t>
      </w:r>
      <w:proofErr w:type="spellStart"/>
      <w:r>
        <w:rPr>
          <w:bCs/>
        </w:rPr>
        <w:t>puan</w:t>
      </w:r>
      <w:proofErr w:type="spellEnd"/>
      <w:r>
        <w:rPr>
          <w:bCs/>
        </w:rPr>
        <w:t xml:space="preserve">) </w:t>
      </w:r>
      <w:proofErr w:type="spellStart"/>
      <w:r>
        <w:rPr>
          <w:bCs/>
        </w:rPr>
        <w:t>Atölyede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çevreye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zarar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vermemek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için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alınabilecek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dört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önlemi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yazınız</w:t>
      </w:r>
      <w:proofErr w:type="spellEnd"/>
      <w:r>
        <w:rPr>
          <w:bCs/>
        </w:rPr>
        <w:t>.</w:t>
      </w:r>
    </w:p>
    <w:p w14:paraId="5B5739D1" w14:textId="77777777" w:rsidR="00AE7FC0" w:rsidRPr="00A54D61" w:rsidRDefault="00000000" w:rsidP="00A54D61">
      <w:pPr>
        <w:spacing w:after="20" w:line="360" w:lineRule="auto"/>
      </w:pPr>
      <w:r>
        <w:rPr>
          <w:b/>
        </w:rPr>
        <w:t>5.</w:t>
      </w:r>
      <w:r>
        <w:rPr>
          <w:bCs/>
        </w:rPr>
        <w:t xml:space="preserve"> (10 </w:t>
      </w:r>
      <w:proofErr w:type="spellStart"/>
      <w:r>
        <w:rPr>
          <w:bCs/>
        </w:rPr>
        <w:t>puan</w:t>
      </w:r>
      <w:proofErr w:type="spellEnd"/>
      <w:r>
        <w:rPr>
          <w:bCs/>
        </w:rPr>
        <w:t xml:space="preserve">) </w:t>
      </w:r>
      <w:proofErr w:type="spellStart"/>
      <w:r>
        <w:rPr>
          <w:bCs/>
        </w:rPr>
        <w:t>Atölyedeki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alet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donanımların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bakımının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yapılmasının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önemini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beş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madde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hâlinde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yazınız</w:t>
      </w:r>
      <w:proofErr w:type="spellEnd"/>
      <w:r>
        <w:rPr>
          <w:bCs/>
        </w:rPr>
        <w:t>.</w:t>
      </w:r>
    </w:p>
    <w:p w14:paraId="2CC0EA06" w14:textId="30EFD3CD" w:rsidR="00AE7FC0" w:rsidRPr="00A54D61" w:rsidRDefault="00000000" w:rsidP="00A54D61">
      <w:pPr>
        <w:spacing w:after="20" w:line="360" w:lineRule="auto"/>
        <w:rPr>
          <w:bCs/>
        </w:rPr>
      </w:pPr>
      <w:r>
        <w:rPr>
          <w:b/>
        </w:rPr>
        <w:t>6.</w:t>
      </w:r>
      <w:r>
        <w:rPr>
          <w:bCs/>
        </w:rPr>
        <w:t xml:space="preserve"> (10 </w:t>
      </w:r>
      <w:proofErr w:type="spellStart"/>
      <w:r>
        <w:rPr>
          <w:bCs/>
        </w:rPr>
        <w:t>puan</w:t>
      </w:r>
      <w:proofErr w:type="spellEnd"/>
      <w:r>
        <w:rPr>
          <w:bCs/>
        </w:rPr>
        <w:t xml:space="preserve">) </w:t>
      </w:r>
      <w:proofErr w:type="spellStart"/>
      <w:r>
        <w:rPr>
          <w:bCs/>
        </w:rPr>
        <w:t>Otomotive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özel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takımlardan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beş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tanesini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kullanım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yerlerini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yazınız</w:t>
      </w:r>
      <w:proofErr w:type="spellEnd"/>
      <w:r>
        <w:rPr>
          <w:bCs/>
        </w:rPr>
        <w:t>.</w:t>
      </w:r>
    </w:p>
    <w:p w14:paraId="1BB85A2D" w14:textId="718E413A" w:rsidR="00AE7FC0" w:rsidRPr="00A54D61" w:rsidRDefault="00000000" w:rsidP="00A54D61">
      <w:pPr>
        <w:spacing w:after="20" w:line="360" w:lineRule="auto"/>
        <w:rPr>
          <w:bCs/>
        </w:rPr>
      </w:pPr>
      <w:r>
        <w:rPr>
          <w:b/>
        </w:rPr>
        <w:t>7.</w:t>
      </w:r>
      <w:r>
        <w:rPr>
          <w:bCs/>
        </w:rPr>
        <w:t xml:space="preserve"> (10 </w:t>
      </w:r>
      <w:proofErr w:type="spellStart"/>
      <w:r>
        <w:rPr>
          <w:bCs/>
        </w:rPr>
        <w:t>puan</w:t>
      </w:r>
      <w:proofErr w:type="spellEnd"/>
      <w:r>
        <w:rPr>
          <w:bCs/>
        </w:rPr>
        <w:t xml:space="preserve">) </w:t>
      </w:r>
      <w:proofErr w:type="spellStart"/>
      <w:r>
        <w:rPr>
          <w:bCs/>
        </w:rPr>
        <w:t>Kriko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sehpa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araç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kaldırma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platformu</w:t>
      </w:r>
      <w:proofErr w:type="spellEnd"/>
      <w:r>
        <w:rPr>
          <w:bCs/>
        </w:rPr>
        <w:t xml:space="preserve"> (lift), motor </w:t>
      </w:r>
      <w:proofErr w:type="spellStart"/>
      <w:r>
        <w:rPr>
          <w:bCs/>
        </w:rPr>
        <w:t>kaldırma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vinci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ve</w:t>
      </w:r>
      <w:proofErr w:type="spellEnd"/>
      <w:r>
        <w:rPr>
          <w:bCs/>
        </w:rPr>
        <w:t xml:space="preserve"> motor </w:t>
      </w:r>
      <w:proofErr w:type="spellStart"/>
      <w:r>
        <w:rPr>
          <w:bCs/>
        </w:rPr>
        <w:t>sehpasının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kullanım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amaçlarını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kısaca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yazınız</w:t>
      </w:r>
      <w:proofErr w:type="spellEnd"/>
      <w:r>
        <w:rPr>
          <w:bCs/>
        </w:rPr>
        <w:t>.</w:t>
      </w:r>
    </w:p>
    <w:p w14:paraId="5C9FB45E" w14:textId="77777777" w:rsidR="00AE7FC0" w:rsidRPr="00A54D61" w:rsidRDefault="00000000" w:rsidP="00A54D61">
      <w:pPr>
        <w:spacing w:after="20" w:line="360" w:lineRule="auto"/>
        <w:rPr>
          <w:bCs/>
        </w:rPr>
      </w:pPr>
      <w:r>
        <w:rPr>
          <w:b/>
        </w:rPr>
        <w:t>8.</w:t>
      </w:r>
      <w:r>
        <w:rPr>
          <w:bCs/>
        </w:rPr>
        <w:t xml:space="preserve"> (12 </w:t>
      </w:r>
      <w:proofErr w:type="spellStart"/>
      <w:r>
        <w:rPr>
          <w:bCs/>
        </w:rPr>
        <w:t>puan</w:t>
      </w:r>
      <w:proofErr w:type="spellEnd"/>
      <w:r>
        <w:rPr>
          <w:bCs/>
        </w:rPr>
        <w:t xml:space="preserve">) </w:t>
      </w:r>
      <w:proofErr w:type="spellStart"/>
      <w:r>
        <w:rPr>
          <w:bCs/>
        </w:rPr>
        <w:t>Ölçü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sistemlerini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yazınız</w:t>
      </w:r>
      <w:proofErr w:type="spellEnd"/>
      <w:r>
        <w:rPr>
          <w:bCs/>
        </w:rPr>
        <w:t xml:space="preserve">. 1 </w:t>
      </w:r>
      <w:proofErr w:type="spellStart"/>
      <w:r>
        <w:rPr>
          <w:bCs/>
        </w:rPr>
        <w:t>inç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kaç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mm’dir</w:t>
      </w:r>
      <w:proofErr w:type="spellEnd"/>
      <w:r>
        <w:rPr>
          <w:bCs/>
        </w:rPr>
        <w:t xml:space="preserve">? 50,8 mm </w:t>
      </w:r>
      <w:proofErr w:type="spellStart"/>
      <w:r>
        <w:rPr>
          <w:bCs/>
        </w:rPr>
        <w:t>kaç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inçtir</w:t>
      </w:r>
      <w:proofErr w:type="spellEnd"/>
      <w:r>
        <w:rPr>
          <w:bCs/>
        </w:rPr>
        <w:t>?</w:t>
      </w:r>
    </w:p>
    <w:p w14:paraId="0414EA6D" w14:textId="317210C5" w:rsidR="00A7553E" w:rsidRDefault="00000000" w:rsidP="00A7553E">
      <w:pPr>
        <w:spacing w:after="20" w:line="360" w:lineRule="auto"/>
        <w:rPr>
          <w:bCs/>
        </w:rPr>
      </w:pPr>
      <w:r>
        <w:rPr>
          <w:b/>
        </w:rPr>
        <w:t>9.</w:t>
      </w:r>
      <w:r>
        <w:rPr>
          <w:bCs/>
        </w:rPr>
        <w:t xml:space="preserve"> (15 </w:t>
      </w:r>
      <w:proofErr w:type="spellStart"/>
      <w:r>
        <w:rPr>
          <w:bCs/>
        </w:rPr>
        <w:t>puan</w:t>
      </w:r>
      <w:proofErr w:type="spellEnd"/>
      <w:r>
        <w:rPr>
          <w:bCs/>
        </w:rPr>
        <w:t xml:space="preserve">) </w:t>
      </w:r>
      <w:r w:rsidRPr="00A7553E">
        <w:rPr>
          <w:b/>
        </w:rPr>
        <w:t>a)</w:t>
      </w:r>
      <w:r>
        <w:rPr>
          <w:bCs/>
        </w:rPr>
        <w:t xml:space="preserve"> </w:t>
      </w:r>
      <w:proofErr w:type="spellStart"/>
      <w:r>
        <w:rPr>
          <w:bCs/>
        </w:rPr>
        <w:t>Mikrometrenin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kısımlarından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üç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tanesini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yazınız</w:t>
      </w:r>
      <w:proofErr w:type="spellEnd"/>
      <w:r>
        <w:rPr>
          <w:bCs/>
        </w:rPr>
        <w:t xml:space="preserve">. (6 </w:t>
      </w:r>
      <w:proofErr w:type="spellStart"/>
      <w:r>
        <w:rPr>
          <w:bCs/>
        </w:rPr>
        <w:t>puan</w:t>
      </w:r>
      <w:proofErr w:type="spellEnd"/>
      <w:r>
        <w:rPr>
          <w:bCs/>
        </w:rPr>
        <w:t>)</w:t>
      </w:r>
      <w:r>
        <w:rPr>
          <w:bCs/>
        </w:rPr>
        <w:br/>
      </w:r>
      <w:r w:rsidRPr="00A7553E">
        <w:rPr>
          <w:b/>
        </w:rPr>
        <w:t xml:space="preserve">                    b)</w:t>
      </w:r>
      <w:r>
        <w:rPr>
          <w:bCs/>
        </w:rPr>
        <w:t xml:space="preserve"> </w:t>
      </w:r>
      <w:proofErr w:type="spellStart"/>
      <w:r w:rsidR="00A7553E">
        <w:rPr>
          <w:bCs/>
        </w:rPr>
        <w:t>Aşağıdaki</w:t>
      </w:r>
      <w:proofErr w:type="spellEnd"/>
      <w:r w:rsidR="00A7553E">
        <w:rPr>
          <w:bCs/>
        </w:rPr>
        <w:t xml:space="preserve"> </w:t>
      </w:r>
      <w:proofErr w:type="spellStart"/>
      <w:r w:rsidR="00A7553E">
        <w:rPr>
          <w:bCs/>
        </w:rPr>
        <w:t>şekilde</w:t>
      </w:r>
      <w:proofErr w:type="spellEnd"/>
      <w:r w:rsidR="00A7553E">
        <w:rPr>
          <w:bCs/>
        </w:rPr>
        <w:t xml:space="preserve"> </w:t>
      </w:r>
      <w:proofErr w:type="spellStart"/>
      <w:r w:rsidR="00A7553E">
        <w:rPr>
          <w:bCs/>
        </w:rPr>
        <w:t>gösterilen</w:t>
      </w:r>
      <w:proofErr w:type="spellEnd"/>
      <w:r w:rsidR="00A7553E">
        <w:rPr>
          <w:bCs/>
        </w:rPr>
        <w:t xml:space="preserve"> </w:t>
      </w:r>
      <w:proofErr w:type="spellStart"/>
      <w:r w:rsidR="00A7553E">
        <w:rPr>
          <w:bCs/>
        </w:rPr>
        <w:t>mikrometre</w:t>
      </w:r>
      <w:proofErr w:type="spellEnd"/>
      <w:r w:rsidR="00A7553E">
        <w:rPr>
          <w:bCs/>
        </w:rPr>
        <w:t xml:space="preserve"> </w:t>
      </w:r>
      <w:proofErr w:type="spellStart"/>
      <w:r w:rsidR="00A7553E">
        <w:rPr>
          <w:bCs/>
        </w:rPr>
        <w:t>açıklığını</w:t>
      </w:r>
      <w:proofErr w:type="spellEnd"/>
      <w:r w:rsidR="00A7553E">
        <w:rPr>
          <w:bCs/>
        </w:rPr>
        <w:t xml:space="preserve"> </w:t>
      </w:r>
      <w:proofErr w:type="spellStart"/>
      <w:r w:rsidR="00A7553E">
        <w:rPr>
          <w:bCs/>
        </w:rPr>
        <w:t>okuyarak</w:t>
      </w:r>
      <w:proofErr w:type="spellEnd"/>
      <w:r w:rsidR="00A7553E">
        <w:rPr>
          <w:bCs/>
        </w:rPr>
        <w:t xml:space="preserve"> </w:t>
      </w:r>
      <w:proofErr w:type="spellStart"/>
      <w:r w:rsidR="00A7553E">
        <w:rPr>
          <w:bCs/>
        </w:rPr>
        <w:t>yazınız</w:t>
      </w:r>
      <w:proofErr w:type="spellEnd"/>
      <w:r w:rsidR="00A7553E">
        <w:rPr>
          <w:bCs/>
        </w:rPr>
        <w:t xml:space="preserve">. (9 </w:t>
      </w:r>
      <w:proofErr w:type="spellStart"/>
      <w:r w:rsidR="00A7553E">
        <w:rPr>
          <w:bCs/>
        </w:rPr>
        <w:t>puan</w:t>
      </w:r>
      <w:proofErr w:type="spellEnd"/>
      <w:r w:rsidR="00A7553E">
        <w:rPr>
          <w:bCs/>
        </w:rPr>
        <w:t>)</w:t>
      </w:r>
    </w:p>
    <w:p w14:paraId="648F369C" w14:textId="62398892" w:rsidR="00AE7FC0" w:rsidRPr="00A54D61" w:rsidRDefault="00F13D1A" w:rsidP="00A7553E">
      <w:pPr>
        <w:spacing w:after="20" w:line="360" w:lineRule="auto"/>
        <w:jc w:val="center"/>
      </w:pPr>
      <w:r>
        <w:rPr>
          <w:noProof/>
        </w:rPr>
        <w:drawing>
          <wp:inline distT="0" distB="0" distL="0" distR="0" wp14:anchorId="54393529" wp14:editId="04BEB6F1">
            <wp:extent cx="4457700" cy="1954530"/>
            <wp:effectExtent l="0" t="0" r="0" b="7620"/>
            <wp:docPr id="1823537840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3537840" name="Resim 182353784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482459" cy="1965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0F709B" w14:textId="76ADF4D9" w:rsidR="00764DAF" w:rsidRDefault="00000000" w:rsidP="00A7553E">
      <w:pPr>
        <w:spacing w:after="20" w:line="360" w:lineRule="auto"/>
      </w:pPr>
      <w:r>
        <w:rPr>
          <w:b/>
        </w:rPr>
        <w:t>10.</w:t>
      </w:r>
      <w:r>
        <w:rPr>
          <w:bCs/>
        </w:rPr>
        <w:t xml:space="preserve"> (15 </w:t>
      </w:r>
      <w:proofErr w:type="spellStart"/>
      <w:r>
        <w:rPr>
          <w:bCs/>
        </w:rPr>
        <w:t>puan</w:t>
      </w:r>
      <w:proofErr w:type="spellEnd"/>
      <w:r>
        <w:rPr>
          <w:bCs/>
        </w:rPr>
        <w:t xml:space="preserve">) </w:t>
      </w:r>
      <w:proofErr w:type="spellStart"/>
      <w:r>
        <w:rPr>
          <w:bCs/>
        </w:rPr>
        <w:t>Komparatör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ile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bir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iş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parçasının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yüzeyindeki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sapmanın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ölçülmesi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işlem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basamaklarını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sırasıyla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yazınız</w:t>
      </w:r>
      <w:proofErr w:type="spellEnd"/>
      <w:r>
        <w:rPr>
          <w:bCs/>
        </w:rPr>
        <w:t>.</w:t>
      </w:r>
    </w:p>
    <w:p w14:paraId="6559AF34" w14:textId="77777777" w:rsidR="00AE7FC0" w:rsidRDefault="00000000" w:rsidP="00764DAF">
      <w:pPr>
        <w:spacing w:after="60" w:line="240" w:lineRule="auto"/>
        <w:ind w:left="4320" w:firstLine="720"/>
        <w:jc w:val="center"/>
      </w:pPr>
      <w:proofErr w:type="spellStart"/>
      <w:r>
        <w:rPr>
          <w:sz w:val="20"/>
        </w:rPr>
        <w:t>Başarılar</w:t>
      </w:r>
      <w:proofErr w:type="spellEnd"/>
    </w:p>
    <w:p w14:paraId="3CA353D4" w14:textId="501BE177" w:rsidR="00AE7FC0" w:rsidRDefault="00000000">
      <w:pPr>
        <w:spacing w:line="240" w:lineRule="auto"/>
      </w:pPr>
      <w:proofErr w:type="spellStart"/>
      <w:r w:rsidRPr="00A54D61">
        <w:rPr>
          <w:b/>
          <w:bCs/>
          <w:sz w:val="20"/>
          <w:u w:val="single"/>
        </w:rPr>
        <w:t>Süre</w:t>
      </w:r>
      <w:proofErr w:type="spellEnd"/>
      <w:r w:rsidRPr="00A54D61">
        <w:rPr>
          <w:b/>
          <w:bCs/>
          <w:sz w:val="20"/>
          <w:u w:val="single"/>
        </w:rPr>
        <w:t>:</w:t>
      </w:r>
      <w:r>
        <w:rPr>
          <w:sz w:val="20"/>
        </w:rPr>
        <w:t xml:space="preserve"> 40 Dk                              </w:t>
      </w:r>
      <w:r w:rsidR="00764DAF">
        <w:rPr>
          <w:sz w:val="20"/>
        </w:rPr>
        <w:tab/>
      </w:r>
      <w:r w:rsidR="00764DAF">
        <w:rPr>
          <w:sz w:val="20"/>
        </w:rPr>
        <w:tab/>
      </w:r>
      <w:r w:rsidR="00764DAF">
        <w:rPr>
          <w:sz w:val="20"/>
        </w:rPr>
        <w:tab/>
      </w:r>
      <w:r w:rsidR="00764DAF">
        <w:rPr>
          <w:sz w:val="20"/>
        </w:rPr>
        <w:tab/>
      </w:r>
      <w:r w:rsidR="00764DAF">
        <w:rPr>
          <w:sz w:val="20"/>
        </w:rPr>
        <w:tab/>
      </w:r>
      <w:r>
        <w:rPr>
          <w:sz w:val="20"/>
        </w:rPr>
        <w:t xml:space="preserve">Mot. </w:t>
      </w:r>
      <w:proofErr w:type="spellStart"/>
      <w:r>
        <w:rPr>
          <w:sz w:val="20"/>
        </w:rPr>
        <w:t>Araç</w:t>
      </w:r>
      <w:proofErr w:type="spellEnd"/>
      <w:r>
        <w:rPr>
          <w:sz w:val="20"/>
        </w:rPr>
        <w:t xml:space="preserve">. </w:t>
      </w:r>
      <w:proofErr w:type="spellStart"/>
      <w:r>
        <w:rPr>
          <w:sz w:val="20"/>
        </w:rPr>
        <w:t>Tekn</w:t>
      </w:r>
      <w:proofErr w:type="spellEnd"/>
      <w:r>
        <w:rPr>
          <w:sz w:val="20"/>
        </w:rPr>
        <w:t xml:space="preserve">. </w:t>
      </w:r>
      <w:proofErr w:type="spellStart"/>
      <w:r>
        <w:rPr>
          <w:sz w:val="20"/>
        </w:rPr>
        <w:t>Öğrt</w:t>
      </w:r>
      <w:proofErr w:type="spellEnd"/>
      <w:r>
        <w:rPr>
          <w:sz w:val="20"/>
        </w:rPr>
        <w:t>. Abdullah YANIK</w:t>
      </w:r>
    </w:p>
    <w:p w14:paraId="60D3C21B" w14:textId="77777777" w:rsidR="00AE7FC0" w:rsidRDefault="00000000">
      <w:r>
        <w:br w:type="page"/>
      </w:r>
    </w:p>
    <w:p w14:paraId="36CA7AB3" w14:textId="4CFF810D" w:rsidR="00AE7FC0" w:rsidRPr="00A7553E" w:rsidRDefault="003E1559">
      <w:pPr>
        <w:spacing w:after="40" w:line="240" w:lineRule="auto"/>
        <w:jc w:val="center"/>
        <w:rPr>
          <w:sz w:val="24"/>
          <w:szCs w:val="24"/>
        </w:rPr>
      </w:pPr>
      <w:r w:rsidRPr="00A7553E">
        <w:rPr>
          <w:b/>
          <w:sz w:val="24"/>
          <w:szCs w:val="24"/>
        </w:rPr>
        <w:lastRenderedPageBreak/>
        <w:t>KIRIKKALE MESLEKİ VE TEKNİK ANADOLU LİSESİ</w:t>
      </w:r>
    </w:p>
    <w:p w14:paraId="10D1E64B" w14:textId="58447EAA" w:rsidR="00AE7FC0" w:rsidRPr="00A7553E" w:rsidRDefault="00000000">
      <w:pPr>
        <w:spacing w:after="40" w:line="240" w:lineRule="auto"/>
        <w:jc w:val="center"/>
        <w:rPr>
          <w:sz w:val="24"/>
          <w:szCs w:val="24"/>
        </w:rPr>
      </w:pPr>
      <w:r w:rsidRPr="00A7553E">
        <w:rPr>
          <w:b/>
          <w:sz w:val="24"/>
          <w:szCs w:val="24"/>
        </w:rPr>
        <w:t xml:space="preserve">2026/2027 EĞİTİM ÖĞRETİM YILI </w:t>
      </w:r>
      <w:r w:rsidR="003E1559" w:rsidRPr="00A7553E">
        <w:rPr>
          <w:b/>
          <w:sz w:val="24"/>
          <w:szCs w:val="24"/>
        </w:rPr>
        <w:t>OTOMOTİV</w:t>
      </w:r>
      <w:r w:rsidRPr="00A7553E">
        <w:rPr>
          <w:b/>
          <w:sz w:val="24"/>
          <w:szCs w:val="24"/>
        </w:rPr>
        <w:t xml:space="preserve"> TEKNOLOJİ</w:t>
      </w:r>
      <w:r w:rsidR="003E1559" w:rsidRPr="00A7553E">
        <w:rPr>
          <w:b/>
          <w:sz w:val="24"/>
          <w:szCs w:val="24"/>
        </w:rPr>
        <w:t>LERİ</w:t>
      </w:r>
      <w:r w:rsidRPr="00A7553E">
        <w:rPr>
          <w:b/>
          <w:sz w:val="24"/>
          <w:szCs w:val="24"/>
        </w:rPr>
        <w:t xml:space="preserve"> ALANI</w:t>
      </w:r>
    </w:p>
    <w:p w14:paraId="4749E30A" w14:textId="655F1A74" w:rsidR="00AE7FC0" w:rsidRPr="00A7553E" w:rsidRDefault="00000000" w:rsidP="00A7553E">
      <w:pPr>
        <w:spacing w:after="40" w:line="240" w:lineRule="auto"/>
        <w:jc w:val="center"/>
        <w:rPr>
          <w:sz w:val="24"/>
          <w:szCs w:val="24"/>
        </w:rPr>
      </w:pPr>
      <w:r w:rsidRPr="00A7553E">
        <w:rPr>
          <w:b/>
          <w:sz w:val="24"/>
          <w:szCs w:val="24"/>
        </w:rPr>
        <w:t>TEMEL OTOMOTİV TEKNOLOJİSİ DERSİ</w:t>
      </w:r>
      <w:r w:rsidR="00A7553E" w:rsidRPr="00A7553E">
        <w:rPr>
          <w:b/>
          <w:sz w:val="24"/>
          <w:szCs w:val="24"/>
        </w:rPr>
        <w:t xml:space="preserve"> </w:t>
      </w:r>
      <w:r w:rsidRPr="00A7553E">
        <w:rPr>
          <w:b/>
          <w:sz w:val="24"/>
          <w:szCs w:val="24"/>
        </w:rPr>
        <w:t>1. DÖNEM 1. YAZILI SINAVI CEVAP ANAHTARI</w:t>
      </w:r>
    </w:p>
    <w:p w14:paraId="7897E36D" w14:textId="0C86CE21" w:rsidR="00AE7FC0" w:rsidRDefault="00AE7FC0">
      <w:pPr>
        <w:spacing w:after="120" w:line="240" w:lineRule="auto"/>
        <w:jc w:val="center"/>
      </w:pPr>
    </w:p>
    <w:p w14:paraId="75FCC2E8" w14:textId="77777777" w:rsidR="00AE7FC0" w:rsidRPr="00A7553E" w:rsidRDefault="00000000" w:rsidP="00A7553E">
      <w:pPr>
        <w:spacing w:after="140"/>
      </w:pPr>
      <w:r w:rsidRPr="00A7553E">
        <w:rPr>
          <w:b/>
          <w:bCs/>
        </w:rPr>
        <w:t>1.</w:t>
      </w:r>
      <w:r w:rsidRPr="00A7553E">
        <w:t xml:space="preserve"> </w:t>
      </w:r>
      <w:proofErr w:type="spellStart"/>
      <w:r w:rsidRPr="00A7553E">
        <w:t>İşin</w:t>
      </w:r>
      <w:proofErr w:type="spellEnd"/>
      <w:r w:rsidRPr="00A7553E">
        <w:t xml:space="preserve"> </w:t>
      </w:r>
      <w:proofErr w:type="spellStart"/>
      <w:r w:rsidRPr="00A7553E">
        <w:t>niteliği</w:t>
      </w:r>
      <w:proofErr w:type="spellEnd"/>
      <w:r w:rsidRPr="00A7553E">
        <w:t xml:space="preserve"> </w:t>
      </w:r>
      <w:proofErr w:type="spellStart"/>
      <w:r w:rsidRPr="00A7553E">
        <w:t>veya</w:t>
      </w:r>
      <w:proofErr w:type="spellEnd"/>
      <w:r w:rsidRPr="00A7553E">
        <w:t xml:space="preserve"> </w:t>
      </w:r>
      <w:proofErr w:type="spellStart"/>
      <w:r w:rsidRPr="00A7553E">
        <w:t>işin</w:t>
      </w:r>
      <w:proofErr w:type="spellEnd"/>
      <w:r w:rsidRPr="00A7553E">
        <w:t xml:space="preserve"> </w:t>
      </w:r>
      <w:proofErr w:type="spellStart"/>
      <w:r w:rsidRPr="00A7553E">
        <w:t>yürütüm</w:t>
      </w:r>
      <w:proofErr w:type="spellEnd"/>
      <w:r w:rsidRPr="00A7553E">
        <w:t xml:space="preserve"> </w:t>
      </w:r>
      <w:proofErr w:type="spellStart"/>
      <w:r w:rsidRPr="00A7553E">
        <w:t>şartları</w:t>
      </w:r>
      <w:proofErr w:type="spellEnd"/>
      <w:r w:rsidRPr="00A7553E">
        <w:t xml:space="preserve"> </w:t>
      </w:r>
      <w:proofErr w:type="spellStart"/>
      <w:r w:rsidRPr="00A7553E">
        <w:t>nedeniyle</w:t>
      </w:r>
      <w:proofErr w:type="spellEnd"/>
      <w:r w:rsidRPr="00A7553E">
        <w:t xml:space="preserve"> </w:t>
      </w:r>
      <w:proofErr w:type="spellStart"/>
      <w:r w:rsidRPr="00A7553E">
        <w:t>tekrarlanan</w:t>
      </w:r>
      <w:proofErr w:type="spellEnd"/>
      <w:r w:rsidRPr="00A7553E">
        <w:t xml:space="preserve"> </w:t>
      </w:r>
      <w:proofErr w:type="spellStart"/>
      <w:r w:rsidRPr="00A7553E">
        <w:t>bir</w:t>
      </w:r>
      <w:proofErr w:type="spellEnd"/>
      <w:r w:rsidRPr="00A7553E">
        <w:t xml:space="preserve"> </w:t>
      </w:r>
      <w:proofErr w:type="spellStart"/>
      <w:r w:rsidRPr="00A7553E">
        <w:t>sebeple</w:t>
      </w:r>
      <w:proofErr w:type="spellEnd"/>
      <w:r w:rsidRPr="00A7553E">
        <w:t xml:space="preserve"> </w:t>
      </w:r>
      <w:proofErr w:type="spellStart"/>
      <w:r w:rsidRPr="00A7553E">
        <w:t>ortaya</w:t>
      </w:r>
      <w:proofErr w:type="spellEnd"/>
      <w:r w:rsidRPr="00A7553E">
        <w:t xml:space="preserve"> </w:t>
      </w:r>
      <w:proofErr w:type="spellStart"/>
      <w:r w:rsidRPr="00A7553E">
        <w:t>çıkan</w:t>
      </w:r>
      <w:proofErr w:type="spellEnd"/>
      <w:r w:rsidRPr="00A7553E">
        <w:t xml:space="preserve"> </w:t>
      </w:r>
      <w:proofErr w:type="spellStart"/>
      <w:r w:rsidRPr="00A7553E">
        <w:t>geçici</w:t>
      </w:r>
      <w:proofErr w:type="spellEnd"/>
      <w:r w:rsidRPr="00A7553E">
        <w:t xml:space="preserve"> </w:t>
      </w:r>
      <w:proofErr w:type="spellStart"/>
      <w:r w:rsidRPr="00A7553E">
        <w:t>veya</w:t>
      </w:r>
      <w:proofErr w:type="spellEnd"/>
      <w:r w:rsidRPr="00A7553E">
        <w:t xml:space="preserve"> </w:t>
      </w:r>
      <w:proofErr w:type="spellStart"/>
      <w:r w:rsidRPr="00A7553E">
        <w:t>sürekli</w:t>
      </w:r>
      <w:proofErr w:type="spellEnd"/>
      <w:r w:rsidRPr="00A7553E">
        <w:t xml:space="preserve"> </w:t>
      </w:r>
      <w:proofErr w:type="spellStart"/>
      <w:r w:rsidRPr="00A7553E">
        <w:t>hastalıktır</w:t>
      </w:r>
      <w:proofErr w:type="spellEnd"/>
      <w:r w:rsidRPr="00A7553E">
        <w:t xml:space="preserve"> (4 </w:t>
      </w:r>
      <w:proofErr w:type="spellStart"/>
      <w:r w:rsidRPr="00A7553E">
        <w:t>puan</w:t>
      </w:r>
      <w:proofErr w:type="spellEnd"/>
      <w:r w:rsidRPr="00A7553E">
        <w:t xml:space="preserve">). Örnek: </w:t>
      </w:r>
      <w:proofErr w:type="spellStart"/>
      <w:r w:rsidRPr="00A7553E">
        <w:t>sürekli</w:t>
      </w:r>
      <w:proofErr w:type="spellEnd"/>
      <w:r w:rsidRPr="00A7553E">
        <w:t xml:space="preserve"> </w:t>
      </w:r>
      <w:proofErr w:type="spellStart"/>
      <w:r w:rsidRPr="00A7553E">
        <w:t>gürültüden</w:t>
      </w:r>
      <w:proofErr w:type="spellEnd"/>
      <w:r w:rsidRPr="00A7553E">
        <w:t xml:space="preserve"> </w:t>
      </w:r>
      <w:proofErr w:type="spellStart"/>
      <w:r w:rsidRPr="00A7553E">
        <w:t>işitme</w:t>
      </w:r>
      <w:proofErr w:type="spellEnd"/>
      <w:r w:rsidRPr="00A7553E">
        <w:t xml:space="preserve"> </w:t>
      </w:r>
      <w:proofErr w:type="spellStart"/>
      <w:r w:rsidRPr="00A7553E">
        <w:t>kaybı</w:t>
      </w:r>
      <w:proofErr w:type="spellEnd"/>
      <w:r w:rsidRPr="00A7553E">
        <w:t xml:space="preserve">, </w:t>
      </w:r>
      <w:proofErr w:type="spellStart"/>
      <w:r w:rsidRPr="00A7553E">
        <w:t>toz</w:t>
      </w:r>
      <w:proofErr w:type="spellEnd"/>
      <w:r w:rsidRPr="00A7553E">
        <w:t xml:space="preserve"> </w:t>
      </w:r>
      <w:proofErr w:type="spellStart"/>
      <w:r w:rsidRPr="00A7553E">
        <w:t>soluyarak</w:t>
      </w:r>
      <w:proofErr w:type="spellEnd"/>
      <w:r w:rsidRPr="00A7553E">
        <w:t xml:space="preserve"> </w:t>
      </w:r>
      <w:proofErr w:type="spellStart"/>
      <w:r w:rsidRPr="00A7553E">
        <w:t>akciğer</w:t>
      </w:r>
      <w:proofErr w:type="spellEnd"/>
      <w:r w:rsidRPr="00A7553E">
        <w:t xml:space="preserve"> </w:t>
      </w:r>
      <w:proofErr w:type="spellStart"/>
      <w:r w:rsidRPr="00A7553E">
        <w:t>hastalıkları</w:t>
      </w:r>
      <w:proofErr w:type="spellEnd"/>
      <w:r w:rsidRPr="00A7553E">
        <w:t xml:space="preserve"> (2 </w:t>
      </w:r>
      <w:proofErr w:type="spellStart"/>
      <w:r w:rsidRPr="00A7553E">
        <w:t>puan</w:t>
      </w:r>
      <w:proofErr w:type="spellEnd"/>
      <w:r w:rsidRPr="00A7553E">
        <w:t>).</w:t>
      </w:r>
    </w:p>
    <w:p w14:paraId="5FDBB599" w14:textId="77777777" w:rsidR="00AE7FC0" w:rsidRPr="00A7553E" w:rsidRDefault="00000000" w:rsidP="00A7553E">
      <w:pPr>
        <w:spacing w:after="140"/>
      </w:pPr>
      <w:r w:rsidRPr="00A7553E">
        <w:rPr>
          <w:b/>
          <w:bCs/>
        </w:rPr>
        <w:t>2.</w:t>
      </w:r>
      <w:r w:rsidRPr="00A7553E">
        <w:t xml:space="preserve"> </w:t>
      </w:r>
      <w:proofErr w:type="spellStart"/>
      <w:r w:rsidRPr="00A7553E">
        <w:t>İş</w:t>
      </w:r>
      <w:proofErr w:type="spellEnd"/>
      <w:r w:rsidRPr="00A7553E">
        <w:t xml:space="preserve"> </w:t>
      </w:r>
      <w:proofErr w:type="spellStart"/>
      <w:r w:rsidRPr="00A7553E">
        <w:t>ayakkabısı</w:t>
      </w:r>
      <w:proofErr w:type="spellEnd"/>
      <w:r w:rsidRPr="00A7553E">
        <w:t xml:space="preserve">: </w:t>
      </w:r>
      <w:proofErr w:type="spellStart"/>
      <w:r w:rsidRPr="00A7553E">
        <w:t>ayağa</w:t>
      </w:r>
      <w:proofErr w:type="spellEnd"/>
      <w:r w:rsidRPr="00A7553E">
        <w:t xml:space="preserve"> </w:t>
      </w:r>
      <w:proofErr w:type="spellStart"/>
      <w:r w:rsidRPr="00A7553E">
        <w:t>düşen</w:t>
      </w:r>
      <w:proofErr w:type="spellEnd"/>
      <w:r w:rsidRPr="00A7553E">
        <w:t xml:space="preserve"> </w:t>
      </w:r>
      <w:proofErr w:type="spellStart"/>
      <w:r w:rsidRPr="00A7553E">
        <w:t>cisim</w:t>
      </w:r>
      <w:proofErr w:type="spellEnd"/>
      <w:r w:rsidRPr="00A7553E">
        <w:t xml:space="preserve">, </w:t>
      </w:r>
      <w:proofErr w:type="spellStart"/>
      <w:r w:rsidRPr="00A7553E">
        <w:t>kayma</w:t>
      </w:r>
      <w:proofErr w:type="spellEnd"/>
      <w:r w:rsidRPr="00A7553E">
        <w:t xml:space="preserve">, </w:t>
      </w:r>
      <w:proofErr w:type="spellStart"/>
      <w:r w:rsidRPr="00A7553E">
        <w:t>delinme</w:t>
      </w:r>
      <w:proofErr w:type="spellEnd"/>
      <w:r w:rsidRPr="00A7553E">
        <w:t xml:space="preserve">. </w:t>
      </w:r>
      <w:proofErr w:type="spellStart"/>
      <w:r w:rsidRPr="00A7553E">
        <w:t>Koruyucu</w:t>
      </w:r>
      <w:proofErr w:type="spellEnd"/>
      <w:r w:rsidRPr="00A7553E">
        <w:t xml:space="preserve"> </w:t>
      </w:r>
      <w:proofErr w:type="spellStart"/>
      <w:r w:rsidRPr="00A7553E">
        <w:t>gözlük</w:t>
      </w:r>
      <w:proofErr w:type="spellEnd"/>
      <w:r w:rsidRPr="00A7553E">
        <w:t xml:space="preserve">: </w:t>
      </w:r>
      <w:proofErr w:type="spellStart"/>
      <w:r w:rsidRPr="00A7553E">
        <w:t>talaş</w:t>
      </w:r>
      <w:proofErr w:type="spellEnd"/>
      <w:r w:rsidRPr="00A7553E">
        <w:t xml:space="preserve">, </w:t>
      </w:r>
      <w:proofErr w:type="spellStart"/>
      <w:r w:rsidRPr="00A7553E">
        <w:t>kıvılcım</w:t>
      </w:r>
      <w:proofErr w:type="spellEnd"/>
      <w:r w:rsidRPr="00A7553E">
        <w:t xml:space="preserve">, </w:t>
      </w:r>
      <w:proofErr w:type="spellStart"/>
      <w:r w:rsidRPr="00A7553E">
        <w:t>kimyasal</w:t>
      </w:r>
      <w:proofErr w:type="spellEnd"/>
      <w:r w:rsidRPr="00A7553E">
        <w:t xml:space="preserve"> </w:t>
      </w:r>
      <w:proofErr w:type="spellStart"/>
      <w:r w:rsidRPr="00A7553E">
        <w:t>sıçrama</w:t>
      </w:r>
      <w:proofErr w:type="spellEnd"/>
      <w:r w:rsidRPr="00A7553E">
        <w:t xml:space="preserve">. Kulak </w:t>
      </w:r>
      <w:proofErr w:type="spellStart"/>
      <w:r w:rsidRPr="00A7553E">
        <w:t>koruyucu</w:t>
      </w:r>
      <w:proofErr w:type="spellEnd"/>
      <w:r w:rsidRPr="00A7553E">
        <w:t xml:space="preserve">: </w:t>
      </w:r>
      <w:proofErr w:type="spellStart"/>
      <w:r w:rsidRPr="00A7553E">
        <w:t>gürültü</w:t>
      </w:r>
      <w:proofErr w:type="spellEnd"/>
      <w:r w:rsidRPr="00A7553E">
        <w:t xml:space="preserve">. Her </w:t>
      </w:r>
      <w:proofErr w:type="spellStart"/>
      <w:r w:rsidRPr="00A7553E">
        <w:t>biri</w:t>
      </w:r>
      <w:proofErr w:type="spellEnd"/>
      <w:r w:rsidRPr="00A7553E">
        <w:t xml:space="preserve"> </w:t>
      </w:r>
      <w:proofErr w:type="gramStart"/>
      <w:r w:rsidRPr="00A7553E">
        <w:t xml:space="preserve">2 </w:t>
      </w:r>
      <w:proofErr w:type="spellStart"/>
      <w:r w:rsidRPr="00A7553E">
        <w:t>puan</w:t>
      </w:r>
      <w:proofErr w:type="spellEnd"/>
      <w:proofErr w:type="gramEnd"/>
      <w:r w:rsidRPr="00A7553E">
        <w:t>.</w:t>
      </w:r>
    </w:p>
    <w:p w14:paraId="0AD2A2CD" w14:textId="77777777" w:rsidR="00AE7FC0" w:rsidRPr="00A7553E" w:rsidRDefault="00000000" w:rsidP="00A7553E">
      <w:pPr>
        <w:spacing w:after="140"/>
      </w:pPr>
      <w:r w:rsidRPr="00A7553E">
        <w:rPr>
          <w:b/>
          <w:bCs/>
        </w:rPr>
        <w:t>3.</w:t>
      </w:r>
    </w:p>
    <w:p w14:paraId="2CB93A59" w14:textId="77777777" w:rsidR="00764DAF" w:rsidRPr="00A7553E" w:rsidRDefault="00000000" w:rsidP="00A7553E">
      <w:pPr>
        <w:pStyle w:val="ListeParagraf"/>
        <w:numPr>
          <w:ilvl w:val="0"/>
          <w:numId w:val="14"/>
        </w:numPr>
        <w:spacing w:after="140"/>
      </w:pPr>
      <w:r w:rsidRPr="00A7553E">
        <w:t xml:space="preserve">1) </w:t>
      </w:r>
      <w:proofErr w:type="spellStart"/>
      <w:r w:rsidRPr="00A7553E">
        <w:t>Emniyet</w:t>
      </w:r>
      <w:proofErr w:type="spellEnd"/>
      <w:r w:rsidRPr="00A7553E">
        <w:t xml:space="preserve"> </w:t>
      </w:r>
      <w:proofErr w:type="spellStart"/>
      <w:r w:rsidRPr="00A7553E">
        <w:t>pimi</w:t>
      </w:r>
      <w:proofErr w:type="spellEnd"/>
      <w:r w:rsidRPr="00A7553E">
        <w:t xml:space="preserve"> </w:t>
      </w:r>
      <w:proofErr w:type="spellStart"/>
      <w:r w:rsidRPr="00A7553E">
        <w:t>çekilir</w:t>
      </w:r>
      <w:proofErr w:type="spellEnd"/>
      <w:r w:rsidRPr="00A7553E">
        <w:t>.</w:t>
      </w:r>
    </w:p>
    <w:p w14:paraId="4DBC3B62" w14:textId="77777777" w:rsidR="00764DAF" w:rsidRPr="00A7553E" w:rsidRDefault="00000000" w:rsidP="00A7553E">
      <w:pPr>
        <w:pStyle w:val="ListeParagraf"/>
        <w:numPr>
          <w:ilvl w:val="0"/>
          <w:numId w:val="14"/>
        </w:numPr>
        <w:spacing w:after="140"/>
      </w:pPr>
      <w:r w:rsidRPr="00A7553E">
        <w:t xml:space="preserve">2) </w:t>
      </w:r>
      <w:proofErr w:type="spellStart"/>
      <w:r w:rsidRPr="00A7553E">
        <w:t>Hortum</w:t>
      </w:r>
      <w:proofErr w:type="spellEnd"/>
      <w:r w:rsidRPr="00A7553E">
        <w:t>/</w:t>
      </w:r>
      <w:proofErr w:type="spellStart"/>
      <w:r w:rsidRPr="00A7553E">
        <w:t>ağız</w:t>
      </w:r>
      <w:proofErr w:type="spellEnd"/>
      <w:r w:rsidRPr="00A7553E">
        <w:t xml:space="preserve"> </w:t>
      </w:r>
      <w:proofErr w:type="spellStart"/>
      <w:r w:rsidRPr="00A7553E">
        <w:t>yangının</w:t>
      </w:r>
      <w:proofErr w:type="spellEnd"/>
      <w:r w:rsidRPr="00A7553E">
        <w:t xml:space="preserve"> </w:t>
      </w:r>
      <w:proofErr w:type="spellStart"/>
      <w:r w:rsidRPr="00A7553E">
        <w:t>kaynağına</w:t>
      </w:r>
      <w:proofErr w:type="spellEnd"/>
      <w:r w:rsidRPr="00A7553E">
        <w:t xml:space="preserve"> (</w:t>
      </w:r>
      <w:proofErr w:type="spellStart"/>
      <w:r w:rsidRPr="00A7553E">
        <w:t>tabanına</w:t>
      </w:r>
      <w:proofErr w:type="spellEnd"/>
      <w:r w:rsidRPr="00A7553E">
        <w:t xml:space="preserve">) </w:t>
      </w:r>
      <w:proofErr w:type="spellStart"/>
      <w:r w:rsidRPr="00A7553E">
        <w:t>doğrulur</w:t>
      </w:r>
      <w:proofErr w:type="spellEnd"/>
      <w:r w:rsidRPr="00A7553E">
        <w:t>.</w:t>
      </w:r>
    </w:p>
    <w:p w14:paraId="493EFF2F" w14:textId="77777777" w:rsidR="00764DAF" w:rsidRPr="00A7553E" w:rsidRDefault="00000000" w:rsidP="00A7553E">
      <w:pPr>
        <w:pStyle w:val="ListeParagraf"/>
        <w:numPr>
          <w:ilvl w:val="0"/>
          <w:numId w:val="14"/>
        </w:numPr>
        <w:spacing w:after="140"/>
      </w:pPr>
      <w:r w:rsidRPr="00A7553E">
        <w:t xml:space="preserve">3) Tetik </w:t>
      </w:r>
      <w:proofErr w:type="spellStart"/>
      <w:r w:rsidRPr="00A7553E">
        <w:t>sıkılır</w:t>
      </w:r>
      <w:proofErr w:type="spellEnd"/>
      <w:r w:rsidRPr="00A7553E">
        <w:t>.</w:t>
      </w:r>
    </w:p>
    <w:p w14:paraId="10D08D16" w14:textId="77777777" w:rsidR="00764DAF" w:rsidRPr="00A7553E" w:rsidRDefault="00000000" w:rsidP="00A7553E">
      <w:pPr>
        <w:pStyle w:val="ListeParagraf"/>
        <w:numPr>
          <w:ilvl w:val="0"/>
          <w:numId w:val="14"/>
        </w:numPr>
        <w:spacing w:after="140"/>
      </w:pPr>
      <w:r w:rsidRPr="00A7553E">
        <w:t xml:space="preserve">4) </w:t>
      </w:r>
      <w:proofErr w:type="spellStart"/>
      <w:r w:rsidRPr="00A7553E">
        <w:t>Rüzgâr</w:t>
      </w:r>
      <w:proofErr w:type="spellEnd"/>
      <w:r w:rsidRPr="00A7553E">
        <w:t xml:space="preserve"> </w:t>
      </w:r>
      <w:proofErr w:type="spellStart"/>
      <w:r w:rsidRPr="00A7553E">
        <w:t>arkadan</w:t>
      </w:r>
      <w:proofErr w:type="spellEnd"/>
      <w:r w:rsidRPr="00A7553E">
        <w:t xml:space="preserve"> </w:t>
      </w:r>
      <w:proofErr w:type="spellStart"/>
      <w:r w:rsidRPr="00A7553E">
        <w:t>gelecek</w:t>
      </w:r>
      <w:proofErr w:type="spellEnd"/>
      <w:r w:rsidRPr="00A7553E">
        <w:t xml:space="preserve"> </w:t>
      </w:r>
      <w:proofErr w:type="spellStart"/>
      <w:r w:rsidRPr="00A7553E">
        <w:t>şekilde</w:t>
      </w:r>
      <w:proofErr w:type="spellEnd"/>
      <w:r w:rsidRPr="00A7553E">
        <w:t xml:space="preserve">, </w:t>
      </w:r>
      <w:proofErr w:type="spellStart"/>
      <w:r w:rsidRPr="00A7553E">
        <w:t>süpürür</w:t>
      </w:r>
      <w:proofErr w:type="spellEnd"/>
      <w:r w:rsidRPr="00A7553E">
        <w:t xml:space="preserve"> </w:t>
      </w:r>
      <w:proofErr w:type="spellStart"/>
      <w:r w:rsidRPr="00A7553E">
        <w:t>gibi</w:t>
      </w:r>
      <w:proofErr w:type="spellEnd"/>
      <w:r w:rsidRPr="00A7553E">
        <w:t xml:space="preserve"> </w:t>
      </w:r>
      <w:proofErr w:type="spellStart"/>
      <w:r w:rsidRPr="00A7553E">
        <w:t>söndürülür</w:t>
      </w:r>
      <w:proofErr w:type="spellEnd"/>
      <w:r w:rsidRPr="00A7553E">
        <w:t xml:space="preserve">. Her </w:t>
      </w:r>
      <w:proofErr w:type="spellStart"/>
      <w:r w:rsidRPr="00A7553E">
        <w:t>madde</w:t>
      </w:r>
      <w:proofErr w:type="spellEnd"/>
      <w:r w:rsidRPr="00A7553E">
        <w:t xml:space="preserve"> 2 </w:t>
      </w:r>
      <w:proofErr w:type="spellStart"/>
      <w:r w:rsidRPr="00A7553E">
        <w:t>puan</w:t>
      </w:r>
      <w:proofErr w:type="spellEnd"/>
      <w:r w:rsidRPr="00A7553E">
        <w:t>.</w:t>
      </w:r>
    </w:p>
    <w:p w14:paraId="2BC144C2" w14:textId="77777777" w:rsidR="00AE7FC0" w:rsidRPr="00A7553E" w:rsidRDefault="00000000" w:rsidP="00A7553E">
      <w:pPr>
        <w:spacing w:after="140"/>
      </w:pPr>
      <w:r w:rsidRPr="00A7553E">
        <w:rPr>
          <w:b/>
          <w:bCs/>
        </w:rPr>
        <w:t>4.</w:t>
      </w:r>
      <w:r w:rsidRPr="00A7553E">
        <w:t xml:space="preserve"> </w:t>
      </w:r>
      <w:proofErr w:type="spellStart"/>
      <w:r w:rsidRPr="00A7553E">
        <w:t>Atık</w:t>
      </w:r>
      <w:proofErr w:type="spellEnd"/>
      <w:r w:rsidRPr="00A7553E">
        <w:t xml:space="preserve"> </w:t>
      </w:r>
      <w:proofErr w:type="spellStart"/>
      <w:r w:rsidRPr="00A7553E">
        <w:t>yağları</w:t>
      </w:r>
      <w:proofErr w:type="spellEnd"/>
      <w:r w:rsidRPr="00A7553E">
        <w:t xml:space="preserve"> </w:t>
      </w:r>
      <w:proofErr w:type="spellStart"/>
      <w:r w:rsidRPr="00A7553E">
        <w:t>ayrı</w:t>
      </w:r>
      <w:proofErr w:type="spellEnd"/>
      <w:r w:rsidRPr="00A7553E">
        <w:t xml:space="preserve"> </w:t>
      </w:r>
      <w:proofErr w:type="spellStart"/>
      <w:r w:rsidRPr="00A7553E">
        <w:t>bidonlarda</w:t>
      </w:r>
      <w:proofErr w:type="spellEnd"/>
      <w:r w:rsidRPr="00A7553E">
        <w:t xml:space="preserve"> </w:t>
      </w:r>
      <w:proofErr w:type="spellStart"/>
      <w:r w:rsidRPr="00A7553E">
        <w:t>biriktirmek</w:t>
      </w:r>
      <w:proofErr w:type="spellEnd"/>
      <w:r w:rsidRPr="00A7553E">
        <w:t>;</w:t>
      </w:r>
    </w:p>
    <w:p w14:paraId="3077900F" w14:textId="77777777" w:rsidR="00764DAF" w:rsidRPr="00A7553E" w:rsidRDefault="00000000" w:rsidP="00A7553E">
      <w:pPr>
        <w:pStyle w:val="ListeParagraf"/>
        <w:numPr>
          <w:ilvl w:val="0"/>
          <w:numId w:val="15"/>
        </w:numPr>
        <w:spacing w:after="140"/>
      </w:pPr>
      <w:proofErr w:type="spellStart"/>
      <w:r w:rsidRPr="00A7553E">
        <w:t>kullanılmış</w:t>
      </w:r>
      <w:proofErr w:type="spellEnd"/>
      <w:r w:rsidRPr="00A7553E">
        <w:t xml:space="preserve"> </w:t>
      </w:r>
      <w:proofErr w:type="spellStart"/>
      <w:r w:rsidRPr="00A7553E">
        <w:t>filtre</w:t>
      </w:r>
      <w:proofErr w:type="spellEnd"/>
      <w:r w:rsidRPr="00A7553E">
        <w:t xml:space="preserve">, </w:t>
      </w:r>
      <w:proofErr w:type="spellStart"/>
      <w:r w:rsidRPr="00A7553E">
        <w:t>akü</w:t>
      </w:r>
      <w:proofErr w:type="spellEnd"/>
      <w:r w:rsidRPr="00A7553E">
        <w:t xml:space="preserve"> </w:t>
      </w:r>
      <w:proofErr w:type="spellStart"/>
      <w:r w:rsidRPr="00A7553E">
        <w:t>gibi</w:t>
      </w:r>
      <w:proofErr w:type="spellEnd"/>
      <w:r w:rsidRPr="00A7553E">
        <w:t xml:space="preserve"> </w:t>
      </w:r>
      <w:proofErr w:type="spellStart"/>
      <w:r w:rsidRPr="00A7553E">
        <w:t>tehlikeli</w:t>
      </w:r>
      <w:proofErr w:type="spellEnd"/>
      <w:r w:rsidRPr="00A7553E">
        <w:t xml:space="preserve"> </w:t>
      </w:r>
      <w:proofErr w:type="spellStart"/>
      <w:r w:rsidRPr="00A7553E">
        <w:t>atıkları</w:t>
      </w:r>
      <w:proofErr w:type="spellEnd"/>
      <w:r w:rsidRPr="00A7553E">
        <w:t xml:space="preserve"> </w:t>
      </w:r>
      <w:proofErr w:type="spellStart"/>
      <w:r w:rsidRPr="00A7553E">
        <w:t>ayrı</w:t>
      </w:r>
      <w:proofErr w:type="spellEnd"/>
      <w:r w:rsidRPr="00A7553E">
        <w:t xml:space="preserve"> </w:t>
      </w:r>
      <w:proofErr w:type="spellStart"/>
      <w:r w:rsidRPr="00A7553E">
        <w:t>toplamak</w:t>
      </w:r>
      <w:proofErr w:type="spellEnd"/>
      <w:r w:rsidRPr="00A7553E">
        <w:t>;</w:t>
      </w:r>
    </w:p>
    <w:p w14:paraId="75DE5129" w14:textId="77777777" w:rsidR="00764DAF" w:rsidRPr="00A7553E" w:rsidRDefault="00000000" w:rsidP="00A7553E">
      <w:pPr>
        <w:pStyle w:val="ListeParagraf"/>
        <w:numPr>
          <w:ilvl w:val="0"/>
          <w:numId w:val="15"/>
        </w:numPr>
        <w:spacing w:after="140"/>
      </w:pPr>
      <w:proofErr w:type="spellStart"/>
      <w:r w:rsidRPr="00A7553E">
        <w:t>atıkları</w:t>
      </w:r>
      <w:proofErr w:type="spellEnd"/>
      <w:r w:rsidRPr="00A7553E">
        <w:t xml:space="preserve"> </w:t>
      </w:r>
      <w:proofErr w:type="spellStart"/>
      <w:r w:rsidRPr="00A7553E">
        <w:t>lağıma</w:t>
      </w:r>
      <w:proofErr w:type="spellEnd"/>
      <w:r w:rsidRPr="00A7553E">
        <w:t xml:space="preserve"> </w:t>
      </w:r>
      <w:proofErr w:type="spellStart"/>
      <w:r w:rsidRPr="00A7553E">
        <w:t>veya</w:t>
      </w:r>
      <w:proofErr w:type="spellEnd"/>
      <w:r w:rsidRPr="00A7553E">
        <w:t xml:space="preserve"> </w:t>
      </w:r>
      <w:proofErr w:type="spellStart"/>
      <w:r w:rsidRPr="00A7553E">
        <w:t>toprağa</w:t>
      </w:r>
      <w:proofErr w:type="spellEnd"/>
      <w:r w:rsidRPr="00A7553E">
        <w:t xml:space="preserve"> </w:t>
      </w:r>
      <w:proofErr w:type="spellStart"/>
      <w:r w:rsidRPr="00A7553E">
        <w:t>dökmemek</w:t>
      </w:r>
      <w:proofErr w:type="spellEnd"/>
      <w:r w:rsidRPr="00A7553E">
        <w:t>;</w:t>
      </w:r>
    </w:p>
    <w:p w14:paraId="6CDC7732" w14:textId="77777777" w:rsidR="00764DAF" w:rsidRPr="00A7553E" w:rsidRDefault="00000000" w:rsidP="00A7553E">
      <w:pPr>
        <w:pStyle w:val="ListeParagraf"/>
        <w:numPr>
          <w:ilvl w:val="0"/>
          <w:numId w:val="15"/>
        </w:numPr>
        <w:spacing w:after="140"/>
      </w:pPr>
      <w:proofErr w:type="spellStart"/>
      <w:r w:rsidRPr="00A7553E">
        <w:t>geri</w:t>
      </w:r>
      <w:proofErr w:type="spellEnd"/>
      <w:r w:rsidRPr="00A7553E">
        <w:t xml:space="preserve"> </w:t>
      </w:r>
      <w:proofErr w:type="spellStart"/>
      <w:r w:rsidRPr="00A7553E">
        <w:t>dönüştürülebilir</w:t>
      </w:r>
      <w:proofErr w:type="spellEnd"/>
      <w:r w:rsidRPr="00A7553E">
        <w:t xml:space="preserve"> </w:t>
      </w:r>
      <w:proofErr w:type="spellStart"/>
      <w:r w:rsidRPr="00A7553E">
        <w:t>atıkları</w:t>
      </w:r>
      <w:proofErr w:type="spellEnd"/>
      <w:r w:rsidRPr="00A7553E">
        <w:t xml:space="preserve"> </w:t>
      </w:r>
      <w:proofErr w:type="spellStart"/>
      <w:r w:rsidRPr="00A7553E">
        <w:t>ayrıştırmak</w:t>
      </w:r>
      <w:proofErr w:type="spellEnd"/>
      <w:r w:rsidRPr="00A7553E">
        <w:t>;</w:t>
      </w:r>
    </w:p>
    <w:p w14:paraId="60D5A92E" w14:textId="77777777" w:rsidR="00764DAF" w:rsidRPr="00A7553E" w:rsidRDefault="00000000" w:rsidP="00A7553E">
      <w:pPr>
        <w:pStyle w:val="ListeParagraf"/>
        <w:numPr>
          <w:ilvl w:val="0"/>
          <w:numId w:val="15"/>
        </w:numPr>
        <w:spacing w:after="140"/>
      </w:pPr>
      <w:proofErr w:type="spellStart"/>
      <w:r w:rsidRPr="00A7553E">
        <w:t>dökülen</w:t>
      </w:r>
      <w:proofErr w:type="spellEnd"/>
      <w:r w:rsidRPr="00A7553E">
        <w:t xml:space="preserve"> </w:t>
      </w:r>
      <w:proofErr w:type="spellStart"/>
      <w:r w:rsidRPr="00A7553E">
        <w:t>yağı</w:t>
      </w:r>
      <w:proofErr w:type="spellEnd"/>
      <w:r w:rsidRPr="00A7553E">
        <w:t xml:space="preserve"> </w:t>
      </w:r>
      <w:proofErr w:type="spellStart"/>
      <w:r w:rsidRPr="00A7553E">
        <w:t>emici</w:t>
      </w:r>
      <w:proofErr w:type="spellEnd"/>
      <w:r w:rsidRPr="00A7553E">
        <w:t xml:space="preserve"> </w:t>
      </w:r>
      <w:proofErr w:type="spellStart"/>
      <w:r w:rsidRPr="00A7553E">
        <w:t>malzeme</w:t>
      </w:r>
      <w:proofErr w:type="spellEnd"/>
      <w:r w:rsidRPr="00A7553E">
        <w:t xml:space="preserve"> </w:t>
      </w:r>
      <w:proofErr w:type="spellStart"/>
      <w:r w:rsidRPr="00A7553E">
        <w:t>ile</w:t>
      </w:r>
      <w:proofErr w:type="spellEnd"/>
      <w:r w:rsidRPr="00A7553E">
        <w:t xml:space="preserve"> </w:t>
      </w:r>
      <w:proofErr w:type="spellStart"/>
      <w:r w:rsidRPr="00A7553E">
        <w:t>temizlemek</w:t>
      </w:r>
      <w:proofErr w:type="spellEnd"/>
      <w:r w:rsidRPr="00A7553E">
        <w:t xml:space="preserve">. Doğru her </w:t>
      </w:r>
      <w:proofErr w:type="spellStart"/>
      <w:r w:rsidRPr="00A7553E">
        <w:t>cevap</w:t>
      </w:r>
      <w:proofErr w:type="spellEnd"/>
      <w:r w:rsidRPr="00A7553E">
        <w:t xml:space="preserve"> 2 </w:t>
      </w:r>
      <w:proofErr w:type="spellStart"/>
      <w:r w:rsidRPr="00A7553E">
        <w:t>puan</w:t>
      </w:r>
      <w:proofErr w:type="spellEnd"/>
      <w:r w:rsidRPr="00A7553E">
        <w:t>.</w:t>
      </w:r>
    </w:p>
    <w:p w14:paraId="7FC838D3" w14:textId="77777777" w:rsidR="00AE7FC0" w:rsidRPr="00A7553E" w:rsidRDefault="00000000" w:rsidP="00A7553E">
      <w:pPr>
        <w:spacing w:after="140"/>
      </w:pPr>
      <w:r w:rsidRPr="00A7553E">
        <w:rPr>
          <w:b/>
          <w:bCs/>
        </w:rPr>
        <w:t>5.</w:t>
      </w:r>
      <w:r w:rsidRPr="00A7553E">
        <w:t xml:space="preserve"> </w:t>
      </w:r>
      <w:proofErr w:type="spellStart"/>
      <w:r w:rsidRPr="00A7553E">
        <w:t>Aletlerin</w:t>
      </w:r>
      <w:proofErr w:type="spellEnd"/>
      <w:r w:rsidRPr="00A7553E">
        <w:t xml:space="preserve"> </w:t>
      </w:r>
      <w:proofErr w:type="spellStart"/>
      <w:r w:rsidRPr="00A7553E">
        <w:t>ömrü</w:t>
      </w:r>
      <w:proofErr w:type="spellEnd"/>
      <w:r w:rsidRPr="00A7553E">
        <w:t xml:space="preserve"> </w:t>
      </w:r>
      <w:proofErr w:type="spellStart"/>
      <w:r w:rsidRPr="00A7553E">
        <w:t>uzar</w:t>
      </w:r>
      <w:proofErr w:type="spellEnd"/>
      <w:r w:rsidRPr="00A7553E">
        <w:t>;</w:t>
      </w:r>
    </w:p>
    <w:p w14:paraId="3F39052B" w14:textId="77777777" w:rsidR="00764DAF" w:rsidRPr="00A7553E" w:rsidRDefault="00000000" w:rsidP="00A7553E">
      <w:pPr>
        <w:pStyle w:val="ListeParagraf"/>
        <w:numPr>
          <w:ilvl w:val="0"/>
          <w:numId w:val="16"/>
        </w:numPr>
        <w:spacing w:after="140"/>
      </w:pPr>
      <w:proofErr w:type="spellStart"/>
      <w:r w:rsidRPr="00A7553E">
        <w:t>iş</w:t>
      </w:r>
      <w:proofErr w:type="spellEnd"/>
      <w:r w:rsidRPr="00A7553E">
        <w:t xml:space="preserve"> </w:t>
      </w:r>
      <w:proofErr w:type="spellStart"/>
      <w:r w:rsidRPr="00A7553E">
        <w:t>kazası</w:t>
      </w:r>
      <w:proofErr w:type="spellEnd"/>
      <w:r w:rsidRPr="00A7553E">
        <w:t xml:space="preserve"> </w:t>
      </w:r>
      <w:proofErr w:type="spellStart"/>
      <w:r w:rsidRPr="00A7553E">
        <w:t>riski</w:t>
      </w:r>
      <w:proofErr w:type="spellEnd"/>
      <w:r w:rsidRPr="00A7553E">
        <w:t xml:space="preserve"> </w:t>
      </w:r>
      <w:proofErr w:type="spellStart"/>
      <w:r w:rsidRPr="00A7553E">
        <w:t>azalır</w:t>
      </w:r>
      <w:proofErr w:type="spellEnd"/>
      <w:r w:rsidRPr="00A7553E">
        <w:t>;</w:t>
      </w:r>
    </w:p>
    <w:p w14:paraId="098808AF" w14:textId="77777777" w:rsidR="00764DAF" w:rsidRPr="00A7553E" w:rsidRDefault="00000000" w:rsidP="00A7553E">
      <w:pPr>
        <w:pStyle w:val="ListeParagraf"/>
        <w:numPr>
          <w:ilvl w:val="0"/>
          <w:numId w:val="16"/>
        </w:numPr>
        <w:spacing w:after="140"/>
      </w:pPr>
      <w:proofErr w:type="spellStart"/>
      <w:r w:rsidRPr="00A7553E">
        <w:t>iş</w:t>
      </w:r>
      <w:proofErr w:type="spellEnd"/>
      <w:r w:rsidRPr="00A7553E">
        <w:t xml:space="preserve"> </w:t>
      </w:r>
      <w:proofErr w:type="spellStart"/>
      <w:r w:rsidRPr="00A7553E">
        <w:t>kalitesi</w:t>
      </w:r>
      <w:proofErr w:type="spellEnd"/>
      <w:r w:rsidRPr="00A7553E">
        <w:t xml:space="preserve"> </w:t>
      </w:r>
      <w:proofErr w:type="spellStart"/>
      <w:r w:rsidRPr="00A7553E">
        <w:t>ve</w:t>
      </w:r>
      <w:proofErr w:type="spellEnd"/>
      <w:r w:rsidRPr="00A7553E">
        <w:t xml:space="preserve"> </w:t>
      </w:r>
      <w:proofErr w:type="spellStart"/>
      <w:r w:rsidRPr="00A7553E">
        <w:t>ölçü</w:t>
      </w:r>
      <w:proofErr w:type="spellEnd"/>
      <w:r w:rsidRPr="00A7553E">
        <w:t xml:space="preserve"> </w:t>
      </w:r>
      <w:proofErr w:type="spellStart"/>
      <w:r w:rsidRPr="00A7553E">
        <w:t>doğruluğu</w:t>
      </w:r>
      <w:proofErr w:type="spellEnd"/>
      <w:r w:rsidRPr="00A7553E">
        <w:t xml:space="preserve"> </w:t>
      </w:r>
      <w:proofErr w:type="spellStart"/>
      <w:r w:rsidRPr="00A7553E">
        <w:t>artar</w:t>
      </w:r>
      <w:proofErr w:type="spellEnd"/>
      <w:r w:rsidRPr="00A7553E">
        <w:t>;</w:t>
      </w:r>
    </w:p>
    <w:p w14:paraId="42C1CEAE" w14:textId="77777777" w:rsidR="00764DAF" w:rsidRPr="00A7553E" w:rsidRDefault="00000000" w:rsidP="00A7553E">
      <w:pPr>
        <w:pStyle w:val="ListeParagraf"/>
        <w:numPr>
          <w:ilvl w:val="0"/>
          <w:numId w:val="16"/>
        </w:numPr>
        <w:spacing w:after="140"/>
      </w:pPr>
      <w:r w:rsidRPr="00A7553E">
        <w:t xml:space="preserve">zaman </w:t>
      </w:r>
      <w:proofErr w:type="spellStart"/>
      <w:r w:rsidRPr="00A7553E">
        <w:t>ve</w:t>
      </w:r>
      <w:proofErr w:type="spellEnd"/>
      <w:r w:rsidRPr="00A7553E">
        <w:t xml:space="preserve"> para </w:t>
      </w:r>
      <w:proofErr w:type="spellStart"/>
      <w:r w:rsidRPr="00A7553E">
        <w:t>kaybı</w:t>
      </w:r>
      <w:proofErr w:type="spellEnd"/>
      <w:r w:rsidRPr="00A7553E">
        <w:t xml:space="preserve"> </w:t>
      </w:r>
      <w:proofErr w:type="spellStart"/>
      <w:r w:rsidRPr="00A7553E">
        <w:t>önlenir</w:t>
      </w:r>
      <w:proofErr w:type="spellEnd"/>
      <w:r w:rsidRPr="00A7553E">
        <w:t>;</w:t>
      </w:r>
    </w:p>
    <w:p w14:paraId="2022D064" w14:textId="77777777" w:rsidR="00764DAF" w:rsidRPr="00A7553E" w:rsidRDefault="00000000" w:rsidP="00A7553E">
      <w:pPr>
        <w:pStyle w:val="ListeParagraf"/>
        <w:numPr>
          <w:ilvl w:val="0"/>
          <w:numId w:val="16"/>
        </w:numPr>
        <w:spacing w:after="140"/>
      </w:pPr>
      <w:proofErr w:type="spellStart"/>
      <w:r w:rsidRPr="00A7553E">
        <w:t>arızalı</w:t>
      </w:r>
      <w:proofErr w:type="spellEnd"/>
      <w:r w:rsidRPr="00A7553E">
        <w:t xml:space="preserve"> </w:t>
      </w:r>
      <w:proofErr w:type="spellStart"/>
      <w:r w:rsidRPr="00A7553E">
        <w:t>alet</w:t>
      </w:r>
      <w:proofErr w:type="spellEnd"/>
      <w:r w:rsidRPr="00A7553E">
        <w:t xml:space="preserve"> </w:t>
      </w:r>
      <w:proofErr w:type="spellStart"/>
      <w:r w:rsidRPr="00A7553E">
        <w:t>yüzünden</w:t>
      </w:r>
      <w:proofErr w:type="spellEnd"/>
      <w:r w:rsidRPr="00A7553E">
        <w:t xml:space="preserve"> </w:t>
      </w:r>
      <w:proofErr w:type="spellStart"/>
      <w:r w:rsidRPr="00A7553E">
        <w:t>iş</w:t>
      </w:r>
      <w:proofErr w:type="spellEnd"/>
      <w:r w:rsidRPr="00A7553E">
        <w:t xml:space="preserve"> </w:t>
      </w:r>
      <w:proofErr w:type="spellStart"/>
      <w:r w:rsidRPr="00A7553E">
        <w:t>parçası</w:t>
      </w:r>
      <w:proofErr w:type="spellEnd"/>
      <w:r w:rsidRPr="00A7553E">
        <w:t xml:space="preserve"> </w:t>
      </w:r>
      <w:proofErr w:type="spellStart"/>
      <w:r w:rsidRPr="00A7553E">
        <w:t>bozulmaz</w:t>
      </w:r>
      <w:proofErr w:type="spellEnd"/>
      <w:r w:rsidRPr="00A7553E">
        <w:t xml:space="preserve">. Doğru her </w:t>
      </w:r>
      <w:proofErr w:type="spellStart"/>
      <w:r w:rsidRPr="00A7553E">
        <w:t>cevap</w:t>
      </w:r>
      <w:proofErr w:type="spellEnd"/>
      <w:r w:rsidRPr="00A7553E">
        <w:t xml:space="preserve"> 2 </w:t>
      </w:r>
      <w:proofErr w:type="spellStart"/>
      <w:r w:rsidRPr="00A7553E">
        <w:t>puan</w:t>
      </w:r>
      <w:proofErr w:type="spellEnd"/>
      <w:r w:rsidRPr="00A7553E">
        <w:t>.</w:t>
      </w:r>
    </w:p>
    <w:p w14:paraId="72A1445F" w14:textId="77777777" w:rsidR="00AE7FC0" w:rsidRPr="00A7553E" w:rsidRDefault="00000000" w:rsidP="00A7553E">
      <w:pPr>
        <w:spacing w:after="140"/>
      </w:pPr>
      <w:r w:rsidRPr="00A7553E">
        <w:rPr>
          <w:b/>
          <w:bCs/>
        </w:rPr>
        <w:t>6.</w:t>
      </w:r>
      <w:r w:rsidRPr="00A7553E">
        <w:t xml:space="preserve"> </w:t>
      </w:r>
      <w:proofErr w:type="spellStart"/>
      <w:r w:rsidRPr="00A7553E">
        <w:t>Segman</w:t>
      </w:r>
      <w:proofErr w:type="spellEnd"/>
      <w:r w:rsidRPr="00A7553E">
        <w:t xml:space="preserve"> </w:t>
      </w:r>
      <w:proofErr w:type="spellStart"/>
      <w:r w:rsidRPr="00A7553E">
        <w:t>pensi</w:t>
      </w:r>
      <w:proofErr w:type="spellEnd"/>
      <w:r w:rsidRPr="00A7553E">
        <w:t xml:space="preserve"> (</w:t>
      </w:r>
      <w:proofErr w:type="spellStart"/>
      <w:r w:rsidRPr="00A7553E">
        <w:t>segman</w:t>
      </w:r>
      <w:proofErr w:type="spellEnd"/>
      <w:r w:rsidRPr="00A7553E">
        <w:t xml:space="preserve"> </w:t>
      </w:r>
      <w:proofErr w:type="spellStart"/>
      <w:r w:rsidRPr="00A7553E">
        <w:t>takıp</w:t>
      </w:r>
      <w:proofErr w:type="spellEnd"/>
      <w:r w:rsidRPr="00A7553E">
        <w:t xml:space="preserve"> </w:t>
      </w:r>
      <w:proofErr w:type="spellStart"/>
      <w:r w:rsidRPr="00A7553E">
        <w:t>sökmek</w:t>
      </w:r>
      <w:proofErr w:type="spellEnd"/>
      <w:r w:rsidRPr="00A7553E">
        <w:t xml:space="preserve">), piston </w:t>
      </w:r>
      <w:proofErr w:type="spellStart"/>
      <w:r w:rsidRPr="00A7553E">
        <w:t>segman</w:t>
      </w:r>
      <w:proofErr w:type="spellEnd"/>
      <w:r w:rsidRPr="00A7553E">
        <w:t xml:space="preserve"> </w:t>
      </w:r>
      <w:proofErr w:type="spellStart"/>
      <w:r w:rsidRPr="00A7553E">
        <w:t>sıkma</w:t>
      </w:r>
      <w:proofErr w:type="spellEnd"/>
      <w:r w:rsidRPr="00A7553E">
        <w:t xml:space="preserve"> </w:t>
      </w:r>
      <w:proofErr w:type="spellStart"/>
      <w:r w:rsidRPr="00A7553E">
        <w:t>kelepçesi</w:t>
      </w:r>
      <w:proofErr w:type="spellEnd"/>
      <w:r w:rsidRPr="00A7553E">
        <w:t xml:space="preserve"> (</w:t>
      </w:r>
      <w:proofErr w:type="spellStart"/>
      <w:r w:rsidRPr="00A7553E">
        <w:t>pistonu</w:t>
      </w:r>
      <w:proofErr w:type="spellEnd"/>
      <w:r w:rsidRPr="00A7553E">
        <w:t xml:space="preserve"> </w:t>
      </w:r>
      <w:proofErr w:type="spellStart"/>
      <w:r w:rsidRPr="00A7553E">
        <w:t>silindire</w:t>
      </w:r>
      <w:proofErr w:type="spellEnd"/>
      <w:r w:rsidRPr="00A7553E">
        <w:t xml:space="preserve"> </w:t>
      </w:r>
      <w:proofErr w:type="spellStart"/>
      <w:r w:rsidRPr="00A7553E">
        <w:t>takmak</w:t>
      </w:r>
      <w:proofErr w:type="spellEnd"/>
      <w:r w:rsidRPr="00A7553E">
        <w:t xml:space="preserve">), </w:t>
      </w:r>
      <w:proofErr w:type="spellStart"/>
      <w:r w:rsidRPr="00A7553E">
        <w:t>supap</w:t>
      </w:r>
      <w:proofErr w:type="spellEnd"/>
      <w:r w:rsidRPr="00A7553E">
        <w:t xml:space="preserve"> </w:t>
      </w:r>
      <w:proofErr w:type="spellStart"/>
      <w:r w:rsidRPr="00A7553E">
        <w:t>yayı</w:t>
      </w:r>
      <w:proofErr w:type="spellEnd"/>
      <w:r w:rsidRPr="00A7553E">
        <w:t xml:space="preserve"> </w:t>
      </w:r>
      <w:proofErr w:type="spellStart"/>
      <w:r w:rsidRPr="00A7553E">
        <w:t>sıkıştırma</w:t>
      </w:r>
      <w:proofErr w:type="spellEnd"/>
      <w:r w:rsidRPr="00A7553E">
        <w:t xml:space="preserve"> </w:t>
      </w:r>
      <w:proofErr w:type="spellStart"/>
      <w:r w:rsidRPr="00A7553E">
        <w:t>aparatı</w:t>
      </w:r>
      <w:proofErr w:type="spellEnd"/>
      <w:r w:rsidRPr="00A7553E">
        <w:t xml:space="preserve"> (</w:t>
      </w:r>
      <w:proofErr w:type="spellStart"/>
      <w:r w:rsidRPr="00A7553E">
        <w:t>supap</w:t>
      </w:r>
      <w:proofErr w:type="spellEnd"/>
      <w:r w:rsidRPr="00A7553E">
        <w:t xml:space="preserve"> </w:t>
      </w:r>
      <w:proofErr w:type="spellStart"/>
      <w:r w:rsidRPr="00A7553E">
        <w:t>sökmek</w:t>
      </w:r>
      <w:proofErr w:type="spellEnd"/>
      <w:r w:rsidRPr="00A7553E">
        <w:t xml:space="preserve">), </w:t>
      </w:r>
      <w:proofErr w:type="spellStart"/>
      <w:r w:rsidRPr="00A7553E">
        <w:t>yağ</w:t>
      </w:r>
      <w:proofErr w:type="spellEnd"/>
      <w:r w:rsidRPr="00A7553E">
        <w:t xml:space="preserve"> </w:t>
      </w:r>
      <w:proofErr w:type="spellStart"/>
      <w:r w:rsidRPr="00A7553E">
        <w:t>filtresi</w:t>
      </w:r>
      <w:proofErr w:type="spellEnd"/>
      <w:r w:rsidRPr="00A7553E">
        <w:t xml:space="preserve"> </w:t>
      </w:r>
      <w:proofErr w:type="spellStart"/>
      <w:r w:rsidRPr="00A7553E">
        <w:t>anahtarı</w:t>
      </w:r>
      <w:proofErr w:type="spellEnd"/>
      <w:r w:rsidRPr="00A7553E">
        <w:t xml:space="preserve">, </w:t>
      </w:r>
      <w:proofErr w:type="spellStart"/>
      <w:r w:rsidRPr="00A7553E">
        <w:t>bujı</w:t>
      </w:r>
      <w:proofErr w:type="spellEnd"/>
      <w:r w:rsidRPr="00A7553E">
        <w:t xml:space="preserve"> </w:t>
      </w:r>
      <w:proofErr w:type="spellStart"/>
      <w:r w:rsidRPr="00A7553E">
        <w:t>anahtarı</w:t>
      </w:r>
      <w:proofErr w:type="spellEnd"/>
      <w:r w:rsidRPr="00A7553E">
        <w:t xml:space="preserve">, </w:t>
      </w:r>
      <w:proofErr w:type="spellStart"/>
      <w:r w:rsidRPr="00A7553E">
        <w:t>rulman</w:t>
      </w:r>
      <w:proofErr w:type="spellEnd"/>
      <w:r w:rsidRPr="00A7553E">
        <w:t>/</w:t>
      </w:r>
      <w:proofErr w:type="spellStart"/>
      <w:r w:rsidRPr="00A7553E">
        <w:t>dişli</w:t>
      </w:r>
      <w:proofErr w:type="spellEnd"/>
      <w:r w:rsidRPr="00A7553E">
        <w:t xml:space="preserve"> </w:t>
      </w:r>
      <w:proofErr w:type="spellStart"/>
      <w:r w:rsidRPr="00A7553E">
        <w:t>çektirmesi</w:t>
      </w:r>
      <w:proofErr w:type="spellEnd"/>
      <w:r w:rsidRPr="00A7553E">
        <w:t xml:space="preserve">, </w:t>
      </w:r>
      <w:proofErr w:type="spellStart"/>
      <w:r w:rsidRPr="00A7553E">
        <w:t>bijon</w:t>
      </w:r>
      <w:proofErr w:type="spellEnd"/>
      <w:r w:rsidRPr="00A7553E">
        <w:t xml:space="preserve"> </w:t>
      </w:r>
      <w:proofErr w:type="spellStart"/>
      <w:r w:rsidRPr="00A7553E">
        <w:t>anahtarı</w:t>
      </w:r>
      <w:proofErr w:type="spellEnd"/>
      <w:r w:rsidRPr="00A7553E">
        <w:t xml:space="preserve">. Her </w:t>
      </w:r>
      <w:proofErr w:type="spellStart"/>
      <w:r w:rsidRPr="00A7553E">
        <w:t>takım</w:t>
      </w:r>
      <w:proofErr w:type="spellEnd"/>
      <w:r w:rsidRPr="00A7553E">
        <w:t xml:space="preserve"> </w:t>
      </w:r>
      <w:proofErr w:type="spellStart"/>
      <w:r w:rsidRPr="00A7553E">
        <w:t>ve</w:t>
      </w:r>
      <w:proofErr w:type="spellEnd"/>
      <w:r w:rsidRPr="00A7553E">
        <w:t xml:space="preserve"> </w:t>
      </w:r>
      <w:proofErr w:type="spellStart"/>
      <w:r w:rsidRPr="00A7553E">
        <w:t>kullanım</w:t>
      </w:r>
      <w:proofErr w:type="spellEnd"/>
      <w:r w:rsidRPr="00A7553E">
        <w:t xml:space="preserve"> </w:t>
      </w:r>
      <w:proofErr w:type="spellStart"/>
      <w:r w:rsidRPr="00A7553E">
        <w:t>yeri</w:t>
      </w:r>
      <w:proofErr w:type="spellEnd"/>
      <w:r w:rsidRPr="00A7553E">
        <w:t xml:space="preserve"> 2 </w:t>
      </w:r>
      <w:proofErr w:type="spellStart"/>
      <w:r w:rsidRPr="00A7553E">
        <w:t>puan</w:t>
      </w:r>
      <w:proofErr w:type="spellEnd"/>
      <w:r w:rsidRPr="00A7553E">
        <w:t>.</w:t>
      </w:r>
    </w:p>
    <w:p w14:paraId="2FC8EB9F" w14:textId="77777777" w:rsidR="00AE7FC0" w:rsidRPr="00A7553E" w:rsidRDefault="00000000" w:rsidP="00A7553E">
      <w:pPr>
        <w:spacing w:after="140"/>
      </w:pPr>
      <w:r w:rsidRPr="00A7553E">
        <w:rPr>
          <w:b/>
          <w:bCs/>
        </w:rPr>
        <w:t>7.</w:t>
      </w:r>
      <w:r w:rsidRPr="00A7553E">
        <w:t xml:space="preserve"> </w:t>
      </w:r>
      <w:proofErr w:type="spellStart"/>
      <w:r w:rsidRPr="00A7553E">
        <w:t>Kriko</w:t>
      </w:r>
      <w:proofErr w:type="spellEnd"/>
      <w:r w:rsidRPr="00A7553E">
        <w:t xml:space="preserve">: </w:t>
      </w:r>
      <w:proofErr w:type="spellStart"/>
      <w:r w:rsidRPr="00A7553E">
        <w:t>aracı</w:t>
      </w:r>
      <w:proofErr w:type="spellEnd"/>
      <w:r w:rsidRPr="00A7553E">
        <w:t xml:space="preserve"> </w:t>
      </w:r>
      <w:proofErr w:type="spellStart"/>
      <w:r w:rsidRPr="00A7553E">
        <w:t>yerden</w:t>
      </w:r>
      <w:proofErr w:type="spellEnd"/>
      <w:r w:rsidRPr="00A7553E">
        <w:t xml:space="preserve"> </w:t>
      </w:r>
      <w:proofErr w:type="spellStart"/>
      <w:r w:rsidRPr="00A7553E">
        <w:t>kaldırır</w:t>
      </w:r>
      <w:proofErr w:type="spellEnd"/>
      <w:r w:rsidRPr="00A7553E">
        <w:t xml:space="preserve">. </w:t>
      </w:r>
      <w:proofErr w:type="spellStart"/>
      <w:r w:rsidRPr="00A7553E">
        <w:t>Sehpa</w:t>
      </w:r>
      <w:proofErr w:type="spellEnd"/>
      <w:r w:rsidRPr="00A7553E">
        <w:t xml:space="preserve">: </w:t>
      </w:r>
      <w:proofErr w:type="spellStart"/>
      <w:r w:rsidRPr="00A7553E">
        <w:t>kaldırılan</w:t>
      </w:r>
      <w:proofErr w:type="spellEnd"/>
      <w:r w:rsidRPr="00A7553E">
        <w:t xml:space="preserve"> </w:t>
      </w:r>
      <w:proofErr w:type="spellStart"/>
      <w:r w:rsidRPr="00A7553E">
        <w:t>aracı</w:t>
      </w:r>
      <w:proofErr w:type="spellEnd"/>
      <w:r w:rsidRPr="00A7553E">
        <w:t xml:space="preserve"> </w:t>
      </w:r>
      <w:proofErr w:type="spellStart"/>
      <w:r w:rsidRPr="00A7553E">
        <w:t>güvenle</w:t>
      </w:r>
      <w:proofErr w:type="spellEnd"/>
      <w:r w:rsidRPr="00A7553E">
        <w:t xml:space="preserve"> </w:t>
      </w:r>
      <w:proofErr w:type="spellStart"/>
      <w:r w:rsidRPr="00A7553E">
        <w:t>taşır</w:t>
      </w:r>
      <w:proofErr w:type="spellEnd"/>
      <w:r w:rsidRPr="00A7553E">
        <w:t xml:space="preserve">. Lift: </w:t>
      </w:r>
      <w:proofErr w:type="spellStart"/>
      <w:r w:rsidRPr="00A7553E">
        <w:t>aracı</w:t>
      </w:r>
      <w:proofErr w:type="spellEnd"/>
      <w:r w:rsidRPr="00A7553E">
        <w:t xml:space="preserve"> </w:t>
      </w:r>
      <w:proofErr w:type="spellStart"/>
      <w:r w:rsidRPr="00A7553E">
        <w:t>atölyede</w:t>
      </w:r>
      <w:proofErr w:type="spellEnd"/>
      <w:r w:rsidRPr="00A7553E">
        <w:t xml:space="preserve"> </w:t>
      </w:r>
      <w:proofErr w:type="spellStart"/>
      <w:r w:rsidRPr="00A7553E">
        <w:t>yükseltip</w:t>
      </w:r>
      <w:proofErr w:type="spellEnd"/>
      <w:r w:rsidRPr="00A7553E">
        <w:t xml:space="preserve"> </w:t>
      </w:r>
      <w:proofErr w:type="spellStart"/>
      <w:r w:rsidRPr="00A7553E">
        <w:t>altında</w:t>
      </w:r>
      <w:proofErr w:type="spellEnd"/>
      <w:r w:rsidRPr="00A7553E">
        <w:t xml:space="preserve"> </w:t>
      </w:r>
      <w:proofErr w:type="spellStart"/>
      <w:r w:rsidRPr="00A7553E">
        <w:t>çalışmayı</w:t>
      </w:r>
      <w:proofErr w:type="spellEnd"/>
      <w:r w:rsidRPr="00A7553E">
        <w:t xml:space="preserve"> </w:t>
      </w:r>
      <w:proofErr w:type="spellStart"/>
      <w:r w:rsidRPr="00A7553E">
        <w:t>sağlar</w:t>
      </w:r>
      <w:proofErr w:type="spellEnd"/>
      <w:r w:rsidRPr="00A7553E">
        <w:t xml:space="preserve">. Motor </w:t>
      </w:r>
      <w:proofErr w:type="spellStart"/>
      <w:r w:rsidRPr="00A7553E">
        <w:t>kaldırma</w:t>
      </w:r>
      <w:proofErr w:type="spellEnd"/>
      <w:r w:rsidRPr="00A7553E">
        <w:t xml:space="preserve"> </w:t>
      </w:r>
      <w:proofErr w:type="spellStart"/>
      <w:r w:rsidRPr="00A7553E">
        <w:t>vinci</w:t>
      </w:r>
      <w:proofErr w:type="spellEnd"/>
      <w:r w:rsidRPr="00A7553E">
        <w:t xml:space="preserve">: </w:t>
      </w:r>
      <w:proofErr w:type="spellStart"/>
      <w:r w:rsidRPr="00A7553E">
        <w:t>motoru</w:t>
      </w:r>
      <w:proofErr w:type="spellEnd"/>
      <w:r w:rsidRPr="00A7553E">
        <w:t xml:space="preserve"> </w:t>
      </w:r>
      <w:proofErr w:type="spellStart"/>
      <w:r w:rsidRPr="00A7553E">
        <w:t>araçtan</w:t>
      </w:r>
      <w:proofErr w:type="spellEnd"/>
      <w:r w:rsidRPr="00A7553E">
        <w:t xml:space="preserve"> </w:t>
      </w:r>
      <w:proofErr w:type="spellStart"/>
      <w:r w:rsidRPr="00A7553E">
        <w:t>söküp</w:t>
      </w:r>
      <w:proofErr w:type="spellEnd"/>
      <w:r w:rsidRPr="00A7553E">
        <w:t xml:space="preserve"> </w:t>
      </w:r>
      <w:proofErr w:type="spellStart"/>
      <w:r w:rsidRPr="00A7553E">
        <w:t>takmada</w:t>
      </w:r>
      <w:proofErr w:type="spellEnd"/>
      <w:r w:rsidRPr="00A7553E">
        <w:t xml:space="preserve"> </w:t>
      </w:r>
      <w:proofErr w:type="spellStart"/>
      <w:r w:rsidRPr="00A7553E">
        <w:t>kaldırır</w:t>
      </w:r>
      <w:proofErr w:type="spellEnd"/>
      <w:r w:rsidRPr="00A7553E">
        <w:t xml:space="preserve">. Motor </w:t>
      </w:r>
      <w:proofErr w:type="spellStart"/>
      <w:r w:rsidRPr="00A7553E">
        <w:t>sehpası</w:t>
      </w:r>
      <w:proofErr w:type="spellEnd"/>
      <w:r w:rsidRPr="00A7553E">
        <w:t xml:space="preserve">: </w:t>
      </w:r>
      <w:proofErr w:type="spellStart"/>
      <w:r w:rsidRPr="00A7553E">
        <w:t>sökülen</w:t>
      </w:r>
      <w:proofErr w:type="spellEnd"/>
      <w:r w:rsidRPr="00A7553E">
        <w:t xml:space="preserve"> </w:t>
      </w:r>
      <w:proofErr w:type="spellStart"/>
      <w:r w:rsidRPr="00A7553E">
        <w:t>motoru</w:t>
      </w:r>
      <w:proofErr w:type="spellEnd"/>
      <w:r w:rsidRPr="00A7553E">
        <w:t xml:space="preserve"> </w:t>
      </w:r>
      <w:proofErr w:type="spellStart"/>
      <w:r w:rsidRPr="00A7553E">
        <w:t>üzerinde</w:t>
      </w:r>
      <w:proofErr w:type="spellEnd"/>
      <w:r w:rsidRPr="00A7553E">
        <w:t xml:space="preserve"> </w:t>
      </w:r>
      <w:proofErr w:type="spellStart"/>
      <w:r w:rsidRPr="00A7553E">
        <w:t>çalışmak</w:t>
      </w:r>
      <w:proofErr w:type="spellEnd"/>
      <w:r w:rsidRPr="00A7553E">
        <w:t xml:space="preserve"> </w:t>
      </w:r>
      <w:proofErr w:type="spellStart"/>
      <w:r w:rsidRPr="00A7553E">
        <w:t>için</w:t>
      </w:r>
      <w:proofErr w:type="spellEnd"/>
      <w:r w:rsidRPr="00A7553E">
        <w:t xml:space="preserve"> </w:t>
      </w:r>
      <w:proofErr w:type="spellStart"/>
      <w:r w:rsidRPr="00A7553E">
        <w:t>taşır</w:t>
      </w:r>
      <w:proofErr w:type="spellEnd"/>
      <w:r w:rsidRPr="00A7553E">
        <w:t xml:space="preserve">. Her </w:t>
      </w:r>
      <w:proofErr w:type="spellStart"/>
      <w:r w:rsidRPr="00A7553E">
        <w:t>biri</w:t>
      </w:r>
      <w:proofErr w:type="spellEnd"/>
      <w:r w:rsidRPr="00A7553E">
        <w:t xml:space="preserve"> </w:t>
      </w:r>
      <w:proofErr w:type="gramStart"/>
      <w:r w:rsidRPr="00A7553E">
        <w:t xml:space="preserve">2 </w:t>
      </w:r>
      <w:proofErr w:type="spellStart"/>
      <w:r w:rsidRPr="00A7553E">
        <w:t>puan</w:t>
      </w:r>
      <w:proofErr w:type="spellEnd"/>
      <w:proofErr w:type="gramEnd"/>
      <w:r w:rsidRPr="00A7553E">
        <w:t>.</w:t>
      </w:r>
    </w:p>
    <w:p w14:paraId="4A03F705" w14:textId="77777777" w:rsidR="00AE7FC0" w:rsidRPr="00A7553E" w:rsidRDefault="00000000" w:rsidP="00A7553E">
      <w:pPr>
        <w:spacing w:after="140"/>
      </w:pPr>
      <w:r w:rsidRPr="00A7553E">
        <w:rPr>
          <w:b/>
          <w:bCs/>
        </w:rPr>
        <w:t>8.</w:t>
      </w:r>
      <w:r w:rsidRPr="00A7553E">
        <w:t xml:space="preserve"> </w:t>
      </w:r>
      <w:proofErr w:type="spellStart"/>
      <w:r w:rsidRPr="00A7553E">
        <w:t>Metrik</w:t>
      </w:r>
      <w:proofErr w:type="spellEnd"/>
      <w:r w:rsidRPr="00A7553E">
        <w:t xml:space="preserve"> </w:t>
      </w:r>
      <w:proofErr w:type="spellStart"/>
      <w:r w:rsidRPr="00A7553E">
        <w:t>sistem</w:t>
      </w:r>
      <w:proofErr w:type="spellEnd"/>
      <w:r w:rsidRPr="00A7553E">
        <w:t xml:space="preserve"> (mm, cm, m) </w:t>
      </w:r>
      <w:proofErr w:type="spellStart"/>
      <w:r w:rsidRPr="00A7553E">
        <w:t>ve</w:t>
      </w:r>
      <w:proofErr w:type="spellEnd"/>
      <w:r w:rsidRPr="00A7553E">
        <w:t xml:space="preserve"> </w:t>
      </w:r>
      <w:proofErr w:type="spellStart"/>
      <w:r w:rsidRPr="00A7553E">
        <w:t>inç</w:t>
      </w:r>
      <w:proofErr w:type="spellEnd"/>
      <w:r w:rsidRPr="00A7553E">
        <w:t xml:space="preserve"> </w:t>
      </w:r>
      <w:proofErr w:type="spellStart"/>
      <w:r w:rsidRPr="00A7553E">
        <w:t>sistemi</w:t>
      </w:r>
      <w:proofErr w:type="spellEnd"/>
      <w:r w:rsidRPr="00A7553E">
        <w:t xml:space="preserve"> (4 </w:t>
      </w:r>
      <w:proofErr w:type="spellStart"/>
      <w:r w:rsidRPr="00A7553E">
        <w:t>puan</w:t>
      </w:r>
      <w:proofErr w:type="spellEnd"/>
      <w:r w:rsidRPr="00A7553E">
        <w:t xml:space="preserve">). 1 </w:t>
      </w:r>
      <w:proofErr w:type="spellStart"/>
      <w:r w:rsidRPr="00A7553E">
        <w:t>inç</w:t>
      </w:r>
      <w:proofErr w:type="spellEnd"/>
      <w:r w:rsidRPr="00A7553E">
        <w:t xml:space="preserve"> = 25,4 mm (4 </w:t>
      </w:r>
      <w:proofErr w:type="spellStart"/>
      <w:r w:rsidRPr="00A7553E">
        <w:t>puan</w:t>
      </w:r>
      <w:proofErr w:type="spellEnd"/>
      <w:r w:rsidRPr="00A7553E">
        <w:t xml:space="preserve">). 50,8 ÷ 25,4 = 2 </w:t>
      </w:r>
      <w:proofErr w:type="spellStart"/>
      <w:r w:rsidRPr="00A7553E">
        <w:t>inç</w:t>
      </w:r>
      <w:proofErr w:type="spellEnd"/>
      <w:r w:rsidRPr="00A7553E">
        <w:t xml:space="preserve"> (4 </w:t>
      </w:r>
      <w:proofErr w:type="spellStart"/>
      <w:r w:rsidRPr="00A7553E">
        <w:t>puan</w:t>
      </w:r>
      <w:proofErr w:type="spellEnd"/>
      <w:r w:rsidRPr="00A7553E">
        <w:t>).</w:t>
      </w:r>
    </w:p>
    <w:p w14:paraId="152866DE" w14:textId="77777777" w:rsidR="00AE7FC0" w:rsidRPr="00A7553E" w:rsidRDefault="00000000" w:rsidP="00A7553E">
      <w:pPr>
        <w:spacing w:after="140"/>
      </w:pPr>
      <w:r w:rsidRPr="00A7553E">
        <w:rPr>
          <w:b/>
          <w:bCs/>
        </w:rPr>
        <w:t>9.</w:t>
      </w:r>
      <w:r w:rsidRPr="00A7553E">
        <w:t xml:space="preserve"> a) </w:t>
      </w:r>
      <w:proofErr w:type="spellStart"/>
      <w:r w:rsidRPr="00A7553E">
        <w:t>Cırcır</w:t>
      </w:r>
      <w:proofErr w:type="spellEnd"/>
      <w:r w:rsidRPr="00A7553E">
        <w:t xml:space="preserve"> (</w:t>
      </w:r>
      <w:proofErr w:type="spellStart"/>
      <w:r w:rsidRPr="00A7553E">
        <w:t>frikisyon</w:t>
      </w:r>
      <w:proofErr w:type="spellEnd"/>
      <w:r w:rsidRPr="00A7553E">
        <w:t xml:space="preserve">), </w:t>
      </w:r>
      <w:proofErr w:type="spellStart"/>
      <w:r w:rsidRPr="00A7553E">
        <w:t>hareketli</w:t>
      </w:r>
      <w:proofErr w:type="spellEnd"/>
      <w:r w:rsidRPr="00A7553E">
        <w:t xml:space="preserve"> tambur, </w:t>
      </w:r>
      <w:proofErr w:type="spellStart"/>
      <w:r w:rsidRPr="00A7553E">
        <w:t>sabit</w:t>
      </w:r>
      <w:proofErr w:type="spellEnd"/>
      <w:r w:rsidRPr="00A7553E">
        <w:t xml:space="preserve"> tambur (</w:t>
      </w:r>
      <w:proofErr w:type="spellStart"/>
      <w:r w:rsidRPr="00A7553E">
        <w:t>gövde</w:t>
      </w:r>
      <w:proofErr w:type="spellEnd"/>
      <w:r w:rsidRPr="00A7553E">
        <w:t xml:space="preserve">), </w:t>
      </w:r>
      <w:proofErr w:type="spellStart"/>
      <w:r w:rsidRPr="00A7553E">
        <w:t>kilitleme</w:t>
      </w:r>
      <w:proofErr w:type="spellEnd"/>
      <w:r w:rsidRPr="00A7553E">
        <w:t xml:space="preserve"> </w:t>
      </w:r>
      <w:proofErr w:type="spellStart"/>
      <w:r w:rsidRPr="00A7553E">
        <w:t>kolu</w:t>
      </w:r>
      <w:proofErr w:type="spellEnd"/>
      <w:r w:rsidRPr="00A7553E">
        <w:t xml:space="preserve">, </w:t>
      </w:r>
      <w:proofErr w:type="spellStart"/>
      <w:r w:rsidRPr="00A7553E">
        <w:t>ölçme</w:t>
      </w:r>
      <w:proofErr w:type="spellEnd"/>
      <w:r w:rsidRPr="00A7553E">
        <w:t xml:space="preserve"> </w:t>
      </w:r>
      <w:proofErr w:type="spellStart"/>
      <w:r w:rsidRPr="00A7553E">
        <w:t>çeneleri</w:t>
      </w:r>
      <w:proofErr w:type="spellEnd"/>
      <w:r w:rsidRPr="00A7553E">
        <w:t>/</w:t>
      </w:r>
      <w:proofErr w:type="spellStart"/>
      <w:r w:rsidRPr="00A7553E">
        <w:t>uçları</w:t>
      </w:r>
      <w:proofErr w:type="spellEnd"/>
      <w:r w:rsidRPr="00A7553E">
        <w:t xml:space="preserve">, </w:t>
      </w:r>
      <w:proofErr w:type="spellStart"/>
      <w:r w:rsidRPr="00A7553E">
        <w:t>gövde</w:t>
      </w:r>
      <w:proofErr w:type="spellEnd"/>
      <w:r w:rsidRPr="00A7553E">
        <w:t xml:space="preserve"> (</w:t>
      </w:r>
      <w:proofErr w:type="spellStart"/>
      <w:r w:rsidRPr="00A7553E">
        <w:t>kelepçe</w:t>
      </w:r>
      <w:proofErr w:type="spellEnd"/>
      <w:r w:rsidRPr="00A7553E">
        <w:t xml:space="preserve">). Her </w:t>
      </w:r>
      <w:proofErr w:type="spellStart"/>
      <w:r w:rsidRPr="00A7553E">
        <w:t>biri</w:t>
      </w:r>
      <w:proofErr w:type="spellEnd"/>
      <w:r w:rsidRPr="00A7553E">
        <w:t xml:space="preserve"> </w:t>
      </w:r>
      <w:proofErr w:type="gramStart"/>
      <w:r w:rsidRPr="00A7553E">
        <w:t xml:space="preserve">2 </w:t>
      </w:r>
      <w:proofErr w:type="spellStart"/>
      <w:r w:rsidRPr="00A7553E">
        <w:t>puan</w:t>
      </w:r>
      <w:proofErr w:type="spellEnd"/>
      <w:proofErr w:type="gramEnd"/>
      <w:r w:rsidRPr="00A7553E">
        <w:t>. b) 12,5 + 0,28 = 12,78 mm (</w:t>
      </w:r>
      <w:proofErr w:type="spellStart"/>
      <w:r w:rsidRPr="00A7553E">
        <w:t>formül</w:t>
      </w:r>
      <w:proofErr w:type="spellEnd"/>
      <w:r w:rsidRPr="00A7553E">
        <w:t xml:space="preserve"> 5, </w:t>
      </w:r>
      <w:proofErr w:type="spellStart"/>
      <w:r w:rsidRPr="00A7553E">
        <w:t>sonuç</w:t>
      </w:r>
      <w:proofErr w:type="spellEnd"/>
      <w:r w:rsidRPr="00A7553E">
        <w:t xml:space="preserve"> 4 </w:t>
      </w:r>
      <w:proofErr w:type="spellStart"/>
      <w:r w:rsidRPr="00A7553E">
        <w:t>puan</w:t>
      </w:r>
      <w:proofErr w:type="spellEnd"/>
      <w:r w:rsidRPr="00A7553E">
        <w:t>).</w:t>
      </w:r>
    </w:p>
    <w:p w14:paraId="49FF0347" w14:textId="77777777" w:rsidR="00AE7FC0" w:rsidRPr="00A7553E" w:rsidRDefault="00000000" w:rsidP="00A7553E">
      <w:pPr>
        <w:spacing w:after="140"/>
      </w:pPr>
      <w:r w:rsidRPr="00A7553E">
        <w:rPr>
          <w:b/>
          <w:bCs/>
        </w:rPr>
        <w:t>10.</w:t>
      </w:r>
    </w:p>
    <w:p w14:paraId="572D9036" w14:textId="77777777" w:rsidR="00764DAF" w:rsidRPr="00A7553E" w:rsidRDefault="00000000" w:rsidP="00A7553E">
      <w:pPr>
        <w:pStyle w:val="ListeParagraf"/>
        <w:numPr>
          <w:ilvl w:val="0"/>
          <w:numId w:val="21"/>
        </w:numPr>
        <w:spacing w:after="140"/>
      </w:pPr>
      <w:r w:rsidRPr="00A7553E">
        <w:t xml:space="preserve">1) </w:t>
      </w:r>
      <w:proofErr w:type="spellStart"/>
      <w:r w:rsidRPr="00A7553E">
        <w:t>Komparatör</w:t>
      </w:r>
      <w:proofErr w:type="spellEnd"/>
      <w:r w:rsidRPr="00A7553E">
        <w:t xml:space="preserve"> </w:t>
      </w:r>
      <w:proofErr w:type="spellStart"/>
      <w:r w:rsidRPr="00A7553E">
        <w:t>uygun</w:t>
      </w:r>
      <w:proofErr w:type="spellEnd"/>
      <w:r w:rsidRPr="00A7553E">
        <w:t xml:space="preserve"> </w:t>
      </w:r>
      <w:proofErr w:type="spellStart"/>
      <w:r w:rsidRPr="00A7553E">
        <w:t>bir</w:t>
      </w:r>
      <w:proofErr w:type="spellEnd"/>
      <w:r w:rsidRPr="00A7553E">
        <w:t xml:space="preserve"> </w:t>
      </w:r>
      <w:proofErr w:type="spellStart"/>
      <w:r w:rsidRPr="00A7553E">
        <w:t>sehpaya</w:t>
      </w:r>
      <w:proofErr w:type="spellEnd"/>
      <w:r w:rsidRPr="00A7553E">
        <w:t xml:space="preserve"> (</w:t>
      </w:r>
      <w:proofErr w:type="spellStart"/>
      <w:r w:rsidRPr="00A7553E">
        <w:t>mıknatıslı</w:t>
      </w:r>
      <w:proofErr w:type="spellEnd"/>
      <w:r w:rsidRPr="00A7553E">
        <w:t xml:space="preserve">) </w:t>
      </w:r>
      <w:proofErr w:type="spellStart"/>
      <w:r w:rsidRPr="00A7553E">
        <w:t>sağlam</w:t>
      </w:r>
      <w:proofErr w:type="spellEnd"/>
      <w:r w:rsidRPr="00A7553E">
        <w:t xml:space="preserve"> </w:t>
      </w:r>
      <w:proofErr w:type="spellStart"/>
      <w:r w:rsidRPr="00A7553E">
        <w:t>bağlanır</w:t>
      </w:r>
      <w:proofErr w:type="spellEnd"/>
      <w:r w:rsidRPr="00A7553E">
        <w:t>.</w:t>
      </w:r>
    </w:p>
    <w:p w14:paraId="0A024428" w14:textId="77777777" w:rsidR="00764DAF" w:rsidRPr="00A7553E" w:rsidRDefault="00000000" w:rsidP="00A7553E">
      <w:pPr>
        <w:pStyle w:val="ListeParagraf"/>
        <w:numPr>
          <w:ilvl w:val="0"/>
          <w:numId w:val="21"/>
        </w:numPr>
        <w:spacing w:after="140"/>
      </w:pPr>
      <w:r w:rsidRPr="00A7553E">
        <w:t xml:space="preserve">2) </w:t>
      </w:r>
      <w:proofErr w:type="spellStart"/>
      <w:r w:rsidRPr="00A7553E">
        <w:t>Ölçü</w:t>
      </w:r>
      <w:proofErr w:type="spellEnd"/>
      <w:r w:rsidRPr="00A7553E">
        <w:t xml:space="preserve"> </w:t>
      </w:r>
      <w:proofErr w:type="spellStart"/>
      <w:r w:rsidRPr="00A7553E">
        <w:t>ucu</w:t>
      </w:r>
      <w:proofErr w:type="spellEnd"/>
      <w:r w:rsidRPr="00A7553E">
        <w:t xml:space="preserve"> </w:t>
      </w:r>
      <w:proofErr w:type="spellStart"/>
      <w:r w:rsidRPr="00A7553E">
        <w:t>iş</w:t>
      </w:r>
      <w:proofErr w:type="spellEnd"/>
      <w:r w:rsidRPr="00A7553E">
        <w:t xml:space="preserve"> </w:t>
      </w:r>
      <w:proofErr w:type="spellStart"/>
      <w:r w:rsidRPr="00A7553E">
        <w:t>parçasına</w:t>
      </w:r>
      <w:proofErr w:type="spellEnd"/>
      <w:r w:rsidRPr="00A7553E">
        <w:t xml:space="preserve">, </w:t>
      </w:r>
      <w:proofErr w:type="spellStart"/>
      <w:r w:rsidRPr="00A7553E">
        <w:t>ibre</w:t>
      </w:r>
      <w:proofErr w:type="spellEnd"/>
      <w:r w:rsidRPr="00A7553E">
        <w:t xml:space="preserve"> </w:t>
      </w:r>
      <w:proofErr w:type="spellStart"/>
      <w:r w:rsidRPr="00A7553E">
        <w:t>hafifçe</w:t>
      </w:r>
      <w:proofErr w:type="spellEnd"/>
      <w:r w:rsidRPr="00A7553E">
        <w:t xml:space="preserve"> </w:t>
      </w:r>
      <w:proofErr w:type="spellStart"/>
      <w:r w:rsidRPr="00A7553E">
        <w:t>önde</w:t>
      </w:r>
      <w:proofErr w:type="spellEnd"/>
      <w:r w:rsidRPr="00A7553E">
        <w:t xml:space="preserve"> </w:t>
      </w:r>
      <w:proofErr w:type="spellStart"/>
      <w:r w:rsidRPr="00A7553E">
        <w:t>dönecek</w:t>
      </w:r>
      <w:proofErr w:type="spellEnd"/>
      <w:r w:rsidRPr="00A7553E">
        <w:t xml:space="preserve"> </w:t>
      </w:r>
      <w:proofErr w:type="spellStart"/>
      <w:r w:rsidRPr="00A7553E">
        <w:t>şekilde</w:t>
      </w:r>
      <w:proofErr w:type="spellEnd"/>
      <w:r w:rsidRPr="00A7553E">
        <w:t xml:space="preserve"> </w:t>
      </w:r>
      <w:proofErr w:type="spellStart"/>
      <w:r w:rsidRPr="00A7553E">
        <w:t>temas</w:t>
      </w:r>
      <w:proofErr w:type="spellEnd"/>
      <w:r w:rsidRPr="00A7553E">
        <w:t xml:space="preserve"> </w:t>
      </w:r>
      <w:proofErr w:type="spellStart"/>
      <w:r w:rsidRPr="00A7553E">
        <w:t>ettirilir</w:t>
      </w:r>
      <w:proofErr w:type="spellEnd"/>
      <w:r w:rsidRPr="00A7553E">
        <w:t>.</w:t>
      </w:r>
    </w:p>
    <w:p w14:paraId="13FD7286" w14:textId="77777777" w:rsidR="00764DAF" w:rsidRPr="00A7553E" w:rsidRDefault="00000000" w:rsidP="00A7553E">
      <w:pPr>
        <w:pStyle w:val="ListeParagraf"/>
        <w:numPr>
          <w:ilvl w:val="0"/>
          <w:numId w:val="21"/>
        </w:numPr>
        <w:spacing w:after="140"/>
      </w:pPr>
      <w:r w:rsidRPr="00A7553E">
        <w:t xml:space="preserve">3) </w:t>
      </w:r>
      <w:proofErr w:type="spellStart"/>
      <w:r w:rsidRPr="00A7553E">
        <w:t>Kadran</w:t>
      </w:r>
      <w:proofErr w:type="spellEnd"/>
      <w:r w:rsidRPr="00A7553E">
        <w:t xml:space="preserve"> </w:t>
      </w:r>
      <w:proofErr w:type="spellStart"/>
      <w:r w:rsidRPr="00A7553E">
        <w:t>çevrilerek</w:t>
      </w:r>
      <w:proofErr w:type="spellEnd"/>
      <w:r w:rsidRPr="00A7553E">
        <w:t xml:space="preserve"> </w:t>
      </w:r>
      <w:proofErr w:type="spellStart"/>
      <w:r w:rsidRPr="00A7553E">
        <w:t>ibre</w:t>
      </w:r>
      <w:proofErr w:type="spellEnd"/>
      <w:r w:rsidRPr="00A7553E">
        <w:t xml:space="preserve"> </w:t>
      </w:r>
      <w:proofErr w:type="spellStart"/>
      <w:r w:rsidRPr="00A7553E">
        <w:t>sıfıra</w:t>
      </w:r>
      <w:proofErr w:type="spellEnd"/>
      <w:r w:rsidRPr="00A7553E">
        <w:t xml:space="preserve"> </w:t>
      </w:r>
      <w:proofErr w:type="spellStart"/>
      <w:r w:rsidRPr="00A7553E">
        <w:t>getirilir</w:t>
      </w:r>
      <w:proofErr w:type="spellEnd"/>
      <w:r w:rsidRPr="00A7553E">
        <w:t>.</w:t>
      </w:r>
    </w:p>
    <w:p w14:paraId="7D1F36CC" w14:textId="77777777" w:rsidR="00764DAF" w:rsidRPr="00A7553E" w:rsidRDefault="00000000" w:rsidP="00A7553E">
      <w:pPr>
        <w:pStyle w:val="ListeParagraf"/>
        <w:numPr>
          <w:ilvl w:val="0"/>
          <w:numId w:val="21"/>
        </w:numPr>
        <w:spacing w:after="140"/>
      </w:pPr>
      <w:r w:rsidRPr="00A7553E">
        <w:t xml:space="preserve">4) </w:t>
      </w:r>
      <w:proofErr w:type="spellStart"/>
      <w:r w:rsidRPr="00A7553E">
        <w:t>İş</w:t>
      </w:r>
      <w:proofErr w:type="spellEnd"/>
      <w:r w:rsidRPr="00A7553E">
        <w:t xml:space="preserve"> </w:t>
      </w:r>
      <w:proofErr w:type="spellStart"/>
      <w:r w:rsidRPr="00A7553E">
        <w:t>parçası</w:t>
      </w:r>
      <w:proofErr w:type="spellEnd"/>
      <w:r w:rsidRPr="00A7553E">
        <w:t xml:space="preserve"> </w:t>
      </w:r>
      <w:proofErr w:type="spellStart"/>
      <w:r w:rsidRPr="00A7553E">
        <w:t>döndürülür</w:t>
      </w:r>
      <w:proofErr w:type="spellEnd"/>
      <w:r w:rsidRPr="00A7553E">
        <w:t>/</w:t>
      </w:r>
      <w:proofErr w:type="spellStart"/>
      <w:r w:rsidRPr="00A7553E">
        <w:t>kaydırılır</w:t>
      </w:r>
      <w:proofErr w:type="spellEnd"/>
      <w:r w:rsidRPr="00A7553E">
        <w:t>.</w:t>
      </w:r>
    </w:p>
    <w:p w14:paraId="31863230" w14:textId="77777777" w:rsidR="00764DAF" w:rsidRPr="00A7553E" w:rsidRDefault="00000000" w:rsidP="00A7553E">
      <w:pPr>
        <w:pStyle w:val="ListeParagraf"/>
        <w:numPr>
          <w:ilvl w:val="0"/>
          <w:numId w:val="21"/>
        </w:numPr>
        <w:spacing w:after="140"/>
      </w:pPr>
      <w:r w:rsidRPr="00A7553E">
        <w:t xml:space="preserve">5) </w:t>
      </w:r>
      <w:proofErr w:type="spellStart"/>
      <w:r w:rsidRPr="00A7553E">
        <w:t>İbredeki</w:t>
      </w:r>
      <w:proofErr w:type="spellEnd"/>
      <w:r w:rsidRPr="00A7553E">
        <w:t xml:space="preserve"> </w:t>
      </w:r>
      <w:proofErr w:type="spellStart"/>
      <w:r w:rsidRPr="00A7553E">
        <w:t>sapma</w:t>
      </w:r>
      <w:proofErr w:type="spellEnd"/>
      <w:r w:rsidRPr="00A7553E">
        <w:t xml:space="preserve"> </w:t>
      </w:r>
      <w:proofErr w:type="spellStart"/>
      <w:r w:rsidRPr="00A7553E">
        <w:t>okunur</w:t>
      </w:r>
      <w:proofErr w:type="spellEnd"/>
      <w:r w:rsidRPr="00A7553E">
        <w:t xml:space="preserve"> </w:t>
      </w:r>
      <w:proofErr w:type="spellStart"/>
      <w:r w:rsidRPr="00A7553E">
        <w:t>ve</w:t>
      </w:r>
      <w:proofErr w:type="spellEnd"/>
      <w:r w:rsidRPr="00A7553E">
        <w:t xml:space="preserve"> </w:t>
      </w:r>
      <w:proofErr w:type="spellStart"/>
      <w:r w:rsidRPr="00A7553E">
        <w:t>ölçü</w:t>
      </w:r>
      <w:proofErr w:type="spellEnd"/>
      <w:r w:rsidRPr="00A7553E">
        <w:t xml:space="preserve"> </w:t>
      </w:r>
      <w:proofErr w:type="spellStart"/>
      <w:r w:rsidRPr="00A7553E">
        <w:t>değeri</w:t>
      </w:r>
      <w:proofErr w:type="spellEnd"/>
      <w:r w:rsidRPr="00A7553E">
        <w:t xml:space="preserve"> </w:t>
      </w:r>
      <w:proofErr w:type="spellStart"/>
      <w:r w:rsidRPr="00A7553E">
        <w:t>yazılır</w:t>
      </w:r>
      <w:proofErr w:type="spellEnd"/>
      <w:r w:rsidRPr="00A7553E">
        <w:t xml:space="preserve">. Her </w:t>
      </w:r>
      <w:proofErr w:type="spellStart"/>
      <w:r w:rsidRPr="00A7553E">
        <w:t>basamak</w:t>
      </w:r>
      <w:proofErr w:type="spellEnd"/>
      <w:r w:rsidRPr="00A7553E">
        <w:t xml:space="preserve"> </w:t>
      </w:r>
      <w:proofErr w:type="gramStart"/>
      <w:r w:rsidRPr="00A7553E">
        <w:t xml:space="preserve">3 </w:t>
      </w:r>
      <w:proofErr w:type="spellStart"/>
      <w:r w:rsidRPr="00A7553E">
        <w:t>puan</w:t>
      </w:r>
      <w:proofErr w:type="spellEnd"/>
      <w:proofErr w:type="gramEnd"/>
      <w:r w:rsidRPr="00A7553E">
        <w:t>.</w:t>
      </w:r>
    </w:p>
    <w:sectPr w:rsidR="00764DAF" w:rsidRPr="00A7553E" w:rsidSect="00A7553E">
      <w:pgSz w:w="12240" w:h="15840"/>
      <w:pgMar w:top="426" w:right="935" w:bottom="652" w:left="93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5725645A"/>
    <w:multiLevelType w:val="hybridMultilevel"/>
    <w:tmpl w:val="5B66ED2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D11276"/>
    <w:multiLevelType w:val="hybridMultilevel"/>
    <w:tmpl w:val="B840E8C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8902779">
    <w:abstractNumId w:val="8"/>
  </w:num>
  <w:num w:numId="2" w16cid:durableId="1305084789">
    <w:abstractNumId w:val="6"/>
  </w:num>
  <w:num w:numId="3" w16cid:durableId="41177832">
    <w:abstractNumId w:val="5"/>
  </w:num>
  <w:num w:numId="4" w16cid:durableId="1146584673">
    <w:abstractNumId w:val="4"/>
  </w:num>
  <w:num w:numId="5" w16cid:durableId="1128889550">
    <w:abstractNumId w:val="7"/>
  </w:num>
  <w:num w:numId="6" w16cid:durableId="1017388597">
    <w:abstractNumId w:val="3"/>
  </w:num>
  <w:num w:numId="7" w16cid:durableId="1735853297">
    <w:abstractNumId w:val="2"/>
  </w:num>
  <w:num w:numId="8" w16cid:durableId="1692103833">
    <w:abstractNumId w:val="1"/>
  </w:num>
  <w:num w:numId="9" w16cid:durableId="1051422525">
    <w:abstractNumId w:val="0"/>
  </w:num>
  <w:num w:numId="10" w16cid:durableId="1265772281">
    <w:abstractNumId w:val="10"/>
  </w:num>
  <w:num w:numId="11" w16cid:durableId="151413888">
    <w:abstractNumId w:val="9"/>
  </w:num>
  <w:num w:numId="12" w16cid:durableId="1064065492">
    <w:abstractNumId w:val="10"/>
    <w:lvlOverride w:ilvl="0">
      <w:startOverride w:val="1"/>
    </w:lvlOverride>
  </w:num>
  <w:num w:numId="13" w16cid:durableId="731347940">
    <w:abstractNumId w:val="10"/>
    <w:lvlOverride w:ilvl="0">
      <w:startOverride w:val="1"/>
    </w:lvlOverride>
  </w:num>
  <w:num w:numId="14" w16cid:durableId="1380397700">
    <w:abstractNumId w:val="10"/>
    <w:lvlOverride w:ilvl="0">
      <w:startOverride w:val="1"/>
    </w:lvlOverride>
  </w:num>
  <w:num w:numId="15" w16cid:durableId="2134865912">
    <w:abstractNumId w:val="10"/>
    <w:lvlOverride w:ilvl="0">
      <w:startOverride w:val="1"/>
    </w:lvlOverride>
  </w:num>
  <w:num w:numId="16" w16cid:durableId="1223714487">
    <w:abstractNumId w:val="10"/>
    <w:lvlOverride w:ilvl="0">
      <w:startOverride w:val="1"/>
    </w:lvlOverride>
  </w:num>
  <w:num w:numId="17" w16cid:durableId="1645043971">
    <w:abstractNumId w:val="10"/>
    <w:lvlOverride w:ilvl="0">
      <w:startOverride w:val="1"/>
    </w:lvlOverride>
  </w:num>
  <w:num w:numId="18" w16cid:durableId="1481077827">
    <w:abstractNumId w:val="10"/>
    <w:lvlOverride w:ilvl="0">
      <w:startOverride w:val="1"/>
    </w:lvlOverride>
  </w:num>
  <w:num w:numId="19" w16cid:durableId="244731040">
    <w:abstractNumId w:val="10"/>
    <w:lvlOverride w:ilvl="0">
      <w:startOverride w:val="1"/>
    </w:lvlOverride>
  </w:num>
  <w:num w:numId="20" w16cid:durableId="1360087323">
    <w:abstractNumId w:val="10"/>
    <w:lvlOverride w:ilvl="0">
      <w:startOverride w:val="1"/>
    </w:lvlOverride>
  </w:num>
  <w:num w:numId="21" w16cid:durableId="1691301717">
    <w:abstractNumId w:val="1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E1559"/>
    <w:rsid w:val="00670C22"/>
    <w:rsid w:val="00764DAF"/>
    <w:rsid w:val="00A54D61"/>
    <w:rsid w:val="00A7553E"/>
    <w:rsid w:val="00AA1D8D"/>
    <w:rsid w:val="00AE7FC0"/>
    <w:rsid w:val="00B47730"/>
    <w:rsid w:val="00CB0664"/>
    <w:rsid w:val="00E04304"/>
    <w:rsid w:val="00F13D1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F6945AD"/>
  <w14:defaultImageDpi w14:val="300"/>
  <w15:docId w15:val="{9051B837-98E0-4398-BA8F-DCC5B3FAC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555</Words>
  <Characters>3164</Characters>
  <Application>Microsoft Office Word</Application>
  <DocSecurity>0</DocSecurity>
  <Lines>26</Lines>
  <Paragraphs>7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3712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Abdullah Yanik</cp:lastModifiedBy>
  <cp:revision>4</cp:revision>
  <dcterms:created xsi:type="dcterms:W3CDTF">2013-12-23T23:15:00Z</dcterms:created>
  <dcterms:modified xsi:type="dcterms:W3CDTF">2026-11-07T13:16:00Z</dcterms:modified>
  <cp:category/>
</cp:coreProperties>
</file>