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BD724" w14:textId="77777777" w:rsidR="00A54D61" w:rsidRPr="00334770" w:rsidRDefault="00A54D61" w:rsidP="00334770">
      <w:pPr>
        <w:spacing w:after="40"/>
        <w:jc w:val="center"/>
        <w:rPr>
          <w:sz w:val="24"/>
          <w:szCs w:val="24"/>
        </w:rPr>
      </w:pPr>
      <w:r w:rsidRPr="00334770">
        <w:rPr>
          <w:b/>
          <w:sz w:val="24"/>
          <w:szCs w:val="24"/>
        </w:rPr>
        <w:t>KIRIKKALE MESLEKİ VE TEKNİK ANADOLU LİSESİ</w:t>
      </w:r>
    </w:p>
    <w:p w14:paraId="6F594FB9" w14:textId="77777777" w:rsidR="00A54D61" w:rsidRPr="00334770" w:rsidRDefault="00A54D61" w:rsidP="00334770">
      <w:pPr>
        <w:spacing w:after="40"/>
        <w:jc w:val="center"/>
        <w:rPr>
          <w:sz w:val="24"/>
          <w:szCs w:val="24"/>
        </w:rPr>
      </w:pPr>
      <w:r w:rsidRPr="00334770">
        <w:rPr>
          <w:b/>
          <w:sz w:val="24"/>
          <w:szCs w:val="24"/>
        </w:rPr>
        <w:t>2026/2027 EĞİTİM ÖĞRETİM YILI OTOMOTİV TEKNOLOJİLERİ ALANI</w:t>
      </w:r>
    </w:p>
    <w:p w14:paraId="53502B0E" w14:textId="72135549" w:rsidR="00AE7FC0" w:rsidRDefault="00A54D61" w:rsidP="00334770">
      <w:pPr>
        <w:spacing w:after="40"/>
        <w:jc w:val="center"/>
        <w:rPr>
          <w:b/>
          <w:sz w:val="24"/>
          <w:szCs w:val="24"/>
        </w:rPr>
      </w:pPr>
      <w:r w:rsidRPr="00334770">
        <w:rPr>
          <w:b/>
          <w:sz w:val="24"/>
          <w:szCs w:val="24"/>
        </w:rPr>
        <w:t>TEMEL OTOMOTİV TEKNOLOJİSİ DERSİ</w:t>
      </w:r>
      <w:r w:rsidR="00334770" w:rsidRPr="00334770">
        <w:rPr>
          <w:b/>
          <w:sz w:val="24"/>
          <w:szCs w:val="24"/>
        </w:rPr>
        <w:t xml:space="preserve"> </w:t>
      </w:r>
      <w:r w:rsidR="00000000" w:rsidRPr="00334770">
        <w:rPr>
          <w:b/>
          <w:sz w:val="24"/>
          <w:szCs w:val="24"/>
        </w:rPr>
        <w:t>1. DÖNEM 2. YAZILI SINAVI</w:t>
      </w:r>
    </w:p>
    <w:p w14:paraId="4AF85167" w14:textId="77777777" w:rsidR="00334770" w:rsidRPr="00334770" w:rsidRDefault="00334770" w:rsidP="00334770">
      <w:pPr>
        <w:spacing w:after="40"/>
        <w:jc w:val="center"/>
        <w:rPr>
          <w:sz w:val="24"/>
          <w:szCs w:val="24"/>
        </w:rPr>
      </w:pPr>
    </w:p>
    <w:p w14:paraId="45908AA8" w14:textId="4238213D" w:rsidR="00AE7FC0" w:rsidRDefault="00000000">
      <w:pPr>
        <w:spacing w:after="100" w:line="240" w:lineRule="auto"/>
      </w:pPr>
      <w:proofErr w:type="spellStart"/>
      <w:r>
        <w:rPr>
          <w:sz w:val="20"/>
        </w:rPr>
        <w:t>Adı</w:t>
      </w:r>
      <w:proofErr w:type="spellEnd"/>
      <w:r>
        <w:rPr>
          <w:sz w:val="20"/>
        </w:rPr>
        <w:t xml:space="preserve"> Soyadı: ....................................................    </w:t>
      </w:r>
      <w:r w:rsidR="00764DAF">
        <w:rPr>
          <w:sz w:val="20"/>
        </w:rPr>
        <w:tab/>
      </w:r>
      <w:proofErr w:type="spellStart"/>
      <w:r>
        <w:rPr>
          <w:sz w:val="20"/>
        </w:rPr>
        <w:t>Sınıfı</w:t>
      </w:r>
      <w:proofErr w:type="spellEnd"/>
      <w:r>
        <w:rPr>
          <w:sz w:val="20"/>
        </w:rPr>
        <w:t xml:space="preserve">/No: ..................    </w:t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proofErr w:type="spellStart"/>
      <w:r>
        <w:rPr>
          <w:sz w:val="20"/>
        </w:rPr>
        <w:t>Aldığı</w:t>
      </w:r>
      <w:proofErr w:type="spellEnd"/>
      <w:r>
        <w:rPr>
          <w:sz w:val="20"/>
        </w:rPr>
        <w:t xml:space="preserve"> Not: ............</w:t>
      </w:r>
    </w:p>
    <w:p w14:paraId="55242F50" w14:textId="77777777" w:rsidR="00AE7FC0" w:rsidRDefault="00000000">
      <w:pPr>
        <w:spacing w:after="80" w:line="240" w:lineRule="auto"/>
        <w:jc w:val="center"/>
      </w:pPr>
      <w:r>
        <w:rPr>
          <w:b/>
        </w:rPr>
        <w:t>SORULAR</w:t>
      </w:r>
    </w:p>
    <w:p w14:paraId="6837F98F" w14:textId="686B2E96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1.</w:t>
      </w:r>
      <w:r>
        <w:rPr>
          <w:bCs/>
        </w:rPr>
        <w:t xml:space="preserve"> (</w:t>
      </w:r>
      <w:r w:rsidR="0087475F">
        <w:rPr>
          <w:bCs/>
        </w:rPr>
        <w:t>10</w:t>
      </w:r>
      <w:r>
        <w:rPr>
          <w:bCs/>
        </w:rPr>
        <w:t xml:space="preserve"> </w:t>
      </w:r>
      <w:proofErr w:type="spellStart"/>
      <w:r>
        <w:rPr>
          <w:bCs/>
        </w:rPr>
        <w:t>puan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Markalama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nedir</w:t>
      </w:r>
      <w:proofErr w:type="spellEnd"/>
      <w:r>
        <w:rPr>
          <w:bCs/>
        </w:rPr>
        <w:t xml:space="preserve">? </w:t>
      </w:r>
      <w:proofErr w:type="spellStart"/>
      <w:r>
        <w:rPr>
          <w:bCs/>
        </w:rPr>
        <w:t>Markalamada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kullanılan</w:t>
      </w:r>
      <w:proofErr w:type="spellEnd"/>
      <w:r>
        <w:rPr>
          <w:bCs/>
        </w:rPr>
        <w:t xml:space="preserve"> </w:t>
      </w:r>
      <w:proofErr w:type="spellStart"/>
      <w:r w:rsidR="0087475F" w:rsidRPr="0087475F">
        <w:rPr>
          <w:b/>
          <w:u w:val="single"/>
        </w:rPr>
        <w:t>beş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alet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yazınız</w:t>
      </w:r>
      <w:proofErr w:type="spellEnd"/>
      <w:r>
        <w:rPr>
          <w:bCs/>
        </w:rPr>
        <w:t>.</w:t>
      </w:r>
    </w:p>
    <w:p w14:paraId="2DC18980" w14:textId="614D43D5" w:rsidR="00764DAF" w:rsidRPr="00A54D61" w:rsidRDefault="00000000" w:rsidP="00A54D61">
      <w:pPr>
        <w:spacing w:after="60" w:line="360" w:lineRule="auto"/>
      </w:pPr>
      <w:r>
        <w:rPr>
          <w:b/>
        </w:rPr>
        <w:t>2.</w:t>
      </w:r>
      <w:r>
        <w:rPr>
          <w:bCs/>
        </w:rPr>
        <w:t xml:space="preserve"> (</w:t>
      </w:r>
      <w:r w:rsidR="0087475F">
        <w:rPr>
          <w:bCs/>
        </w:rPr>
        <w:t>9</w:t>
      </w:r>
      <w:r>
        <w:rPr>
          <w:bCs/>
        </w:rPr>
        <w:t xml:space="preserve"> </w:t>
      </w:r>
      <w:proofErr w:type="spellStart"/>
      <w:r>
        <w:rPr>
          <w:bCs/>
        </w:rPr>
        <w:t>puan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Eğeleri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diş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sıklığına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göre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üç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çeşide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ayırarak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yazınız</w:t>
      </w:r>
      <w:proofErr w:type="spellEnd"/>
      <w:r>
        <w:rPr>
          <w:bCs/>
        </w:rPr>
        <w:t>.</w:t>
      </w:r>
    </w:p>
    <w:p w14:paraId="2666A32E" w14:textId="20582921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3.</w:t>
      </w:r>
      <w:r>
        <w:rPr>
          <w:bCs/>
        </w:rPr>
        <w:t xml:space="preserve"> (8 </w:t>
      </w:r>
      <w:proofErr w:type="spellStart"/>
      <w:r>
        <w:rPr>
          <w:bCs/>
        </w:rPr>
        <w:t>puan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İş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parçasını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mengeneye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bağlarken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dikkat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edilecek</w:t>
      </w:r>
      <w:proofErr w:type="spellEnd"/>
      <w:r>
        <w:rPr>
          <w:bCs/>
        </w:rPr>
        <w:t xml:space="preserve"> </w:t>
      </w:r>
      <w:proofErr w:type="spellStart"/>
      <w:r w:rsidRPr="0087475F">
        <w:rPr>
          <w:b/>
          <w:u w:val="single"/>
        </w:rPr>
        <w:t>dört</w:t>
      </w:r>
      <w:proofErr w:type="spellEnd"/>
      <w:r w:rsidRPr="0087475F">
        <w:rPr>
          <w:b/>
          <w:u w:val="single"/>
        </w:rPr>
        <w:t xml:space="preserve"> </w:t>
      </w:r>
      <w:proofErr w:type="spellStart"/>
      <w:r w:rsidRPr="0087475F">
        <w:rPr>
          <w:b/>
          <w:u w:val="single"/>
        </w:rPr>
        <w:t>hususu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yazınız</w:t>
      </w:r>
      <w:proofErr w:type="spellEnd"/>
      <w:r>
        <w:rPr>
          <w:bCs/>
        </w:rPr>
        <w:t>.</w:t>
      </w:r>
    </w:p>
    <w:p w14:paraId="4A8ED9FA" w14:textId="77777777" w:rsidR="00AE7FC0" w:rsidRPr="00A54D61" w:rsidRDefault="00000000" w:rsidP="00A54D61">
      <w:pPr>
        <w:spacing w:after="20" w:line="360" w:lineRule="auto"/>
      </w:pPr>
      <w:r>
        <w:rPr>
          <w:b/>
        </w:rPr>
        <w:t>4.</w:t>
      </w:r>
      <w:r>
        <w:rPr>
          <w:bCs/>
        </w:rPr>
        <w:t xml:space="preserve"> (8 </w:t>
      </w:r>
      <w:proofErr w:type="spellStart"/>
      <w:r>
        <w:rPr>
          <w:bCs/>
        </w:rPr>
        <w:t>puan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Üst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ölü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nokta</w:t>
      </w:r>
      <w:proofErr w:type="spellEnd"/>
      <w:r>
        <w:rPr>
          <w:bCs/>
        </w:rPr>
        <w:t xml:space="preserve"> (ÜÖN), alt </w:t>
      </w:r>
      <w:proofErr w:type="spellStart"/>
      <w:r>
        <w:rPr>
          <w:bCs/>
        </w:rPr>
        <w:t>ölü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nokta</w:t>
      </w:r>
      <w:proofErr w:type="spellEnd"/>
      <w:r>
        <w:rPr>
          <w:bCs/>
        </w:rPr>
        <w:t xml:space="preserve"> (AÖN), </w:t>
      </w:r>
      <w:proofErr w:type="spellStart"/>
      <w:r>
        <w:rPr>
          <w:bCs/>
        </w:rPr>
        <w:t>kurs</w:t>
      </w:r>
      <w:proofErr w:type="spellEnd"/>
      <w:r>
        <w:rPr>
          <w:bCs/>
        </w:rPr>
        <w:t xml:space="preserve"> (</w:t>
      </w:r>
      <w:proofErr w:type="spellStart"/>
      <w:r>
        <w:rPr>
          <w:bCs/>
        </w:rPr>
        <w:t>strok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ve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silindir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hacmi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terimlerini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tanımlayınız</w:t>
      </w:r>
      <w:proofErr w:type="spellEnd"/>
      <w:r>
        <w:rPr>
          <w:bCs/>
        </w:rPr>
        <w:t>.</w:t>
      </w:r>
    </w:p>
    <w:p w14:paraId="5B5739D1" w14:textId="48641E54" w:rsidR="00AE7FC0" w:rsidRPr="00A54D61" w:rsidRDefault="00000000" w:rsidP="00A54D61">
      <w:pPr>
        <w:spacing w:after="20" w:line="360" w:lineRule="auto"/>
      </w:pPr>
      <w:r>
        <w:rPr>
          <w:b/>
        </w:rPr>
        <w:t>5.</w:t>
      </w:r>
      <w:r>
        <w:rPr>
          <w:bCs/>
        </w:rPr>
        <w:t xml:space="preserve"> (10 </w:t>
      </w:r>
      <w:proofErr w:type="spellStart"/>
      <w:r>
        <w:rPr>
          <w:bCs/>
        </w:rPr>
        <w:t>puan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Matkap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tezgâhında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delik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delerken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dikkat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edilecek</w:t>
      </w:r>
      <w:proofErr w:type="spellEnd"/>
      <w:r>
        <w:rPr>
          <w:bCs/>
        </w:rPr>
        <w:t xml:space="preserve"> </w:t>
      </w:r>
      <w:proofErr w:type="spellStart"/>
      <w:r w:rsidR="0087475F" w:rsidRPr="0087475F">
        <w:rPr>
          <w:b/>
          <w:u w:val="single"/>
        </w:rPr>
        <w:t>iki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kuralı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yazınız</w:t>
      </w:r>
      <w:proofErr w:type="spellEnd"/>
      <w:r>
        <w:rPr>
          <w:bCs/>
        </w:rPr>
        <w:t>.</w:t>
      </w:r>
    </w:p>
    <w:p w14:paraId="2CC0EA06" w14:textId="30EFD3CD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6.</w:t>
      </w:r>
      <w:r>
        <w:rPr>
          <w:bCs/>
        </w:rPr>
        <w:t xml:space="preserve"> (10 </w:t>
      </w:r>
      <w:proofErr w:type="spellStart"/>
      <w:r>
        <w:rPr>
          <w:bCs/>
        </w:rPr>
        <w:t>puan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Dört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zamanlı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bir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motorun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zamanlarını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sırasıyla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yazınız</w:t>
      </w:r>
      <w:proofErr w:type="spellEnd"/>
      <w:r>
        <w:rPr>
          <w:bCs/>
        </w:rPr>
        <w:t>.</w:t>
      </w:r>
    </w:p>
    <w:p w14:paraId="1BB85A2D" w14:textId="01EA93F6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7.</w:t>
      </w:r>
      <w:r>
        <w:rPr>
          <w:bCs/>
        </w:rPr>
        <w:t xml:space="preserve"> (</w:t>
      </w:r>
      <w:r w:rsidR="0087475F">
        <w:rPr>
          <w:bCs/>
        </w:rPr>
        <w:t>20</w:t>
      </w:r>
      <w:r>
        <w:rPr>
          <w:bCs/>
        </w:rPr>
        <w:t xml:space="preserve"> </w:t>
      </w:r>
      <w:proofErr w:type="spellStart"/>
      <w:r>
        <w:rPr>
          <w:bCs/>
        </w:rPr>
        <w:t>puan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Kılavuz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ile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pafta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arasındaki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farkı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yazınız</w:t>
      </w:r>
      <w:proofErr w:type="spellEnd"/>
      <w:r>
        <w:rPr>
          <w:bCs/>
        </w:rPr>
        <w:t xml:space="preserve">. </w:t>
      </w:r>
      <w:proofErr w:type="spellStart"/>
      <w:r>
        <w:rPr>
          <w:bCs/>
        </w:rPr>
        <w:t>Kılavuz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seti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kaç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parçadan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oluşur</w:t>
      </w:r>
      <w:proofErr w:type="spellEnd"/>
      <w:r>
        <w:rPr>
          <w:bCs/>
        </w:rPr>
        <w:t>?</w:t>
      </w:r>
    </w:p>
    <w:p w14:paraId="5C9FB45E" w14:textId="0860229D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8.</w:t>
      </w:r>
      <w:r>
        <w:rPr>
          <w:bCs/>
        </w:rPr>
        <w:t xml:space="preserve"> (1</w:t>
      </w:r>
      <w:r w:rsidR="0087475F">
        <w:rPr>
          <w:bCs/>
        </w:rPr>
        <w:t>0</w:t>
      </w:r>
      <w:r>
        <w:rPr>
          <w:bCs/>
        </w:rPr>
        <w:t xml:space="preserve"> </w:t>
      </w:r>
      <w:proofErr w:type="spellStart"/>
      <w:r>
        <w:rPr>
          <w:bCs/>
        </w:rPr>
        <w:t>puan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Cıvata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somunları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sökerken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takarken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dikkat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edilecek</w:t>
      </w:r>
      <w:proofErr w:type="spellEnd"/>
      <w:r>
        <w:rPr>
          <w:bCs/>
        </w:rPr>
        <w:t xml:space="preserve"> </w:t>
      </w:r>
      <w:r w:rsidR="0087475F" w:rsidRPr="0087475F">
        <w:rPr>
          <w:b/>
          <w:u w:val="single"/>
        </w:rPr>
        <w:t>2</w:t>
      </w:r>
      <w:r w:rsidRPr="0087475F">
        <w:rPr>
          <w:b/>
          <w:u w:val="single"/>
        </w:rPr>
        <w:t xml:space="preserve"> </w:t>
      </w:r>
      <w:proofErr w:type="spellStart"/>
      <w:r w:rsidRPr="0087475F">
        <w:rPr>
          <w:b/>
          <w:u w:val="single"/>
        </w:rPr>
        <w:t>hususu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yazınız</w:t>
      </w:r>
      <w:proofErr w:type="spellEnd"/>
      <w:r>
        <w:rPr>
          <w:bCs/>
        </w:rPr>
        <w:t>.</w:t>
      </w:r>
    </w:p>
    <w:p w14:paraId="648F369C" w14:textId="1E1A68AA" w:rsidR="00AE7FC0" w:rsidRPr="00A54D61" w:rsidRDefault="00000000" w:rsidP="00A54D61">
      <w:pPr>
        <w:spacing w:after="20" w:line="360" w:lineRule="auto"/>
      </w:pPr>
      <w:r>
        <w:rPr>
          <w:b/>
        </w:rPr>
        <w:t>9.</w:t>
      </w:r>
      <w:r>
        <w:rPr>
          <w:bCs/>
        </w:rPr>
        <w:t xml:space="preserve"> (15 </w:t>
      </w:r>
      <w:proofErr w:type="spellStart"/>
      <w:r>
        <w:rPr>
          <w:bCs/>
        </w:rPr>
        <w:t>puan</w:t>
      </w:r>
      <w:proofErr w:type="spellEnd"/>
      <w:r>
        <w:rPr>
          <w:bCs/>
        </w:rPr>
        <w:t xml:space="preserve">) El </w:t>
      </w:r>
      <w:proofErr w:type="spellStart"/>
      <w:r>
        <w:rPr>
          <w:bCs/>
        </w:rPr>
        <w:t>taşlama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makinesi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ile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çalışırken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dikkat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edilecek</w:t>
      </w:r>
      <w:proofErr w:type="spellEnd"/>
      <w:r>
        <w:rPr>
          <w:bCs/>
        </w:rPr>
        <w:t xml:space="preserve"> </w:t>
      </w:r>
      <w:proofErr w:type="spellStart"/>
      <w:r w:rsidRPr="0087475F">
        <w:rPr>
          <w:b/>
          <w:u w:val="single"/>
        </w:rPr>
        <w:t>beş</w:t>
      </w:r>
      <w:proofErr w:type="spellEnd"/>
      <w:r w:rsidRPr="0087475F">
        <w:rPr>
          <w:b/>
          <w:u w:val="single"/>
        </w:rPr>
        <w:t xml:space="preserve"> </w:t>
      </w:r>
      <w:proofErr w:type="spellStart"/>
      <w:r w:rsidRPr="0087475F">
        <w:rPr>
          <w:b/>
          <w:u w:val="single"/>
        </w:rPr>
        <w:t>hususu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yazınız</w:t>
      </w:r>
      <w:proofErr w:type="spellEnd"/>
      <w:r>
        <w:rPr>
          <w:bCs/>
        </w:rPr>
        <w:t>.</w:t>
      </w:r>
    </w:p>
    <w:p w14:paraId="560F709B" w14:textId="77777777" w:rsidR="00764DAF" w:rsidRDefault="00764DAF">
      <w:pPr>
        <w:spacing w:after="20" w:line="240" w:lineRule="auto"/>
      </w:pPr>
    </w:p>
    <w:p w14:paraId="6559AF34" w14:textId="77777777" w:rsidR="00AE7FC0" w:rsidRDefault="00000000" w:rsidP="00764DAF">
      <w:pPr>
        <w:spacing w:after="60" w:line="240" w:lineRule="auto"/>
        <w:ind w:left="4320" w:firstLine="720"/>
        <w:jc w:val="center"/>
      </w:pPr>
      <w:proofErr w:type="spellStart"/>
      <w:r>
        <w:rPr>
          <w:sz w:val="20"/>
        </w:rPr>
        <w:t>Başarılar</w:t>
      </w:r>
      <w:proofErr w:type="spellEnd"/>
    </w:p>
    <w:p w14:paraId="3CA353D4" w14:textId="501BE177" w:rsidR="00AE7FC0" w:rsidRDefault="00000000">
      <w:pPr>
        <w:spacing w:line="240" w:lineRule="auto"/>
      </w:pPr>
      <w:proofErr w:type="spellStart"/>
      <w:r w:rsidRPr="00A54D61">
        <w:rPr>
          <w:b/>
          <w:bCs/>
          <w:sz w:val="20"/>
          <w:u w:val="single"/>
        </w:rPr>
        <w:t>Süre</w:t>
      </w:r>
      <w:proofErr w:type="spellEnd"/>
      <w:r w:rsidRPr="00A54D61">
        <w:rPr>
          <w:b/>
          <w:bCs/>
          <w:sz w:val="20"/>
          <w:u w:val="single"/>
        </w:rPr>
        <w:t>:</w:t>
      </w:r>
      <w:r>
        <w:rPr>
          <w:sz w:val="20"/>
        </w:rPr>
        <w:t xml:space="preserve"> 40 Dk                              </w:t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r>
        <w:rPr>
          <w:sz w:val="20"/>
        </w:rPr>
        <w:t xml:space="preserve">Mot. </w:t>
      </w:r>
      <w:proofErr w:type="spellStart"/>
      <w:r>
        <w:rPr>
          <w:sz w:val="20"/>
        </w:rPr>
        <w:t>Araç</w:t>
      </w:r>
      <w:proofErr w:type="spellEnd"/>
      <w:r>
        <w:rPr>
          <w:sz w:val="20"/>
        </w:rPr>
        <w:t xml:space="preserve">. </w:t>
      </w:r>
      <w:proofErr w:type="spellStart"/>
      <w:r>
        <w:rPr>
          <w:sz w:val="20"/>
        </w:rPr>
        <w:t>Tekn</w:t>
      </w:r>
      <w:proofErr w:type="spellEnd"/>
      <w:r>
        <w:rPr>
          <w:sz w:val="20"/>
        </w:rPr>
        <w:t xml:space="preserve">. </w:t>
      </w:r>
      <w:proofErr w:type="spellStart"/>
      <w:r>
        <w:rPr>
          <w:sz w:val="20"/>
        </w:rPr>
        <w:t>Öğrt</w:t>
      </w:r>
      <w:proofErr w:type="spellEnd"/>
      <w:r>
        <w:rPr>
          <w:sz w:val="20"/>
        </w:rPr>
        <w:t>. Abdullah YANIK</w:t>
      </w:r>
    </w:p>
    <w:p w14:paraId="60D3C21B" w14:textId="77777777" w:rsidR="00AE7FC0" w:rsidRDefault="00000000">
      <w:r>
        <w:br w:type="page"/>
      </w:r>
    </w:p>
    <w:p w14:paraId="36CA7AB3" w14:textId="4CFF810D" w:rsidR="00AE7FC0" w:rsidRPr="0087475F" w:rsidRDefault="003E1559" w:rsidP="00334770">
      <w:pPr>
        <w:spacing w:after="40"/>
        <w:jc w:val="center"/>
        <w:rPr>
          <w:sz w:val="24"/>
          <w:szCs w:val="24"/>
        </w:rPr>
      </w:pPr>
      <w:r w:rsidRPr="0087475F">
        <w:rPr>
          <w:b/>
          <w:sz w:val="24"/>
          <w:szCs w:val="24"/>
        </w:rPr>
        <w:lastRenderedPageBreak/>
        <w:t>KIRIKKALE MESLEKİ VE TEKNİK ANADOLU LİSESİ</w:t>
      </w:r>
    </w:p>
    <w:p w14:paraId="10D1E64B" w14:textId="58447EAA" w:rsidR="00AE7FC0" w:rsidRPr="0087475F" w:rsidRDefault="00000000" w:rsidP="00334770">
      <w:pPr>
        <w:spacing w:after="40"/>
        <w:jc w:val="center"/>
        <w:rPr>
          <w:sz w:val="24"/>
          <w:szCs w:val="24"/>
        </w:rPr>
      </w:pPr>
      <w:r w:rsidRPr="0087475F">
        <w:rPr>
          <w:b/>
          <w:sz w:val="24"/>
          <w:szCs w:val="24"/>
        </w:rPr>
        <w:t xml:space="preserve">2026/2027 EĞİTİM ÖĞRETİM YILI </w:t>
      </w:r>
      <w:r w:rsidR="003E1559" w:rsidRPr="0087475F">
        <w:rPr>
          <w:b/>
          <w:sz w:val="24"/>
          <w:szCs w:val="24"/>
        </w:rPr>
        <w:t>OTOMOTİV</w:t>
      </w:r>
      <w:r w:rsidRPr="0087475F">
        <w:rPr>
          <w:b/>
          <w:sz w:val="24"/>
          <w:szCs w:val="24"/>
        </w:rPr>
        <w:t xml:space="preserve"> TEKNOLOJİ</w:t>
      </w:r>
      <w:r w:rsidR="003E1559" w:rsidRPr="0087475F">
        <w:rPr>
          <w:b/>
          <w:sz w:val="24"/>
          <w:szCs w:val="24"/>
        </w:rPr>
        <w:t>LERİ</w:t>
      </w:r>
      <w:r w:rsidRPr="0087475F">
        <w:rPr>
          <w:b/>
          <w:sz w:val="24"/>
          <w:szCs w:val="24"/>
        </w:rPr>
        <w:t xml:space="preserve"> ALANI</w:t>
      </w:r>
    </w:p>
    <w:p w14:paraId="4749E30A" w14:textId="1C303A39" w:rsidR="00AE7FC0" w:rsidRPr="0087475F" w:rsidRDefault="00000000" w:rsidP="00334770">
      <w:pPr>
        <w:spacing w:after="40"/>
        <w:jc w:val="center"/>
        <w:rPr>
          <w:sz w:val="24"/>
          <w:szCs w:val="24"/>
        </w:rPr>
      </w:pPr>
      <w:r w:rsidRPr="0087475F">
        <w:rPr>
          <w:b/>
          <w:sz w:val="24"/>
          <w:szCs w:val="24"/>
        </w:rPr>
        <w:t>TEMEL OTOMOTİV TEKNOLOJİSİ DERSİ</w:t>
      </w:r>
      <w:r w:rsidR="00334770" w:rsidRPr="0087475F">
        <w:rPr>
          <w:b/>
          <w:sz w:val="24"/>
          <w:szCs w:val="24"/>
        </w:rPr>
        <w:t xml:space="preserve"> </w:t>
      </w:r>
      <w:r w:rsidRPr="0087475F">
        <w:rPr>
          <w:b/>
          <w:sz w:val="24"/>
          <w:szCs w:val="24"/>
        </w:rPr>
        <w:t>1. DÖNEM 2. YAZILI SINAVI –CEVAP ANAHTARI</w:t>
      </w:r>
    </w:p>
    <w:p w14:paraId="7897E36D" w14:textId="1F1E852D" w:rsidR="00AE7FC0" w:rsidRDefault="00334770">
      <w:pPr>
        <w:spacing w:after="120" w:line="240" w:lineRule="auto"/>
        <w:jc w:val="center"/>
      </w:pPr>
      <w:r>
        <w:rPr>
          <w:b/>
        </w:rPr>
        <w:t xml:space="preserve"> </w:t>
      </w:r>
    </w:p>
    <w:p w14:paraId="75FCC2E8" w14:textId="0B16AC32" w:rsidR="00AE7FC0" w:rsidRPr="00334770" w:rsidRDefault="00000000">
      <w:pPr>
        <w:spacing w:after="140" w:line="240" w:lineRule="auto"/>
      </w:pPr>
      <w:r w:rsidRPr="00334770">
        <w:rPr>
          <w:b/>
          <w:bCs/>
        </w:rPr>
        <w:t>1.</w:t>
      </w:r>
      <w:r w:rsidRPr="00334770">
        <w:t xml:space="preserve"> </w:t>
      </w:r>
      <w:proofErr w:type="spellStart"/>
      <w:r w:rsidRPr="00334770">
        <w:t>İş</w:t>
      </w:r>
      <w:proofErr w:type="spellEnd"/>
      <w:r w:rsidRPr="00334770">
        <w:t xml:space="preserve"> </w:t>
      </w:r>
      <w:proofErr w:type="spellStart"/>
      <w:r w:rsidRPr="00334770">
        <w:t>parçası</w:t>
      </w:r>
      <w:proofErr w:type="spellEnd"/>
      <w:r w:rsidRPr="00334770">
        <w:t xml:space="preserve"> </w:t>
      </w:r>
      <w:proofErr w:type="spellStart"/>
      <w:r w:rsidRPr="00334770">
        <w:t>üzerine</w:t>
      </w:r>
      <w:proofErr w:type="spellEnd"/>
      <w:r w:rsidRPr="00334770">
        <w:t xml:space="preserve"> </w:t>
      </w:r>
      <w:proofErr w:type="spellStart"/>
      <w:r w:rsidRPr="00334770">
        <w:t>işlenecek</w:t>
      </w:r>
      <w:proofErr w:type="spellEnd"/>
      <w:r w:rsidRPr="00334770">
        <w:t xml:space="preserve"> </w:t>
      </w:r>
      <w:proofErr w:type="spellStart"/>
      <w:r w:rsidRPr="00334770">
        <w:t>ölçü</w:t>
      </w:r>
      <w:proofErr w:type="spellEnd"/>
      <w:r w:rsidRPr="00334770">
        <w:t xml:space="preserve"> </w:t>
      </w:r>
      <w:proofErr w:type="spellStart"/>
      <w:r w:rsidRPr="00334770">
        <w:t>ve</w:t>
      </w:r>
      <w:proofErr w:type="spellEnd"/>
      <w:r w:rsidRPr="00334770">
        <w:t xml:space="preserve"> </w:t>
      </w:r>
      <w:proofErr w:type="spellStart"/>
      <w:r w:rsidRPr="00334770">
        <w:t>şekillerin</w:t>
      </w:r>
      <w:proofErr w:type="spellEnd"/>
      <w:r w:rsidRPr="00334770">
        <w:t xml:space="preserve"> </w:t>
      </w:r>
      <w:proofErr w:type="spellStart"/>
      <w:r w:rsidRPr="00334770">
        <w:t>çizilerek</w:t>
      </w:r>
      <w:proofErr w:type="spellEnd"/>
      <w:r w:rsidRPr="00334770">
        <w:t xml:space="preserve"> </w:t>
      </w:r>
      <w:proofErr w:type="spellStart"/>
      <w:r w:rsidRPr="00334770">
        <w:t>işaretlenmesidir</w:t>
      </w:r>
      <w:proofErr w:type="spellEnd"/>
      <w:r w:rsidRPr="00334770">
        <w:t xml:space="preserve"> (</w:t>
      </w:r>
      <w:r w:rsidR="0087475F">
        <w:t>5</w:t>
      </w:r>
      <w:r w:rsidRPr="00334770">
        <w:t xml:space="preserve"> </w:t>
      </w:r>
      <w:proofErr w:type="spellStart"/>
      <w:r w:rsidRPr="00334770">
        <w:t>puan</w:t>
      </w:r>
      <w:proofErr w:type="spellEnd"/>
      <w:r w:rsidRPr="00334770">
        <w:t xml:space="preserve">). Çizecek, </w:t>
      </w:r>
      <w:proofErr w:type="spellStart"/>
      <w:r w:rsidRPr="00334770">
        <w:t>nokta</w:t>
      </w:r>
      <w:proofErr w:type="spellEnd"/>
      <w:r w:rsidRPr="00334770">
        <w:t xml:space="preserve"> (</w:t>
      </w:r>
      <w:proofErr w:type="spellStart"/>
      <w:r w:rsidRPr="00334770">
        <w:t>punta</w:t>
      </w:r>
      <w:proofErr w:type="spellEnd"/>
      <w:r w:rsidRPr="00334770">
        <w:t xml:space="preserve">), </w:t>
      </w:r>
      <w:proofErr w:type="spellStart"/>
      <w:r w:rsidRPr="00334770">
        <w:t>pergel</w:t>
      </w:r>
      <w:proofErr w:type="spellEnd"/>
      <w:r w:rsidRPr="00334770">
        <w:t xml:space="preserve">, </w:t>
      </w:r>
      <w:proofErr w:type="spellStart"/>
      <w:r w:rsidRPr="00334770">
        <w:t>mihengir</w:t>
      </w:r>
      <w:proofErr w:type="spellEnd"/>
      <w:r w:rsidRPr="00334770">
        <w:t xml:space="preserve">, </w:t>
      </w:r>
      <w:proofErr w:type="spellStart"/>
      <w:r w:rsidRPr="00334770">
        <w:t>gönye</w:t>
      </w:r>
      <w:proofErr w:type="spellEnd"/>
      <w:r w:rsidRPr="00334770">
        <w:t xml:space="preserve">, </w:t>
      </w:r>
      <w:proofErr w:type="spellStart"/>
      <w:r w:rsidRPr="00334770">
        <w:t>cetvel</w:t>
      </w:r>
      <w:proofErr w:type="spellEnd"/>
      <w:r w:rsidRPr="00334770">
        <w:t xml:space="preserve"> (</w:t>
      </w:r>
      <w:proofErr w:type="spellStart"/>
      <w:r w:rsidRPr="00334770">
        <w:t>doğru</w:t>
      </w:r>
      <w:proofErr w:type="spellEnd"/>
      <w:r w:rsidRPr="00334770">
        <w:t xml:space="preserve"> her </w:t>
      </w:r>
      <w:proofErr w:type="spellStart"/>
      <w:r w:rsidRPr="00334770">
        <w:t>biri</w:t>
      </w:r>
      <w:proofErr w:type="spellEnd"/>
      <w:r w:rsidRPr="00334770">
        <w:t xml:space="preserve"> 1 </w:t>
      </w:r>
      <w:proofErr w:type="spellStart"/>
      <w:r w:rsidRPr="00334770">
        <w:t>puan</w:t>
      </w:r>
      <w:proofErr w:type="spellEnd"/>
      <w:r w:rsidRPr="00334770">
        <w:t>).</w:t>
      </w:r>
    </w:p>
    <w:p w14:paraId="090D66F1" w14:textId="25366889" w:rsidR="00AE7FC0" w:rsidRPr="00334770" w:rsidRDefault="00000000">
      <w:pPr>
        <w:spacing w:after="140" w:line="240" w:lineRule="auto"/>
      </w:pPr>
      <w:r w:rsidRPr="00334770">
        <w:rPr>
          <w:b/>
          <w:bCs/>
        </w:rPr>
        <w:t>2.</w:t>
      </w:r>
      <w:r w:rsidRPr="00334770">
        <w:t xml:space="preserve"> Kaba, </w:t>
      </w:r>
      <w:proofErr w:type="spellStart"/>
      <w:r w:rsidRPr="00334770">
        <w:t>orta</w:t>
      </w:r>
      <w:proofErr w:type="spellEnd"/>
      <w:r w:rsidRPr="00334770">
        <w:t xml:space="preserve">, </w:t>
      </w:r>
      <w:proofErr w:type="spellStart"/>
      <w:r w:rsidRPr="00334770">
        <w:t>ince</w:t>
      </w:r>
      <w:proofErr w:type="spellEnd"/>
      <w:r w:rsidRPr="00334770">
        <w:t xml:space="preserve">. </w:t>
      </w:r>
      <w:r w:rsidR="00334770">
        <w:t>(</w:t>
      </w:r>
      <w:r w:rsidRPr="00334770">
        <w:t xml:space="preserve">Her </w:t>
      </w:r>
      <w:proofErr w:type="spellStart"/>
      <w:r w:rsidRPr="00334770">
        <w:t>biri</w:t>
      </w:r>
      <w:proofErr w:type="spellEnd"/>
      <w:r w:rsidRPr="00334770">
        <w:t xml:space="preserve"> </w:t>
      </w:r>
      <w:r w:rsidR="0087475F">
        <w:t>3</w:t>
      </w:r>
      <w:r w:rsidRPr="00334770">
        <w:t xml:space="preserve"> </w:t>
      </w:r>
      <w:proofErr w:type="spellStart"/>
      <w:r w:rsidRPr="00334770">
        <w:t>puan</w:t>
      </w:r>
      <w:proofErr w:type="spellEnd"/>
      <w:r w:rsidR="00334770">
        <w:t>)</w:t>
      </w:r>
    </w:p>
    <w:p w14:paraId="0DD762F3" w14:textId="0E64886B" w:rsidR="00334770" w:rsidRDefault="00000000">
      <w:pPr>
        <w:spacing w:after="140" w:line="240" w:lineRule="auto"/>
      </w:pPr>
      <w:r w:rsidRPr="00334770">
        <w:rPr>
          <w:b/>
          <w:bCs/>
        </w:rPr>
        <w:t>3.</w:t>
      </w:r>
      <w:r w:rsidRPr="00334770">
        <w:t xml:space="preserve"> </w:t>
      </w:r>
      <w:proofErr w:type="spellStart"/>
      <w:r w:rsidR="00334770">
        <w:t>iş</w:t>
      </w:r>
      <w:proofErr w:type="spellEnd"/>
      <w:r w:rsidR="00334770">
        <w:t xml:space="preserve"> </w:t>
      </w:r>
      <w:proofErr w:type="spellStart"/>
      <w:r w:rsidR="00334770">
        <w:t>parçasını</w:t>
      </w:r>
      <w:proofErr w:type="spellEnd"/>
      <w:r w:rsidR="00334770">
        <w:t xml:space="preserve"> </w:t>
      </w:r>
      <w:proofErr w:type="spellStart"/>
      <w:r w:rsidR="00334770">
        <w:t>mengeneye</w:t>
      </w:r>
      <w:proofErr w:type="spellEnd"/>
      <w:r w:rsidR="00334770">
        <w:t xml:space="preserve"> </w:t>
      </w:r>
      <w:proofErr w:type="spellStart"/>
      <w:r w:rsidR="00334770">
        <w:t>bağlarken</w:t>
      </w:r>
      <w:proofErr w:type="spellEnd"/>
      <w:r w:rsidR="00334770">
        <w:t>;</w:t>
      </w:r>
      <w:r w:rsidR="00334770" w:rsidRPr="00334770">
        <w:t xml:space="preserve"> </w:t>
      </w:r>
      <w:r w:rsidR="00334770">
        <w:t>(</w:t>
      </w:r>
      <w:r w:rsidR="00334770" w:rsidRPr="00334770">
        <w:t xml:space="preserve">Doğru her </w:t>
      </w:r>
      <w:proofErr w:type="spellStart"/>
      <w:r w:rsidR="00334770" w:rsidRPr="00334770">
        <w:t>cevap</w:t>
      </w:r>
      <w:proofErr w:type="spellEnd"/>
      <w:r w:rsidR="00334770" w:rsidRPr="00334770">
        <w:t xml:space="preserve"> 2 </w:t>
      </w:r>
      <w:proofErr w:type="spellStart"/>
      <w:r w:rsidR="00334770" w:rsidRPr="00334770">
        <w:t>puan</w:t>
      </w:r>
      <w:proofErr w:type="spellEnd"/>
      <w:r w:rsidR="00334770" w:rsidRPr="00334770">
        <w:t>.</w:t>
      </w:r>
      <w:r w:rsidR="00334770">
        <w:t>)</w:t>
      </w:r>
    </w:p>
    <w:p w14:paraId="6232D163" w14:textId="1050FBC5" w:rsidR="00AE7FC0" w:rsidRPr="00334770" w:rsidRDefault="00000000" w:rsidP="00334770">
      <w:pPr>
        <w:pStyle w:val="ListeParagraf"/>
        <w:numPr>
          <w:ilvl w:val="0"/>
          <w:numId w:val="22"/>
        </w:numPr>
        <w:spacing w:after="140" w:line="240" w:lineRule="auto"/>
      </w:pPr>
      <w:proofErr w:type="spellStart"/>
      <w:r w:rsidRPr="00334770">
        <w:t>İş</w:t>
      </w:r>
      <w:proofErr w:type="spellEnd"/>
      <w:r w:rsidRPr="00334770">
        <w:t xml:space="preserve"> </w:t>
      </w:r>
      <w:proofErr w:type="spellStart"/>
      <w:r w:rsidRPr="00334770">
        <w:t>parçası</w:t>
      </w:r>
      <w:proofErr w:type="spellEnd"/>
      <w:r w:rsidRPr="00334770">
        <w:t xml:space="preserve"> </w:t>
      </w:r>
      <w:proofErr w:type="spellStart"/>
      <w:r w:rsidRPr="00334770">
        <w:t>sıkı</w:t>
      </w:r>
      <w:proofErr w:type="spellEnd"/>
      <w:r w:rsidRPr="00334770">
        <w:t xml:space="preserve"> </w:t>
      </w:r>
      <w:proofErr w:type="spellStart"/>
      <w:r w:rsidRPr="00334770">
        <w:t>ve</w:t>
      </w:r>
      <w:proofErr w:type="spellEnd"/>
      <w:r w:rsidRPr="00334770">
        <w:t xml:space="preserve"> </w:t>
      </w:r>
      <w:proofErr w:type="spellStart"/>
      <w:r w:rsidRPr="00334770">
        <w:t>dik</w:t>
      </w:r>
      <w:proofErr w:type="spellEnd"/>
      <w:r w:rsidRPr="00334770">
        <w:t xml:space="preserve"> </w:t>
      </w:r>
      <w:proofErr w:type="spellStart"/>
      <w:r w:rsidRPr="00334770">
        <w:t>bağlanmalı</w:t>
      </w:r>
      <w:proofErr w:type="spellEnd"/>
      <w:r w:rsidRPr="00334770">
        <w:t>;</w:t>
      </w:r>
    </w:p>
    <w:p w14:paraId="2CB93A59" w14:textId="77777777" w:rsidR="00764DAF" w:rsidRPr="00334770" w:rsidRDefault="00000000" w:rsidP="00334770">
      <w:pPr>
        <w:pStyle w:val="ListeParagraf"/>
        <w:numPr>
          <w:ilvl w:val="0"/>
          <w:numId w:val="22"/>
        </w:numPr>
        <w:spacing w:after="140" w:line="240" w:lineRule="auto"/>
      </w:pPr>
      <w:proofErr w:type="spellStart"/>
      <w:r w:rsidRPr="00334770">
        <w:t>çok</w:t>
      </w:r>
      <w:proofErr w:type="spellEnd"/>
      <w:r w:rsidRPr="00334770">
        <w:t xml:space="preserve"> </w:t>
      </w:r>
      <w:proofErr w:type="spellStart"/>
      <w:r w:rsidRPr="00334770">
        <w:t>dışarı</w:t>
      </w:r>
      <w:proofErr w:type="spellEnd"/>
      <w:r w:rsidRPr="00334770">
        <w:t xml:space="preserve"> </w:t>
      </w:r>
      <w:proofErr w:type="spellStart"/>
      <w:r w:rsidRPr="00334770">
        <w:t>çıkıntı</w:t>
      </w:r>
      <w:proofErr w:type="spellEnd"/>
      <w:r w:rsidRPr="00334770">
        <w:t xml:space="preserve"> </w:t>
      </w:r>
      <w:proofErr w:type="spellStart"/>
      <w:r w:rsidRPr="00334770">
        <w:t>bırakılmamalı</w:t>
      </w:r>
      <w:proofErr w:type="spellEnd"/>
      <w:r w:rsidRPr="00334770">
        <w:t>;</w:t>
      </w:r>
    </w:p>
    <w:p w14:paraId="5297B8C0" w14:textId="77777777" w:rsidR="00764DAF" w:rsidRPr="00334770" w:rsidRDefault="00000000" w:rsidP="00334770">
      <w:pPr>
        <w:pStyle w:val="ListeParagraf"/>
        <w:numPr>
          <w:ilvl w:val="0"/>
          <w:numId w:val="22"/>
        </w:numPr>
        <w:spacing w:after="140" w:line="240" w:lineRule="auto"/>
      </w:pPr>
      <w:proofErr w:type="spellStart"/>
      <w:r w:rsidRPr="00334770">
        <w:t>yüzeyi</w:t>
      </w:r>
      <w:proofErr w:type="spellEnd"/>
      <w:r w:rsidRPr="00334770">
        <w:t xml:space="preserve"> </w:t>
      </w:r>
      <w:proofErr w:type="spellStart"/>
      <w:r w:rsidRPr="00334770">
        <w:t>hassas</w:t>
      </w:r>
      <w:proofErr w:type="spellEnd"/>
      <w:r w:rsidRPr="00334770">
        <w:t xml:space="preserve"> </w:t>
      </w:r>
      <w:proofErr w:type="spellStart"/>
      <w:r w:rsidRPr="00334770">
        <w:t>parçalarda</w:t>
      </w:r>
      <w:proofErr w:type="spellEnd"/>
      <w:r w:rsidRPr="00334770">
        <w:t xml:space="preserve"> </w:t>
      </w:r>
      <w:proofErr w:type="spellStart"/>
      <w:r w:rsidRPr="00334770">
        <w:t>yumuşak</w:t>
      </w:r>
      <w:proofErr w:type="spellEnd"/>
      <w:r w:rsidRPr="00334770">
        <w:t xml:space="preserve"> (</w:t>
      </w:r>
      <w:proofErr w:type="spellStart"/>
      <w:r w:rsidRPr="00334770">
        <w:t>bakır</w:t>
      </w:r>
      <w:proofErr w:type="spellEnd"/>
      <w:r w:rsidRPr="00334770">
        <w:t>/</w:t>
      </w:r>
      <w:proofErr w:type="spellStart"/>
      <w:r w:rsidRPr="00334770">
        <w:t>alüminyum</w:t>
      </w:r>
      <w:proofErr w:type="spellEnd"/>
      <w:r w:rsidRPr="00334770">
        <w:t xml:space="preserve">) </w:t>
      </w:r>
      <w:proofErr w:type="spellStart"/>
      <w:r w:rsidRPr="00334770">
        <w:t>çene</w:t>
      </w:r>
      <w:proofErr w:type="spellEnd"/>
      <w:r w:rsidRPr="00334770">
        <w:t xml:space="preserve"> </w:t>
      </w:r>
      <w:proofErr w:type="spellStart"/>
      <w:r w:rsidRPr="00334770">
        <w:t>kullanılmalı</w:t>
      </w:r>
      <w:proofErr w:type="spellEnd"/>
      <w:r w:rsidRPr="00334770">
        <w:t>;</w:t>
      </w:r>
    </w:p>
    <w:p w14:paraId="21978C45" w14:textId="77777777" w:rsidR="00764DAF" w:rsidRPr="00334770" w:rsidRDefault="00000000" w:rsidP="00334770">
      <w:pPr>
        <w:pStyle w:val="ListeParagraf"/>
        <w:numPr>
          <w:ilvl w:val="0"/>
          <w:numId w:val="22"/>
        </w:numPr>
        <w:spacing w:after="140" w:line="240" w:lineRule="auto"/>
      </w:pPr>
      <w:proofErr w:type="spellStart"/>
      <w:r w:rsidRPr="00334770">
        <w:t>mengeneye</w:t>
      </w:r>
      <w:proofErr w:type="spellEnd"/>
      <w:r w:rsidRPr="00334770">
        <w:t xml:space="preserve"> </w:t>
      </w:r>
      <w:proofErr w:type="spellStart"/>
      <w:r w:rsidRPr="00334770">
        <w:t>çekiçle</w:t>
      </w:r>
      <w:proofErr w:type="spellEnd"/>
      <w:r w:rsidRPr="00334770">
        <w:t xml:space="preserve"> </w:t>
      </w:r>
      <w:proofErr w:type="spellStart"/>
      <w:r w:rsidRPr="00334770">
        <w:t>vurulmamalı</w:t>
      </w:r>
      <w:proofErr w:type="spellEnd"/>
      <w:r w:rsidRPr="00334770">
        <w:t>;</w:t>
      </w:r>
    </w:p>
    <w:p w14:paraId="4DED09D5" w14:textId="2169C3B8" w:rsidR="00764DAF" w:rsidRPr="00334770" w:rsidRDefault="00000000" w:rsidP="00334770">
      <w:pPr>
        <w:pStyle w:val="ListeParagraf"/>
        <w:numPr>
          <w:ilvl w:val="0"/>
          <w:numId w:val="22"/>
        </w:numPr>
        <w:spacing w:after="140" w:line="240" w:lineRule="auto"/>
      </w:pPr>
      <w:proofErr w:type="spellStart"/>
      <w:r w:rsidRPr="00334770">
        <w:t>mengene</w:t>
      </w:r>
      <w:proofErr w:type="spellEnd"/>
      <w:r w:rsidRPr="00334770">
        <w:t xml:space="preserve"> </w:t>
      </w:r>
      <w:proofErr w:type="spellStart"/>
      <w:r w:rsidRPr="00334770">
        <w:t>kolu</w:t>
      </w:r>
      <w:proofErr w:type="spellEnd"/>
      <w:r w:rsidRPr="00334770">
        <w:t xml:space="preserve"> </w:t>
      </w:r>
      <w:proofErr w:type="spellStart"/>
      <w:r w:rsidRPr="00334770">
        <w:t>uzatılmamalı</w:t>
      </w:r>
      <w:proofErr w:type="spellEnd"/>
      <w:r w:rsidRPr="00334770">
        <w:t xml:space="preserve">. </w:t>
      </w:r>
    </w:p>
    <w:p w14:paraId="6A7448D7" w14:textId="5A93296A" w:rsidR="00334770" w:rsidRDefault="00000000">
      <w:pPr>
        <w:spacing w:after="140" w:line="240" w:lineRule="auto"/>
      </w:pPr>
      <w:r w:rsidRPr="00334770">
        <w:rPr>
          <w:b/>
          <w:bCs/>
        </w:rPr>
        <w:t>4.</w:t>
      </w:r>
      <w:r w:rsidRPr="00334770">
        <w:t xml:space="preserve"> </w:t>
      </w:r>
      <w:proofErr w:type="spellStart"/>
      <w:r w:rsidR="00334770">
        <w:t>Motorculukta</w:t>
      </w:r>
      <w:proofErr w:type="spellEnd"/>
      <w:r w:rsidR="00334770">
        <w:t xml:space="preserve"> </w:t>
      </w:r>
      <w:proofErr w:type="spellStart"/>
      <w:r w:rsidR="00334770">
        <w:t>kullanılan</w:t>
      </w:r>
      <w:proofErr w:type="spellEnd"/>
      <w:r w:rsidR="00334770">
        <w:t xml:space="preserve"> </w:t>
      </w:r>
      <w:proofErr w:type="spellStart"/>
      <w:r w:rsidR="00334770">
        <w:t>terimlerden</w:t>
      </w:r>
      <w:proofErr w:type="spellEnd"/>
      <w:r w:rsidR="00334770">
        <w:t>;</w:t>
      </w:r>
      <w:r w:rsidR="00334770" w:rsidRPr="00334770">
        <w:t xml:space="preserve"> </w:t>
      </w:r>
      <w:r w:rsidR="00334770">
        <w:t>(</w:t>
      </w:r>
      <w:r w:rsidR="00334770" w:rsidRPr="00334770">
        <w:t xml:space="preserve">Her </w:t>
      </w:r>
      <w:proofErr w:type="spellStart"/>
      <w:r w:rsidR="00334770" w:rsidRPr="00334770">
        <w:t>biri</w:t>
      </w:r>
      <w:proofErr w:type="spellEnd"/>
      <w:r w:rsidR="00334770" w:rsidRPr="00334770">
        <w:t xml:space="preserve"> 2 </w:t>
      </w:r>
      <w:proofErr w:type="spellStart"/>
      <w:r w:rsidR="00334770" w:rsidRPr="00334770">
        <w:t>puan</w:t>
      </w:r>
      <w:proofErr w:type="spellEnd"/>
      <w:r w:rsidR="00334770" w:rsidRPr="00334770">
        <w:t>.</w:t>
      </w:r>
      <w:r w:rsidR="00334770">
        <w:t>)</w:t>
      </w:r>
    </w:p>
    <w:p w14:paraId="222F4035" w14:textId="3402CCB7" w:rsidR="00334770" w:rsidRPr="00334770" w:rsidRDefault="00000000" w:rsidP="00334770">
      <w:pPr>
        <w:spacing w:after="140" w:line="240" w:lineRule="auto"/>
        <w:ind w:firstLine="720"/>
      </w:pPr>
      <w:r w:rsidRPr="00334770">
        <w:rPr>
          <w:b/>
          <w:bCs/>
          <w:u w:val="single"/>
        </w:rPr>
        <w:t>ÜÖN:</w:t>
      </w:r>
      <w:r w:rsidRPr="00334770">
        <w:t xml:space="preserve"> </w:t>
      </w:r>
      <w:proofErr w:type="spellStart"/>
      <w:r w:rsidRPr="00334770">
        <w:t>pistonun</w:t>
      </w:r>
      <w:proofErr w:type="spellEnd"/>
      <w:r w:rsidRPr="00334770">
        <w:t xml:space="preserve"> </w:t>
      </w:r>
      <w:proofErr w:type="spellStart"/>
      <w:r w:rsidRPr="00334770">
        <w:t>silindir</w:t>
      </w:r>
      <w:proofErr w:type="spellEnd"/>
      <w:r w:rsidRPr="00334770">
        <w:t xml:space="preserve"> </w:t>
      </w:r>
      <w:proofErr w:type="spellStart"/>
      <w:r w:rsidRPr="00334770">
        <w:t>içinde</w:t>
      </w:r>
      <w:proofErr w:type="spellEnd"/>
      <w:r w:rsidRPr="00334770">
        <w:t xml:space="preserve"> </w:t>
      </w:r>
      <w:proofErr w:type="spellStart"/>
      <w:r w:rsidRPr="00334770">
        <w:t>çıkabildiği</w:t>
      </w:r>
      <w:proofErr w:type="spellEnd"/>
      <w:r w:rsidRPr="00334770">
        <w:t xml:space="preserve"> </w:t>
      </w:r>
      <w:proofErr w:type="spellStart"/>
      <w:r w:rsidRPr="00334770">
        <w:t>en</w:t>
      </w:r>
      <w:proofErr w:type="spellEnd"/>
      <w:r w:rsidRPr="00334770">
        <w:t xml:space="preserve"> </w:t>
      </w:r>
      <w:proofErr w:type="spellStart"/>
      <w:r w:rsidRPr="00334770">
        <w:t>üst</w:t>
      </w:r>
      <w:proofErr w:type="spellEnd"/>
      <w:r w:rsidRPr="00334770">
        <w:t xml:space="preserve"> </w:t>
      </w:r>
      <w:proofErr w:type="spellStart"/>
      <w:r w:rsidRPr="00334770">
        <w:t>nokta</w:t>
      </w:r>
      <w:proofErr w:type="spellEnd"/>
      <w:r w:rsidRPr="00334770">
        <w:t xml:space="preserve">. </w:t>
      </w:r>
    </w:p>
    <w:p w14:paraId="2595F499" w14:textId="77777777" w:rsidR="00334770" w:rsidRPr="00334770" w:rsidRDefault="00000000" w:rsidP="00334770">
      <w:pPr>
        <w:spacing w:after="140" w:line="240" w:lineRule="auto"/>
        <w:ind w:firstLine="720"/>
      </w:pPr>
      <w:r w:rsidRPr="00334770">
        <w:rPr>
          <w:b/>
          <w:bCs/>
          <w:u w:val="single"/>
        </w:rPr>
        <w:t>AÖN:</w:t>
      </w:r>
      <w:r w:rsidRPr="00334770">
        <w:t xml:space="preserve"> </w:t>
      </w:r>
      <w:proofErr w:type="spellStart"/>
      <w:r w:rsidRPr="00334770">
        <w:t>pistonun</w:t>
      </w:r>
      <w:proofErr w:type="spellEnd"/>
      <w:r w:rsidRPr="00334770">
        <w:t xml:space="preserve"> </w:t>
      </w:r>
      <w:proofErr w:type="spellStart"/>
      <w:r w:rsidRPr="00334770">
        <w:t>inebildiği</w:t>
      </w:r>
      <w:proofErr w:type="spellEnd"/>
      <w:r w:rsidRPr="00334770">
        <w:t xml:space="preserve"> </w:t>
      </w:r>
      <w:proofErr w:type="spellStart"/>
      <w:r w:rsidRPr="00334770">
        <w:t>en</w:t>
      </w:r>
      <w:proofErr w:type="spellEnd"/>
      <w:r w:rsidRPr="00334770">
        <w:t xml:space="preserve"> alt </w:t>
      </w:r>
      <w:proofErr w:type="spellStart"/>
      <w:r w:rsidRPr="00334770">
        <w:t>nokta</w:t>
      </w:r>
      <w:proofErr w:type="spellEnd"/>
      <w:r w:rsidRPr="00334770">
        <w:t xml:space="preserve">. </w:t>
      </w:r>
    </w:p>
    <w:p w14:paraId="09A6A9FF" w14:textId="77777777" w:rsidR="00334770" w:rsidRPr="00334770" w:rsidRDefault="00000000" w:rsidP="00334770">
      <w:pPr>
        <w:spacing w:after="140" w:line="240" w:lineRule="auto"/>
        <w:ind w:firstLine="720"/>
      </w:pPr>
      <w:r w:rsidRPr="00334770">
        <w:rPr>
          <w:b/>
          <w:bCs/>
          <w:u w:val="single"/>
        </w:rPr>
        <w:t>Kurs:</w:t>
      </w:r>
      <w:r w:rsidRPr="00334770">
        <w:t xml:space="preserve"> ÜÖN </w:t>
      </w:r>
      <w:proofErr w:type="spellStart"/>
      <w:r w:rsidRPr="00334770">
        <w:t>ile</w:t>
      </w:r>
      <w:proofErr w:type="spellEnd"/>
      <w:r w:rsidRPr="00334770">
        <w:t xml:space="preserve"> AÖN </w:t>
      </w:r>
      <w:proofErr w:type="spellStart"/>
      <w:r w:rsidRPr="00334770">
        <w:t>arasındaki</w:t>
      </w:r>
      <w:proofErr w:type="spellEnd"/>
      <w:r w:rsidRPr="00334770">
        <w:t xml:space="preserve"> </w:t>
      </w:r>
      <w:proofErr w:type="spellStart"/>
      <w:r w:rsidRPr="00334770">
        <w:t>mesafe</w:t>
      </w:r>
      <w:proofErr w:type="spellEnd"/>
      <w:r w:rsidRPr="00334770">
        <w:t xml:space="preserve">. </w:t>
      </w:r>
    </w:p>
    <w:p w14:paraId="199F1742" w14:textId="74D7E285" w:rsidR="00AE7FC0" w:rsidRPr="00334770" w:rsidRDefault="00000000" w:rsidP="00334770">
      <w:pPr>
        <w:spacing w:after="140" w:line="240" w:lineRule="auto"/>
        <w:ind w:firstLine="720"/>
      </w:pPr>
      <w:proofErr w:type="spellStart"/>
      <w:r w:rsidRPr="00334770">
        <w:rPr>
          <w:b/>
          <w:bCs/>
          <w:u w:val="single"/>
        </w:rPr>
        <w:t>Silindir</w:t>
      </w:r>
      <w:proofErr w:type="spellEnd"/>
      <w:r w:rsidRPr="00334770">
        <w:rPr>
          <w:b/>
          <w:bCs/>
          <w:u w:val="single"/>
        </w:rPr>
        <w:t xml:space="preserve"> </w:t>
      </w:r>
      <w:proofErr w:type="spellStart"/>
      <w:r w:rsidRPr="00334770">
        <w:rPr>
          <w:b/>
          <w:bCs/>
          <w:u w:val="single"/>
        </w:rPr>
        <w:t>hacmi</w:t>
      </w:r>
      <w:proofErr w:type="spellEnd"/>
      <w:r w:rsidRPr="00334770">
        <w:rPr>
          <w:b/>
          <w:bCs/>
          <w:u w:val="single"/>
        </w:rPr>
        <w:t>:</w:t>
      </w:r>
      <w:r w:rsidRPr="00334770">
        <w:t xml:space="preserve"> </w:t>
      </w:r>
      <w:proofErr w:type="spellStart"/>
      <w:r w:rsidRPr="00334770">
        <w:t>pistonun</w:t>
      </w:r>
      <w:proofErr w:type="spellEnd"/>
      <w:r w:rsidRPr="00334770">
        <w:t xml:space="preserve"> ÜÖN </w:t>
      </w:r>
      <w:proofErr w:type="spellStart"/>
      <w:r w:rsidRPr="00334770">
        <w:t>ile</w:t>
      </w:r>
      <w:proofErr w:type="spellEnd"/>
      <w:r w:rsidRPr="00334770">
        <w:t xml:space="preserve"> AÖN </w:t>
      </w:r>
      <w:proofErr w:type="spellStart"/>
      <w:r w:rsidRPr="00334770">
        <w:t>arasında</w:t>
      </w:r>
      <w:proofErr w:type="spellEnd"/>
      <w:r w:rsidRPr="00334770">
        <w:t xml:space="preserve"> </w:t>
      </w:r>
      <w:proofErr w:type="spellStart"/>
      <w:r w:rsidRPr="00334770">
        <w:t>taradığı</w:t>
      </w:r>
      <w:proofErr w:type="spellEnd"/>
      <w:r w:rsidRPr="00334770">
        <w:t xml:space="preserve"> </w:t>
      </w:r>
      <w:proofErr w:type="spellStart"/>
      <w:r w:rsidRPr="00334770">
        <w:t>hacim</w:t>
      </w:r>
      <w:proofErr w:type="spellEnd"/>
      <w:r w:rsidRPr="00334770">
        <w:t xml:space="preserve"> (</w:t>
      </w:r>
      <w:proofErr w:type="spellStart"/>
      <w:r w:rsidRPr="00334770">
        <w:t>strok</w:t>
      </w:r>
      <w:proofErr w:type="spellEnd"/>
      <w:r w:rsidRPr="00334770">
        <w:t xml:space="preserve"> </w:t>
      </w:r>
      <w:proofErr w:type="spellStart"/>
      <w:r w:rsidRPr="00334770">
        <w:t>hacmi</w:t>
      </w:r>
      <w:proofErr w:type="spellEnd"/>
      <w:r w:rsidRPr="00334770">
        <w:t xml:space="preserve">). </w:t>
      </w:r>
    </w:p>
    <w:p w14:paraId="4C857B04" w14:textId="6D809E2E" w:rsidR="00334770" w:rsidRDefault="00000000">
      <w:pPr>
        <w:spacing w:after="140" w:line="240" w:lineRule="auto"/>
      </w:pPr>
      <w:r w:rsidRPr="00334770">
        <w:rPr>
          <w:b/>
          <w:bCs/>
        </w:rPr>
        <w:t>5.</w:t>
      </w:r>
      <w:r w:rsidRPr="00334770">
        <w:t xml:space="preserve"> </w:t>
      </w:r>
      <w:proofErr w:type="spellStart"/>
      <w:r w:rsidR="00334770">
        <w:t>İş</w:t>
      </w:r>
      <w:proofErr w:type="spellEnd"/>
      <w:r w:rsidR="00334770">
        <w:t xml:space="preserve"> </w:t>
      </w:r>
      <w:proofErr w:type="spellStart"/>
      <w:r w:rsidR="00334770">
        <w:t>parçasını</w:t>
      </w:r>
      <w:proofErr w:type="spellEnd"/>
      <w:r w:rsidR="00334770">
        <w:t xml:space="preserve"> </w:t>
      </w:r>
      <w:proofErr w:type="spellStart"/>
      <w:r w:rsidR="00334770">
        <w:t>mengeneye</w:t>
      </w:r>
      <w:proofErr w:type="spellEnd"/>
      <w:r w:rsidR="00334770">
        <w:t xml:space="preserve"> </w:t>
      </w:r>
      <w:proofErr w:type="spellStart"/>
      <w:r w:rsidR="00334770">
        <w:t>bağlarken</w:t>
      </w:r>
      <w:proofErr w:type="spellEnd"/>
      <w:r w:rsidR="00334770">
        <w:t xml:space="preserve"> </w:t>
      </w:r>
      <w:proofErr w:type="spellStart"/>
      <w:r w:rsidR="00334770">
        <w:t>aşağıdakilere</w:t>
      </w:r>
      <w:proofErr w:type="spellEnd"/>
      <w:r w:rsidR="00334770">
        <w:t xml:space="preserve"> </w:t>
      </w:r>
      <w:proofErr w:type="spellStart"/>
      <w:r w:rsidR="00334770">
        <w:t>dikkat</w:t>
      </w:r>
      <w:proofErr w:type="spellEnd"/>
      <w:r w:rsidR="00334770">
        <w:t xml:space="preserve"> </w:t>
      </w:r>
      <w:proofErr w:type="spellStart"/>
      <w:r w:rsidR="00334770">
        <w:t>edilir</w:t>
      </w:r>
      <w:proofErr w:type="spellEnd"/>
      <w:r w:rsidR="00334770">
        <w:t>.</w:t>
      </w:r>
      <w:r w:rsidR="00334770" w:rsidRPr="00334770">
        <w:t xml:space="preserve"> </w:t>
      </w:r>
      <w:r w:rsidR="00334770">
        <w:t>(</w:t>
      </w:r>
      <w:r w:rsidR="00334770" w:rsidRPr="00334770">
        <w:t xml:space="preserve">Doğru her </w:t>
      </w:r>
      <w:proofErr w:type="spellStart"/>
      <w:r w:rsidR="00334770" w:rsidRPr="00334770">
        <w:t>cevap</w:t>
      </w:r>
      <w:proofErr w:type="spellEnd"/>
      <w:r w:rsidR="00334770" w:rsidRPr="00334770">
        <w:t xml:space="preserve"> 2 </w:t>
      </w:r>
      <w:proofErr w:type="spellStart"/>
      <w:r w:rsidR="00334770" w:rsidRPr="00334770">
        <w:t>puan</w:t>
      </w:r>
      <w:proofErr w:type="spellEnd"/>
      <w:r w:rsidR="00334770" w:rsidRPr="00334770">
        <w:t>.</w:t>
      </w:r>
      <w:r w:rsidR="00334770">
        <w:t>)</w:t>
      </w:r>
    </w:p>
    <w:p w14:paraId="074C0184" w14:textId="542C8F62" w:rsidR="00AE7FC0" w:rsidRPr="00334770" w:rsidRDefault="00000000" w:rsidP="00334770">
      <w:pPr>
        <w:pStyle w:val="ListeParagraf"/>
        <w:numPr>
          <w:ilvl w:val="0"/>
          <w:numId w:val="23"/>
        </w:numPr>
        <w:spacing w:after="140" w:line="240" w:lineRule="auto"/>
      </w:pPr>
      <w:proofErr w:type="spellStart"/>
      <w:r w:rsidRPr="00334770">
        <w:t>İş</w:t>
      </w:r>
      <w:proofErr w:type="spellEnd"/>
      <w:r w:rsidRPr="00334770">
        <w:t xml:space="preserve"> </w:t>
      </w:r>
      <w:proofErr w:type="spellStart"/>
      <w:r w:rsidRPr="00334770">
        <w:t>parçası</w:t>
      </w:r>
      <w:proofErr w:type="spellEnd"/>
      <w:r w:rsidRPr="00334770">
        <w:t xml:space="preserve"> </w:t>
      </w:r>
      <w:proofErr w:type="spellStart"/>
      <w:r w:rsidRPr="00334770">
        <w:t>tezgâh</w:t>
      </w:r>
      <w:proofErr w:type="spellEnd"/>
      <w:r w:rsidRPr="00334770">
        <w:t xml:space="preserve"> </w:t>
      </w:r>
      <w:proofErr w:type="spellStart"/>
      <w:r w:rsidRPr="00334770">
        <w:t>mengenesine</w:t>
      </w:r>
      <w:proofErr w:type="spellEnd"/>
      <w:r w:rsidRPr="00334770">
        <w:t xml:space="preserve"> </w:t>
      </w:r>
      <w:proofErr w:type="spellStart"/>
      <w:r w:rsidRPr="00334770">
        <w:t>bağlanır</w:t>
      </w:r>
      <w:proofErr w:type="spellEnd"/>
      <w:r w:rsidRPr="00334770">
        <w:t xml:space="preserve">, </w:t>
      </w:r>
      <w:proofErr w:type="spellStart"/>
      <w:r w:rsidRPr="00334770">
        <w:t>elle</w:t>
      </w:r>
      <w:proofErr w:type="spellEnd"/>
      <w:r w:rsidRPr="00334770">
        <w:t xml:space="preserve"> </w:t>
      </w:r>
      <w:proofErr w:type="spellStart"/>
      <w:r w:rsidRPr="00334770">
        <w:t>tutulmaz</w:t>
      </w:r>
      <w:proofErr w:type="spellEnd"/>
      <w:r w:rsidRPr="00334770">
        <w:t>;</w:t>
      </w:r>
    </w:p>
    <w:p w14:paraId="09E2E3D2" w14:textId="77777777" w:rsidR="00764DAF" w:rsidRPr="00334770" w:rsidRDefault="00000000" w:rsidP="00334770">
      <w:pPr>
        <w:pStyle w:val="ListeParagraf"/>
        <w:numPr>
          <w:ilvl w:val="0"/>
          <w:numId w:val="23"/>
        </w:numPr>
        <w:spacing w:after="140" w:line="240" w:lineRule="auto"/>
      </w:pPr>
      <w:proofErr w:type="spellStart"/>
      <w:r w:rsidRPr="00334770">
        <w:t>koruyucu</w:t>
      </w:r>
      <w:proofErr w:type="spellEnd"/>
      <w:r w:rsidRPr="00334770">
        <w:t xml:space="preserve"> </w:t>
      </w:r>
      <w:proofErr w:type="spellStart"/>
      <w:r w:rsidRPr="00334770">
        <w:t>gözlük</w:t>
      </w:r>
      <w:proofErr w:type="spellEnd"/>
      <w:r w:rsidRPr="00334770">
        <w:t xml:space="preserve"> </w:t>
      </w:r>
      <w:proofErr w:type="spellStart"/>
      <w:r w:rsidRPr="00334770">
        <w:t>kullanılır</w:t>
      </w:r>
      <w:proofErr w:type="spellEnd"/>
      <w:r w:rsidRPr="00334770">
        <w:t>;</w:t>
      </w:r>
    </w:p>
    <w:p w14:paraId="604AB1F9" w14:textId="77777777" w:rsidR="00764DAF" w:rsidRPr="00334770" w:rsidRDefault="00000000" w:rsidP="00334770">
      <w:pPr>
        <w:pStyle w:val="ListeParagraf"/>
        <w:numPr>
          <w:ilvl w:val="0"/>
          <w:numId w:val="23"/>
        </w:numPr>
        <w:spacing w:after="140" w:line="240" w:lineRule="auto"/>
      </w:pPr>
      <w:proofErr w:type="spellStart"/>
      <w:r w:rsidRPr="00334770">
        <w:t>eldiven</w:t>
      </w:r>
      <w:proofErr w:type="spellEnd"/>
      <w:r w:rsidRPr="00334770">
        <w:t xml:space="preserve"> </w:t>
      </w:r>
      <w:proofErr w:type="spellStart"/>
      <w:r w:rsidRPr="00334770">
        <w:t>takılmaz</w:t>
      </w:r>
      <w:proofErr w:type="spellEnd"/>
      <w:r w:rsidRPr="00334770">
        <w:t xml:space="preserve">, </w:t>
      </w:r>
      <w:proofErr w:type="spellStart"/>
      <w:r w:rsidRPr="00334770">
        <w:t>uzun</w:t>
      </w:r>
      <w:proofErr w:type="spellEnd"/>
      <w:r w:rsidRPr="00334770">
        <w:t xml:space="preserve"> </w:t>
      </w:r>
      <w:proofErr w:type="spellStart"/>
      <w:r w:rsidRPr="00334770">
        <w:t>saç</w:t>
      </w:r>
      <w:proofErr w:type="spellEnd"/>
      <w:r w:rsidRPr="00334770">
        <w:t>/</w:t>
      </w:r>
      <w:proofErr w:type="spellStart"/>
      <w:r w:rsidRPr="00334770">
        <w:t>geniş</w:t>
      </w:r>
      <w:proofErr w:type="spellEnd"/>
      <w:r w:rsidRPr="00334770">
        <w:t xml:space="preserve"> </w:t>
      </w:r>
      <w:proofErr w:type="spellStart"/>
      <w:r w:rsidRPr="00334770">
        <w:t>kıyafet</w:t>
      </w:r>
      <w:proofErr w:type="spellEnd"/>
      <w:r w:rsidRPr="00334770">
        <w:t xml:space="preserve"> </w:t>
      </w:r>
      <w:proofErr w:type="spellStart"/>
      <w:r w:rsidRPr="00334770">
        <w:t>toplanır</w:t>
      </w:r>
      <w:proofErr w:type="spellEnd"/>
      <w:r w:rsidRPr="00334770">
        <w:t>;</w:t>
      </w:r>
    </w:p>
    <w:p w14:paraId="2C9A90A0" w14:textId="77777777" w:rsidR="00764DAF" w:rsidRPr="00334770" w:rsidRDefault="00000000" w:rsidP="00334770">
      <w:pPr>
        <w:pStyle w:val="ListeParagraf"/>
        <w:numPr>
          <w:ilvl w:val="0"/>
          <w:numId w:val="23"/>
        </w:numPr>
        <w:spacing w:after="140" w:line="240" w:lineRule="auto"/>
      </w:pPr>
      <w:proofErr w:type="spellStart"/>
      <w:r w:rsidRPr="00334770">
        <w:t>delinecek</w:t>
      </w:r>
      <w:proofErr w:type="spellEnd"/>
      <w:r w:rsidRPr="00334770">
        <w:t xml:space="preserve"> </w:t>
      </w:r>
      <w:proofErr w:type="spellStart"/>
      <w:r w:rsidRPr="00334770">
        <w:t>yer</w:t>
      </w:r>
      <w:proofErr w:type="spellEnd"/>
      <w:r w:rsidRPr="00334770">
        <w:t xml:space="preserve"> </w:t>
      </w:r>
      <w:proofErr w:type="spellStart"/>
      <w:r w:rsidRPr="00334770">
        <w:t>punta</w:t>
      </w:r>
      <w:proofErr w:type="spellEnd"/>
      <w:r w:rsidRPr="00334770">
        <w:t xml:space="preserve"> </w:t>
      </w:r>
      <w:proofErr w:type="spellStart"/>
      <w:r w:rsidRPr="00334770">
        <w:t>ile</w:t>
      </w:r>
      <w:proofErr w:type="spellEnd"/>
      <w:r w:rsidRPr="00334770">
        <w:t xml:space="preserve"> </w:t>
      </w:r>
      <w:proofErr w:type="spellStart"/>
      <w:r w:rsidRPr="00334770">
        <w:t>işaretlenir</w:t>
      </w:r>
      <w:proofErr w:type="spellEnd"/>
      <w:r w:rsidRPr="00334770">
        <w:t>;</w:t>
      </w:r>
    </w:p>
    <w:p w14:paraId="40AB0492" w14:textId="77777777" w:rsidR="00764DAF" w:rsidRPr="00334770" w:rsidRDefault="00000000" w:rsidP="00334770">
      <w:pPr>
        <w:pStyle w:val="ListeParagraf"/>
        <w:numPr>
          <w:ilvl w:val="0"/>
          <w:numId w:val="23"/>
        </w:numPr>
        <w:spacing w:after="140" w:line="240" w:lineRule="auto"/>
      </w:pPr>
      <w:proofErr w:type="spellStart"/>
      <w:r w:rsidRPr="00334770">
        <w:t>uygun</w:t>
      </w:r>
      <w:proofErr w:type="spellEnd"/>
      <w:r w:rsidRPr="00334770">
        <w:t xml:space="preserve"> </w:t>
      </w:r>
      <w:proofErr w:type="spellStart"/>
      <w:r w:rsidRPr="00334770">
        <w:t>matkap</w:t>
      </w:r>
      <w:proofErr w:type="spellEnd"/>
      <w:r w:rsidRPr="00334770">
        <w:t xml:space="preserve"> </w:t>
      </w:r>
      <w:proofErr w:type="spellStart"/>
      <w:r w:rsidRPr="00334770">
        <w:t>ucu</w:t>
      </w:r>
      <w:proofErr w:type="spellEnd"/>
      <w:r w:rsidRPr="00334770">
        <w:t xml:space="preserve"> </w:t>
      </w:r>
      <w:proofErr w:type="spellStart"/>
      <w:r w:rsidRPr="00334770">
        <w:t>ve</w:t>
      </w:r>
      <w:proofErr w:type="spellEnd"/>
      <w:r w:rsidRPr="00334770">
        <w:t xml:space="preserve"> </w:t>
      </w:r>
      <w:proofErr w:type="spellStart"/>
      <w:r w:rsidRPr="00334770">
        <w:t>devir</w:t>
      </w:r>
      <w:proofErr w:type="spellEnd"/>
      <w:r w:rsidRPr="00334770">
        <w:t xml:space="preserve"> </w:t>
      </w:r>
      <w:proofErr w:type="spellStart"/>
      <w:r w:rsidRPr="00334770">
        <w:t>seçilir</w:t>
      </w:r>
      <w:proofErr w:type="spellEnd"/>
      <w:r w:rsidRPr="00334770">
        <w:t>;</w:t>
      </w:r>
    </w:p>
    <w:p w14:paraId="7BDB2296" w14:textId="505C3750" w:rsidR="00764DAF" w:rsidRPr="00334770" w:rsidRDefault="00000000" w:rsidP="00334770">
      <w:pPr>
        <w:pStyle w:val="ListeParagraf"/>
        <w:numPr>
          <w:ilvl w:val="0"/>
          <w:numId w:val="23"/>
        </w:numPr>
        <w:spacing w:after="140" w:line="240" w:lineRule="auto"/>
      </w:pPr>
      <w:proofErr w:type="spellStart"/>
      <w:r w:rsidRPr="00334770">
        <w:t>talaş</w:t>
      </w:r>
      <w:proofErr w:type="spellEnd"/>
      <w:r w:rsidRPr="00334770">
        <w:t xml:space="preserve"> </w:t>
      </w:r>
      <w:proofErr w:type="spellStart"/>
      <w:r w:rsidRPr="00334770">
        <w:t>elle</w:t>
      </w:r>
      <w:proofErr w:type="spellEnd"/>
      <w:r w:rsidRPr="00334770">
        <w:t xml:space="preserve"> </w:t>
      </w:r>
      <w:proofErr w:type="spellStart"/>
      <w:r w:rsidRPr="00334770">
        <w:t>değil</w:t>
      </w:r>
      <w:proofErr w:type="spellEnd"/>
      <w:r w:rsidRPr="00334770">
        <w:t xml:space="preserve"> </w:t>
      </w:r>
      <w:proofErr w:type="spellStart"/>
      <w:r w:rsidRPr="00334770">
        <w:t>fırça</w:t>
      </w:r>
      <w:proofErr w:type="spellEnd"/>
      <w:r w:rsidRPr="00334770">
        <w:t xml:space="preserve"> </w:t>
      </w:r>
      <w:proofErr w:type="spellStart"/>
      <w:r w:rsidRPr="00334770">
        <w:t>ile</w:t>
      </w:r>
      <w:proofErr w:type="spellEnd"/>
      <w:r w:rsidRPr="00334770">
        <w:t xml:space="preserve"> </w:t>
      </w:r>
      <w:proofErr w:type="spellStart"/>
      <w:r w:rsidRPr="00334770">
        <w:t>temizlenir</w:t>
      </w:r>
      <w:proofErr w:type="spellEnd"/>
      <w:r w:rsidRPr="00334770">
        <w:t xml:space="preserve">. </w:t>
      </w:r>
    </w:p>
    <w:p w14:paraId="20CAD49F" w14:textId="0447ABB8" w:rsidR="00AE7FC0" w:rsidRPr="00334770" w:rsidRDefault="00000000">
      <w:pPr>
        <w:spacing w:after="140" w:line="240" w:lineRule="auto"/>
      </w:pPr>
      <w:r w:rsidRPr="00334770">
        <w:rPr>
          <w:b/>
          <w:bCs/>
        </w:rPr>
        <w:t>6.</w:t>
      </w:r>
      <w:r w:rsidRPr="00334770">
        <w:t xml:space="preserve"> Emme, </w:t>
      </w:r>
      <w:proofErr w:type="spellStart"/>
      <w:r w:rsidRPr="00334770">
        <w:t>sıkıştırma</w:t>
      </w:r>
      <w:proofErr w:type="spellEnd"/>
      <w:r w:rsidRPr="00334770">
        <w:t xml:space="preserve">, </w:t>
      </w:r>
      <w:proofErr w:type="spellStart"/>
      <w:r w:rsidRPr="00334770">
        <w:t>iş</w:t>
      </w:r>
      <w:proofErr w:type="spellEnd"/>
      <w:r w:rsidRPr="00334770">
        <w:t xml:space="preserve"> (</w:t>
      </w:r>
      <w:proofErr w:type="spellStart"/>
      <w:r w:rsidRPr="00334770">
        <w:t>yanma-genişleme</w:t>
      </w:r>
      <w:proofErr w:type="spellEnd"/>
      <w:r w:rsidRPr="00334770">
        <w:t xml:space="preserve">), </w:t>
      </w:r>
      <w:proofErr w:type="spellStart"/>
      <w:r w:rsidRPr="00334770">
        <w:t>egzoz</w:t>
      </w:r>
      <w:proofErr w:type="spellEnd"/>
      <w:r w:rsidRPr="00334770">
        <w:t xml:space="preserve">. </w:t>
      </w:r>
      <w:r w:rsidR="00334770">
        <w:t>(</w:t>
      </w:r>
      <w:r w:rsidRPr="00334770">
        <w:t xml:space="preserve">Her </w:t>
      </w:r>
      <w:proofErr w:type="spellStart"/>
      <w:r w:rsidR="00334770">
        <w:t>bir</w:t>
      </w:r>
      <w:proofErr w:type="spellEnd"/>
      <w:r w:rsidR="00334770">
        <w:t xml:space="preserve"> </w:t>
      </w:r>
      <w:r w:rsidRPr="00334770">
        <w:t xml:space="preserve">zaman 2,5 </w:t>
      </w:r>
      <w:proofErr w:type="spellStart"/>
      <w:r w:rsidRPr="00334770">
        <w:t>puan</w:t>
      </w:r>
      <w:proofErr w:type="spellEnd"/>
      <w:r w:rsidRPr="00334770">
        <w:t>.</w:t>
      </w:r>
      <w:r w:rsidR="00334770">
        <w:t>)</w:t>
      </w:r>
    </w:p>
    <w:p w14:paraId="10AA4C7C" w14:textId="37F970F8" w:rsidR="00764DAF" w:rsidRPr="00334770" w:rsidRDefault="00000000" w:rsidP="00334770">
      <w:pPr>
        <w:spacing w:after="140" w:line="240" w:lineRule="auto"/>
      </w:pPr>
      <w:r w:rsidRPr="00334770">
        <w:rPr>
          <w:b/>
          <w:bCs/>
        </w:rPr>
        <w:t>7.</w:t>
      </w:r>
      <w:r w:rsidRPr="00334770">
        <w:t xml:space="preserve"> </w:t>
      </w:r>
      <w:proofErr w:type="spellStart"/>
      <w:r w:rsidRPr="00334770">
        <w:rPr>
          <w:b/>
          <w:bCs/>
        </w:rPr>
        <w:t>Kılavuz</w:t>
      </w:r>
      <w:proofErr w:type="spellEnd"/>
      <w:r w:rsidRPr="00334770">
        <w:t xml:space="preserve"> </w:t>
      </w:r>
      <w:proofErr w:type="spellStart"/>
      <w:r w:rsidRPr="00334770">
        <w:t>delik</w:t>
      </w:r>
      <w:proofErr w:type="spellEnd"/>
      <w:r w:rsidRPr="00334770">
        <w:t xml:space="preserve"> </w:t>
      </w:r>
      <w:proofErr w:type="spellStart"/>
      <w:r w:rsidRPr="00334770">
        <w:t>içine</w:t>
      </w:r>
      <w:proofErr w:type="spellEnd"/>
      <w:r w:rsidRPr="00334770">
        <w:t xml:space="preserve"> </w:t>
      </w:r>
      <w:proofErr w:type="spellStart"/>
      <w:r w:rsidRPr="00334770">
        <w:t>iç</w:t>
      </w:r>
      <w:proofErr w:type="spellEnd"/>
      <w:r w:rsidRPr="00334770">
        <w:t xml:space="preserve"> </w:t>
      </w:r>
      <w:proofErr w:type="spellStart"/>
      <w:r w:rsidRPr="00334770">
        <w:t>diş</w:t>
      </w:r>
      <w:proofErr w:type="spellEnd"/>
      <w:r w:rsidRPr="00334770">
        <w:t xml:space="preserve"> </w:t>
      </w:r>
      <w:proofErr w:type="spellStart"/>
      <w:r w:rsidRPr="00334770">
        <w:t>açar</w:t>
      </w:r>
      <w:proofErr w:type="spellEnd"/>
      <w:r w:rsidRPr="00334770">
        <w:t>;</w:t>
      </w:r>
      <w:r w:rsidR="00334770">
        <w:t xml:space="preserve"> </w:t>
      </w:r>
      <w:proofErr w:type="spellStart"/>
      <w:r w:rsidRPr="00334770">
        <w:rPr>
          <w:b/>
          <w:bCs/>
        </w:rPr>
        <w:t>pafta</w:t>
      </w:r>
      <w:proofErr w:type="spellEnd"/>
      <w:r w:rsidR="00334770">
        <w:rPr>
          <w:b/>
          <w:bCs/>
        </w:rPr>
        <w:t xml:space="preserve"> </w:t>
      </w:r>
      <w:proofErr w:type="spellStart"/>
      <w:r w:rsidR="00334770" w:rsidRPr="00334770">
        <w:t>ise</w:t>
      </w:r>
      <w:proofErr w:type="spellEnd"/>
      <w:r w:rsidRPr="00334770">
        <w:t xml:space="preserve"> </w:t>
      </w:r>
      <w:proofErr w:type="spellStart"/>
      <w:r w:rsidRPr="00334770">
        <w:t>silindirik</w:t>
      </w:r>
      <w:proofErr w:type="spellEnd"/>
      <w:r w:rsidRPr="00334770">
        <w:t xml:space="preserve"> </w:t>
      </w:r>
      <w:proofErr w:type="spellStart"/>
      <w:r w:rsidRPr="00334770">
        <w:t>parça</w:t>
      </w:r>
      <w:proofErr w:type="spellEnd"/>
      <w:r w:rsidRPr="00334770">
        <w:t xml:space="preserve"> (mil, </w:t>
      </w:r>
      <w:proofErr w:type="spellStart"/>
      <w:r w:rsidRPr="00334770">
        <w:t>cıvata</w:t>
      </w:r>
      <w:proofErr w:type="spellEnd"/>
      <w:r w:rsidRPr="00334770">
        <w:t xml:space="preserve">) </w:t>
      </w:r>
      <w:proofErr w:type="spellStart"/>
      <w:r w:rsidRPr="00334770">
        <w:t>üzerine</w:t>
      </w:r>
      <w:proofErr w:type="spellEnd"/>
      <w:r w:rsidRPr="00334770">
        <w:t xml:space="preserve"> </w:t>
      </w:r>
      <w:proofErr w:type="spellStart"/>
      <w:r w:rsidRPr="00334770">
        <w:t>dış</w:t>
      </w:r>
      <w:proofErr w:type="spellEnd"/>
      <w:r w:rsidRPr="00334770">
        <w:t xml:space="preserve"> </w:t>
      </w:r>
      <w:proofErr w:type="spellStart"/>
      <w:r w:rsidRPr="00334770">
        <w:t>diş</w:t>
      </w:r>
      <w:proofErr w:type="spellEnd"/>
      <w:r w:rsidRPr="00334770">
        <w:t xml:space="preserve"> </w:t>
      </w:r>
      <w:proofErr w:type="spellStart"/>
      <w:r w:rsidRPr="00334770">
        <w:t>açar</w:t>
      </w:r>
      <w:proofErr w:type="spellEnd"/>
      <w:r w:rsidRPr="00334770">
        <w:t xml:space="preserve"> (</w:t>
      </w:r>
      <w:r w:rsidR="0087475F">
        <w:t>10</w:t>
      </w:r>
      <w:r w:rsidRPr="00334770">
        <w:t xml:space="preserve"> </w:t>
      </w:r>
      <w:proofErr w:type="spellStart"/>
      <w:r w:rsidRPr="00334770">
        <w:t>puan</w:t>
      </w:r>
      <w:proofErr w:type="spellEnd"/>
      <w:r w:rsidRPr="00334770">
        <w:t xml:space="preserve">). </w:t>
      </w:r>
      <w:proofErr w:type="spellStart"/>
      <w:r w:rsidRPr="00334770">
        <w:t>Kılavuz</w:t>
      </w:r>
      <w:proofErr w:type="spellEnd"/>
      <w:r w:rsidRPr="00334770">
        <w:t xml:space="preserve"> </w:t>
      </w:r>
      <w:proofErr w:type="spellStart"/>
      <w:r w:rsidRPr="00334770">
        <w:t>seti</w:t>
      </w:r>
      <w:proofErr w:type="spellEnd"/>
      <w:r w:rsidRPr="00334770">
        <w:t xml:space="preserve"> </w:t>
      </w:r>
      <w:proofErr w:type="spellStart"/>
      <w:r w:rsidRPr="00334770">
        <w:t>genellikle</w:t>
      </w:r>
      <w:proofErr w:type="spellEnd"/>
      <w:r w:rsidRPr="00334770">
        <w:t xml:space="preserve"> 3 </w:t>
      </w:r>
      <w:proofErr w:type="spellStart"/>
      <w:r w:rsidRPr="00334770">
        <w:t>parçadır</w:t>
      </w:r>
      <w:proofErr w:type="spellEnd"/>
      <w:r w:rsidRPr="00334770">
        <w:t xml:space="preserve">: </w:t>
      </w:r>
      <w:proofErr w:type="spellStart"/>
      <w:r w:rsidRPr="00334770">
        <w:t>ön</w:t>
      </w:r>
      <w:proofErr w:type="spellEnd"/>
      <w:r w:rsidRPr="00334770">
        <w:t xml:space="preserve"> (</w:t>
      </w:r>
      <w:proofErr w:type="spellStart"/>
      <w:r w:rsidRPr="00334770">
        <w:t>kaba</w:t>
      </w:r>
      <w:proofErr w:type="spellEnd"/>
      <w:r w:rsidRPr="00334770">
        <w:t xml:space="preserve">), </w:t>
      </w:r>
      <w:proofErr w:type="spellStart"/>
      <w:r w:rsidRPr="00334770">
        <w:t>orta</w:t>
      </w:r>
      <w:proofErr w:type="spellEnd"/>
      <w:r w:rsidRPr="00334770">
        <w:t xml:space="preserve"> </w:t>
      </w:r>
      <w:proofErr w:type="spellStart"/>
      <w:r w:rsidRPr="00334770">
        <w:t>ve</w:t>
      </w:r>
      <w:proofErr w:type="spellEnd"/>
      <w:r w:rsidRPr="00334770">
        <w:t xml:space="preserve"> </w:t>
      </w:r>
      <w:proofErr w:type="spellStart"/>
      <w:r w:rsidRPr="00334770">
        <w:t>bitirme</w:t>
      </w:r>
      <w:proofErr w:type="spellEnd"/>
      <w:r w:rsidRPr="00334770">
        <w:t xml:space="preserve"> (son) </w:t>
      </w:r>
      <w:proofErr w:type="spellStart"/>
      <w:r w:rsidRPr="00334770">
        <w:t>kılavuz</w:t>
      </w:r>
      <w:proofErr w:type="spellEnd"/>
      <w:r w:rsidRPr="00334770">
        <w:t xml:space="preserve"> (</w:t>
      </w:r>
      <w:r w:rsidR="0087475F">
        <w:t>10</w:t>
      </w:r>
      <w:r w:rsidRPr="00334770">
        <w:t xml:space="preserve"> </w:t>
      </w:r>
      <w:proofErr w:type="spellStart"/>
      <w:r w:rsidRPr="00334770">
        <w:t>puan</w:t>
      </w:r>
      <w:proofErr w:type="spellEnd"/>
      <w:r w:rsidRPr="00334770">
        <w:t>).</w:t>
      </w:r>
    </w:p>
    <w:p w14:paraId="4B4168AC" w14:textId="44B35DA8" w:rsidR="00334770" w:rsidRDefault="00000000">
      <w:pPr>
        <w:spacing w:after="140" w:line="240" w:lineRule="auto"/>
      </w:pPr>
      <w:r w:rsidRPr="00334770">
        <w:rPr>
          <w:b/>
          <w:bCs/>
        </w:rPr>
        <w:t>8.</w:t>
      </w:r>
      <w:r w:rsidRPr="00334770">
        <w:t xml:space="preserve"> </w:t>
      </w:r>
      <w:proofErr w:type="spellStart"/>
      <w:r w:rsidR="00334770">
        <w:rPr>
          <w:bCs/>
        </w:rPr>
        <w:t>Cıvata</w:t>
      </w:r>
      <w:proofErr w:type="spellEnd"/>
      <w:r w:rsidR="00334770">
        <w:rPr>
          <w:bCs/>
        </w:rPr>
        <w:t xml:space="preserve"> </w:t>
      </w:r>
      <w:proofErr w:type="spellStart"/>
      <w:r w:rsidR="00334770">
        <w:rPr>
          <w:bCs/>
        </w:rPr>
        <w:t>ve</w:t>
      </w:r>
      <w:proofErr w:type="spellEnd"/>
      <w:r w:rsidR="00334770">
        <w:rPr>
          <w:bCs/>
        </w:rPr>
        <w:t xml:space="preserve"> </w:t>
      </w:r>
      <w:proofErr w:type="spellStart"/>
      <w:r w:rsidR="00334770">
        <w:rPr>
          <w:bCs/>
        </w:rPr>
        <w:t>somunları</w:t>
      </w:r>
      <w:proofErr w:type="spellEnd"/>
      <w:r w:rsidR="00334770">
        <w:rPr>
          <w:bCs/>
        </w:rPr>
        <w:t xml:space="preserve"> </w:t>
      </w:r>
      <w:proofErr w:type="spellStart"/>
      <w:r w:rsidR="00334770">
        <w:rPr>
          <w:bCs/>
        </w:rPr>
        <w:t>sökerken</w:t>
      </w:r>
      <w:proofErr w:type="spellEnd"/>
      <w:r w:rsidR="00334770">
        <w:rPr>
          <w:bCs/>
        </w:rPr>
        <w:t xml:space="preserve"> </w:t>
      </w:r>
      <w:proofErr w:type="spellStart"/>
      <w:r w:rsidR="00334770">
        <w:rPr>
          <w:bCs/>
        </w:rPr>
        <w:t>ve</w:t>
      </w:r>
      <w:proofErr w:type="spellEnd"/>
      <w:r w:rsidR="00334770">
        <w:rPr>
          <w:bCs/>
        </w:rPr>
        <w:t xml:space="preserve"> </w:t>
      </w:r>
      <w:proofErr w:type="spellStart"/>
      <w:r w:rsidR="00334770">
        <w:rPr>
          <w:bCs/>
        </w:rPr>
        <w:t>takarken</w:t>
      </w:r>
      <w:proofErr w:type="spellEnd"/>
      <w:r w:rsidR="00334770">
        <w:rPr>
          <w:bCs/>
        </w:rPr>
        <w:t xml:space="preserve"> </w:t>
      </w:r>
      <w:proofErr w:type="spellStart"/>
      <w:r w:rsidR="00334770">
        <w:rPr>
          <w:bCs/>
        </w:rPr>
        <w:t>dikkat</w:t>
      </w:r>
      <w:proofErr w:type="spellEnd"/>
      <w:r w:rsidR="00334770">
        <w:rPr>
          <w:bCs/>
        </w:rPr>
        <w:t xml:space="preserve"> </w:t>
      </w:r>
      <w:proofErr w:type="spellStart"/>
      <w:r w:rsidR="00334770">
        <w:rPr>
          <w:bCs/>
        </w:rPr>
        <w:t>edilecek</w:t>
      </w:r>
      <w:proofErr w:type="spellEnd"/>
      <w:r w:rsidR="00334770">
        <w:rPr>
          <w:bCs/>
        </w:rPr>
        <w:t xml:space="preserve"> </w:t>
      </w:r>
      <w:proofErr w:type="spellStart"/>
      <w:r w:rsidR="00334770">
        <w:rPr>
          <w:bCs/>
        </w:rPr>
        <w:t>hususlar</w:t>
      </w:r>
      <w:proofErr w:type="spellEnd"/>
      <w:r w:rsidR="00334770">
        <w:rPr>
          <w:bCs/>
        </w:rPr>
        <w:t>;</w:t>
      </w:r>
      <w:r w:rsidR="00334770" w:rsidRPr="00334770">
        <w:t xml:space="preserve"> </w:t>
      </w:r>
      <w:r w:rsidR="00334770">
        <w:t>(</w:t>
      </w:r>
      <w:r w:rsidR="00334770" w:rsidRPr="00334770">
        <w:t xml:space="preserve">Doğru her </w:t>
      </w:r>
      <w:proofErr w:type="spellStart"/>
      <w:r w:rsidR="00334770" w:rsidRPr="00334770">
        <w:t>cevap</w:t>
      </w:r>
      <w:proofErr w:type="spellEnd"/>
      <w:r w:rsidR="00334770" w:rsidRPr="00334770">
        <w:t xml:space="preserve"> </w:t>
      </w:r>
      <w:r w:rsidR="0087475F">
        <w:t>5</w:t>
      </w:r>
      <w:r w:rsidR="00334770" w:rsidRPr="00334770">
        <w:t xml:space="preserve"> </w:t>
      </w:r>
      <w:proofErr w:type="spellStart"/>
      <w:r w:rsidR="00334770" w:rsidRPr="00334770">
        <w:t>puan</w:t>
      </w:r>
      <w:proofErr w:type="spellEnd"/>
      <w:r w:rsidR="00334770">
        <w:t>)</w:t>
      </w:r>
    </w:p>
    <w:p w14:paraId="7044F6A7" w14:textId="46BC9232" w:rsidR="00AE7FC0" w:rsidRPr="00334770" w:rsidRDefault="00000000" w:rsidP="00334770">
      <w:pPr>
        <w:pStyle w:val="ListeParagraf"/>
        <w:numPr>
          <w:ilvl w:val="0"/>
          <w:numId w:val="24"/>
        </w:numPr>
        <w:spacing w:after="140" w:line="240" w:lineRule="auto"/>
      </w:pPr>
      <w:proofErr w:type="spellStart"/>
      <w:r w:rsidRPr="00334770">
        <w:t>Cıvataya</w:t>
      </w:r>
      <w:proofErr w:type="spellEnd"/>
      <w:r w:rsidRPr="00334770">
        <w:t xml:space="preserve"> </w:t>
      </w:r>
      <w:proofErr w:type="spellStart"/>
      <w:r w:rsidRPr="00334770">
        <w:t>uygun</w:t>
      </w:r>
      <w:proofErr w:type="spellEnd"/>
      <w:r w:rsidRPr="00334770">
        <w:t xml:space="preserve"> </w:t>
      </w:r>
      <w:proofErr w:type="spellStart"/>
      <w:r w:rsidRPr="00334770">
        <w:t>ölçüde</w:t>
      </w:r>
      <w:proofErr w:type="spellEnd"/>
      <w:r w:rsidRPr="00334770">
        <w:t xml:space="preserve"> </w:t>
      </w:r>
      <w:proofErr w:type="spellStart"/>
      <w:r w:rsidRPr="00334770">
        <w:t>anahtar</w:t>
      </w:r>
      <w:proofErr w:type="spellEnd"/>
      <w:r w:rsidRPr="00334770">
        <w:t xml:space="preserve"> </w:t>
      </w:r>
      <w:proofErr w:type="spellStart"/>
      <w:r w:rsidRPr="00334770">
        <w:t>seçilmeli</w:t>
      </w:r>
      <w:proofErr w:type="spellEnd"/>
      <w:r w:rsidRPr="00334770">
        <w:t>;</w:t>
      </w:r>
    </w:p>
    <w:p w14:paraId="20B75B0F" w14:textId="77777777" w:rsidR="00764DAF" w:rsidRPr="00334770" w:rsidRDefault="00000000" w:rsidP="00334770">
      <w:pPr>
        <w:pStyle w:val="ListeParagraf"/>
        <w:numPr>
          <w:ilvl w:val="0"/>
          <w:numId w:val="24"/>
        </w:numPr>
        <w:spacing w:after="140" w:line="240" w:lineRule="auto"/>
      </w:pPr>
      <w:proofErr w:type="spellStart"/>
      <w:r w:rsidRPr="00334770">
        <w:t>mümkünse</w:t>
      </w:r>
      <w:proofErr w:type="spellEnd"/>
      <w:r w:rsidRPr="00334770">
        <w:t xml:space="preserve"> </w:t>
      </w:r>
      <w:proofErr w:type="spellStart"/>
      <w:r w:rsidRPr="00334770">
        <w:t>yıldız</w:t>
      </w:r>
      <w:proofErr w:type="spellEnd"/>
      <w:r w:rsidRPr="00334770">
        <w:t xml:space="preserve"> </w:t>
      </w:r>
      <w:proofErr w:type="spellStart"/>
      <w:r w:rsidRPr="00334770">
        <w:t>veya</w:t>
      </w:r>
      <w:proofErr w:type="spellEnd"/>
      <w:r w:rsidRPr="00334770">
        <w:t xml:space="preserve"> lokma </w:t>
      </w:r>
      <w:proofErr w:type="spellStart"/>
      <w:r w:rsidRPr="00334770">
        <w:t>anahtar</w:t>
      </w:r>
      <w:proofErr w:type="spellEnd"/>
      <w:r w:rsidRPr="00334770">
        <w:t xml:space="preserve"> </w:t>
      </w:r>
      <w:proofErr w:type="spellStart"/>
      <w:r w:rsidRPr="00334770">
        <w:t>kullanılmalı</w:t>
      </w:r>
      <w:proofErr w:type="spellEnd"/>
      <w:r w:rsidRPr="00334770">
        <w:t>;</w:t>
      </w:r>
    </w:p>
    <w:p w14:paraId="352D01A0" w14:textId="77777777" w:rsidR="00764DAF" w:rsidRPr="00334770" w:rsidRDefault="00000000" w:rsidP="00334770">
      <w:pPr>
        <w:pStyle w:val="ListeParagraf"/>
        <w:numPr>
          <w:ilvl w:val="0"/>
          <w:numId w:val="24"/>
        </w:numPr>
        <w:spacing w:after="140" w:line="240" w:lineRule="auto"/>
      </w:pPr>
      <w:proofErr w:type="spellStart"/>
      <w:r w:rsidRPr="00334770">
        <w:t>çok</w:t>
      </w:r>
      <w:proofErr w:type="spellEnd"/>
      <w:r w:rsidRPr="00334770">
        <w:t xml:space="preserve"> </w:t>
      </w:r>
      <w:proofErr w:type="spellStart"/>
      <w:r w:rsidRPr="00334770">
        <w:t>cıvatalı</w:t>
      </w:r>
      <w:proofErr w:type="spellEnd"/>
      <w:r w:rsidRPr="00334770">
        <w:t xml:space="preserve"> </w:t>
      </w:r>
      <w:proofErr w:type="spellStart"/>
      <w:r w:rsidRPr="00334770">
        <w:t>bağlantılarda</w:t>
      </w:r>
      <w:proofErr w:type="spellEnd"/>
      <w:r w:rsidRPr="00334770">
        <w:t xml:space="preserve"> </w:t>
      </w:r>
      <w:proofErr w:type="spellStart"/>
      <w:r w:rsidRPr="00334770">
        <w:t>çapraz</w:t>
      </w:r>
      <w:proofErr w:type="spellEnd"/>
      <w:r w:rsidRPr="00334770">
        <w:t xml:space="preserve"> </w:t>
      </w:r>
      <w:proofErr w:type="spellStart"/>
      <w:r w:rsidRPr="00334770">
        <w:t>sırayla</w:t>
      </w:r>
      <w:proofErr w:type="spellEnd"/>
      <w:r w:rsidRPr="00334770">
        <w:t xml:space="preserve"> </w:t>
      </w:r>
      <w:proofErr w:type="spellStart"/>
      <w:r w:rsidRPr="00334770">
        <w:t>gevşetilip</w:t>
      </w:r>
      <w:proofErr w:type="spellEnd"/>
      <w:r w:rsidRPr="00334770">
        <w:t xml:space="preserve"> </w:t>
      </w:r>
      <w:proofErr w:type="spellStart"/>
      <w:r w:rsidRPr="00334770">
        <w:t>sıkılmalı</w:t>
      </w:r>
      <w:proofErr w:type="spellEnd"/>
      <w:r w:rsidRPr="00334770">
        <w:t>;</w:t>
      </w:r>
    </w:p>
    <w:p w14:paraId="1AA4334A" w14:textId="77777777" w:rsidR="00764DAF" w:rsidRPr="00334770" w:rsidRDefault="00000000" w:rsidP="00334770">
      <w:pPr>
        <w:pStyle w:val="ListeParagraf"/>
        <w:numPr>
          <w:ilvl w:val="0"/>
          <w:numId w:val="24"/>
        </w:numPr>
        <w:spacing w:after="140" w:line="240" w:lineRule="auto"/>
      </w:pPr>
      <w:r w:rsidRPr="00334770">
        <w:t xml:space="preserve">son </w:t>
      </w:r>
      <w:proofErr w:type="spellStart"/>
      <w:r w:rsidRPr="00334770">
        <w:t>sıkma</w:t>
      </w:r>
      <w:proofErr w:type="spellEnd"/>
      <w:r w:rsidRPr="00334770">
        <w:t xml:space="preserve"> </w:t>
      </w:r>
      <w:proofErr w:type="spellStart"/>
      <w:r w:rsidRPr="00334770">
        <w:t>torkmetre</w:t>
      </w:r>
      <w:proofErr w:type="spellEnd"/>
      <w:r w:rsidRPr="00334770">
        <w:t xml:space="preserve"> </w:t>
      </w:r>
      <w:proofErr w:type="spellStart"/>
      <w:r w:rsidRPr="00334770">
        <w:t>ile</w:t>
      </w:r>
      <w:proofErr w:type="spellEnd"/>
      <w:r w:rsidRPr="00334770">
        <w:t xml:space="preserve"> </w:t>
      </w:r>
      <w:proofErr w:type="spellStart"/>
      <w:r w:rsidRPr="00334770">
        <w:t>üretici</w:t>
      </w:r>
      <w:proofErr w:type="spellEnd"/>
      <w:r w:rsidRPr="00334770">
        <w:t xml:space="preserve"> </w:t>
      </w:r>
      <w:proofErr w:type="spellStart"/>
      <w:r w:rsidRPr="00334770">
        <w:t>değerinde</w:t>
      </w:r>
      <w:proofErr w:type="spellEnd"/>
      <w:r w:rsidRPr="00334770">
        <w:t xml:space="preserve"> </w:t>
      </w:r>
      <w:proofErr w:type="spellStart"/>
      <w:r w:rsidRPr="00334770">
        <w:t>yapılmalı</w:t>
      </w:r>
      <w:proofErr w:type="spellEnd"/>
      <w:r w:rsidRPr="00334770">
        <w:t>;</w:t>
      </w:r>
    </w:p>
    <w:p w14:paraId="28506165" w14:textId="3905B7C8" w:rsidR="00764DAF" w:rsidRPr="00334770" w:rsidRDefault="00000000" w:rsidP="00334770">
      <w:pPr>
        <w:pStyle w:val="ListeParagraf"/>
        <w:numPr>
          <w:ilvl w:val="0"/>
          <w:numId w:val="24"/>
        </w:numPr>
        <w:spacing w:after="140" w:line="240" w:lineRule="auto"/>
      </w:pPr>
      <w:proofErr w:type="spellStart"/>
      <w:r w:rsidRPr="00334770">
        <w:t>aşınmış</w:t>
      </w:r>
      <w:proofErr w:type="spellEnd"/>
      <w:r w:rsidRPr="00334770">
        <w:t>/</w:t>
      </w:r>
      <w:proofErr w:type="spellStart"/>
      <w:r w:rsidRPr="00334770">
        <w:t>ezilmiş</w:t>
      </w:r>
      <w:proofErr w:type="spellEnd"/>
      <w:r w:rsidRPr="00334770">
        <w:t xml:space="preserve"> </w:t>
      </w:r>
      <w:proofErr w:type="spellStart"/>
      <w:r w:rsidRPr="00334770">
        <w:t>cıvata</w:t>
      </w:r>
      <w:proofErr w:type="spellEnd"/>
      <w:r w:rsidRPr="00334770">
        <w:t xml:space="preserve"> </w:t>
      </w:r>
      <w:proofErr w:type="spellStart"/>
      <w:r w:rsidRPr="00334770">
        <w:t>başları</w:t>
      </w:r>
      <w:proofErr w:type="spellEnd"/>
      <w:r w:rsidRPr="00334770">
        <w:t xml:space="preserve"> </w:t>
      </w:r>
      <w:proofErr w:type="spellStart"/>
      <w:r w:rsidRPr="00334770">
        <w:t>zorlanmamalı</w:t>
      </w:r>
      <w:proofErr w:type="spellEnd"/>
      <w:r w:rsidRPr="00334770">
        <w:t xml:space="preserve">. </w:t>
      </w:r>
    </w:p>
    <w:p w14:paraId="0C73B5B5" w14:textId="4C81DB65" w:rsidR="00334770" w:rsidRDefault="00000000">
      <w:pPr>
        <w:spacing w:after="140" w:line="240" w:lineRule="auto"/>
      </w:pPr>
      <w:r w:rsidRPr="00334770">
        <w:rPr>
          <w:b/>
          <w:bCs/>
        </w:rPr>
        <w:t>9.</w:t>
      </w:r>
      <w:r w:rsidRPr="00334770">
        <w:t xml:space="preserve"> </w:t>
      </w:r>
      <w:r w:rsidR="00334770">
        <w:rPr>
          <w:bCs/>
        </w:rPr>
        <w:t xml:space="preserve">El </w:t>
      </w:r>
      <w:proofErr w:type="spellStart"/>
      <w:r w:rsidR="00334770">
        <w:rPr>
          <w:bCs/>
        </w:rPr>
        <w:t>taşlama</w:t>
      </w:r>
      <w:proofErr w:type="spellEnd"/>
      <w:r w:rsidR="00334770">
        <w:rPr>
          <w:bCs/>
        </w:rPr>
        <w:t xml:space="preserve"> </w:t>
      </w:r>
      <w:proofErr w:type="spellStart"/>
      <w:r w:rsidR="00334770">
        <w:rPr>
          <w:bCs/>
        </w:rPr>
        <w:t>makinesi</w:t>
      </w:r>
      <w:proofErr w:type="spellEnd"/>
      <w:r w:rsidR="00334770">
        <w:rPr>
          <w:bCs/>
        </w:rPr>
        <w:t xml:space="preserve"> </w:t>
      </w:r>
      <w:proofErr w:type="spellStart"/>
      <w:r w:rsidR="00334770">
        <w:rPr>
          <w:bCs/>
        </w:rPr>
        <w:t>ile</w:t>
      </w:r>
      <w:proofErr w:type="spellEnd"/>
      <w:r w:rsidR="00334770">
        <w:rPr>
          <w:bCs/>
        </w:rPr>
        <w:t xml:space="preserve"> </w:t>
      </w:r>
      <w:proofErr w:type="spellStart"/>
      <w:r w:rsidR="00334770">
        <w:rPr>
          <w:bCs/>
        </w:rPr>
        <w:t>çalışırken</w:t>
      </w:r>
      <w:proofErr w:type="spellEnd"/>
      <w:r w:rsidR="00334770">
        <w:rPr>
          <w:bCs/>
        </w:rPr>
        <w:t xml:space="preserve"> </w:t>
      </w:r>
      <w:proofErr w:type="spellStart"/>
      <w:r w:rsidR="00334770">
        <w:rPr>
          <w:bCs/>
        </w:rPr>
        <w:t>dikkat</w:t>
      </w:r>
      <w:proofErr w:type="spellEnd"/>
      <w:r w:rsidR="00334770">
        <w:rPr>
          <w:bCs/>
        </w:rPr>
        <w:t xml:space="preserve"> </w:t>
      </w:r>
      <w:proofErr w:type="spellStart"/>
      <w:r w:rsidR="00334770">
        <w:rPr>
          <w:bCs/>
        </w:rPr>
        <w:t>edilecek</w:t>
      </w:r>
      <w:proofErr w:type="spellEnd"/>
      <w:r w:rsidR="00334770">
        <w:rPr>
          <w:bCs/>
        </w:rPr>
        <w:t xml:space="preserve"> </w:t>
      </w:r>
      <w:proofErr w:type="spellStart"/>
      <w:r w:rsidR="00334770">
        <w:rPr>
          <w:bCs/>
        </w:rPr>
        <w:t>hususlar</w:t>
      </w:r>
      <w:proofErr w:type="spellEnd"/>
      <w:r w:rsidR="00334770">
        <w:rPr>
          <w:bCs/>
        </w:rPr>
        <w:t>; (</w:t>
      </w:r>
      <w:r w:rsidR="00334770" w:rsidRPr="00334770">
        <w:t xml:space="preserve">Doğru her </w:t>
      </w:r>
      <w:proofErr w:type="spellStart"/>
      <w:r w:rsidR="00334770" w:rsidRPr="00334770">
        <w:t>cevap</w:t>
      </w:r>
      <w:proofErr w:type="spellEnd"/>
      <w:r w:rsidR="00334770" w:rsidRPr="00334770">
        <w:t xml:space="preserve"> 3 </w:t>
      </w:r>
      <w:proofErr w:type="spellStart"/>
      <w:r w:rsidR="00334770" w:rsidRPr="00334770">
        <w:t>puan</w:t>
      </w:r>
      <w:proofErr w:type="spellEnd"/>
      <w:r w:rsidR="00334770" w:rsidRPr="00334770">
        <w:t>.</w:t>
      </w:r>
      <w:r w:rsidR="00334770">
        <w:t>)</w:t>
      </w:r>
    </w:p>
    <w:p w14:paraId="2EB52C6B" w14:textId="6FCC5206" w:rsidR="00AE7FC0" w:rsidRPr="00334770" w:rsidRDefault="00000000" w:rsidP="00334770">
      <w:pPr>
        <w:pStyle w:val="ListeParagraf"/>
        <w:numPr>
          <w:ilvl w:val="0"/>
          <w:numId w:val="25"/>
        </w:numPr>
        <w:spacing w:after="140" w:line="240" w:lineRule="auto"/>
      </w:pPr>
      <w:proofErr w:type="spellStart"/>
      <w:r w:rsidRPr="00334770">
        <w:t>Koruyucu</w:t>
      </w:r>
      <w:proofErr w:type="spellEnd"/>
      <w:r w:rsidRPr="00334770">
        <w:t xml:space="preserve"> </w:t>
      </w:r>
      <w:proofErr w:type="spellStart"/>
      <w:r w:rsidRPr="00334770">
        <w:t>gözlük</w:t>
      </w:r>
      <w:proofErr w:type="spellEnd"/>
      <w:r w:rsidRPr="00334770">
        <w:t>/</w:t>
      </w:r>
      <w:proofErr w:type="spellStart"/>
      <w:r w:rsidRPr="00334770">
        <w:t>yüz</w:t>
      </w:r>
      <w:proofErr w:type="spellEnd"/>
      <w:r w:rsidRPr="00334770">
        <w:t xml:space="preserve"> </w:t>
      </w:r>
      <w:proofErr w:type="spellStart"/>
      <w:r w:rsidRPr="00334770">
        <w:t>siperliği</w:t>
      </w:r>
      <w:proofErr w:type="spellEnd"/>
      <w:r w:rsidRPr="00334770">
        <w:t xml:space="preserve"> </w:t>
      </w:r>
      <w:proofErr w:type="spellStart"/>
      <w:r w:rsidRPr="00334770">
        <w:t>takılmalı</w:t>
      </w:r>
      <w:proofErr w:type="spellEnd"/>
      <w:r w:rsidRPr="00334770">
        <w:t>;</w:t>
      </w:r>
    </w:p>
    <w:p w14:paraId="7775DEB5" w14:textId="77777777" w:rsidR="00764DAF" w:rsidRPr="00334770" w:rsidRDefault="00000000" w:rsidP="00334770">
      <w:pPr>
        <w:pStyle w:val="ListeParagraf"/>
        <w:numPr>
          <w:ilvl w:val="0"/>
          <w:numId w:val="25"/>
        </w:numPr>
        <w:spacing w:after="140" w:line="240" w:lineRule="auto"/>
      </w:pPr>
      <w:proofErr w:type="spellStart"/>
      <w:r w:rsidRPr="00334770">
        <w:t>taşın</w:t>
      </w:r>
      <w:proofErr w:type="spellEnd"/>
      <w:r w:rsidRPr="00334770">
        <w:t xml:space="preserve"> </w:t>
      </w:r>
      <w:proofErr w:type="spellStart"/>
      <w:r w:rsidRPr="00334770">
        <w:t>çatlak</w:t>
      </w:r>
      <w:proofErr w:type="spellEnd"/>
      <w:r w:rsidRPr="00334770">
        <w:t xml:space="preserve"> </w:t>
      </w:r>
      <w:proofErr w:type="spellStart"/>
      <w:r w:rsidRPr="00334770">
        <w:t>veya</w:t>
      </w:r>
      <w:proofErr w:type="spellEnd"/>
      <w:r w:rsidRPr="00334770">
        <w:t xml:space="preserve"> </w:t>
      </w:r>
      <w:proofErr w:type="spellStart"/>
      <w:r w:rsidRPr="00334770">
        <w:t>kırık</w:t>
      </w:r>
      <w:proofErr w:type="spellEnd"/>
      <w:r w:rsidRPr="00334770">
        <w:t xml:space="preserve"> </w:t>
      </w:r>
      <w:proofErr w:type="spellStart"/>
      <w:r w:rsidRPr="00334770">
        <w:t>olmadığı</w:t>
      </w:r>
      <w:proofErr w:type="spellEnd"/>
      <w:r w:rsidRPr="00334770">
        <w:t xml:space="preserve"> </w:t>
      </w:r>
      <w:proofErr w:type="spellStart"/>
      <w:r w:rsidRPr="00334770">
        <w:t>kontrol</w:t>
      </w:r>
      <w:proofErr w:type="spellEnd"/>
      <w:r w:rsidRPr="00334770">
        <w:t xml:space="preserve"> </w:t>
      </w:r>
      <w:proofErr w:type="spellStart"/>
      <w:r w:rsidRPr="00334770">
        <w:t>edilmeli</w:t>
      </w:r>
      <w:proofErr w:type="spellEnd"/>
      <w:r w:rsidRPr="00334770">
        <w:t>;</w:t>
      </w:r>
    </w:p>
    <w:p w14:paraId="7FEDBDC9" w14:textId="77777777" w:rsidR="00764DAF" w:rsidRPr="00334770" w:rsidRDefault="00000000" w:rsidP="00334770">
      <w:pPr>
        <w:pStyle w:val="ListeParagraf"/>
        <w:numPr>
          <w:ilvl w:val="0"/>
          <w:numId w:val="25"/>
        </w:numPr>
        <w:spacing w:after="140" w:line="240" w:lineRule="auto"/>
      </w:pPr>
      <w:proofErr w:type="spellStart"/>
      <w:r w:rsidRPr="00334770">
        <w:t>koruyucu</w:t>
      </w:r>
      <w:proofErr w:type="spellEnd"/>
      <w:r w:rsidRPr="00334770">
        <w:t xml:space="preserve"> </w:t>
      </w:r>
      <w:proofErr w:type="spellStart"/>
      <w:r w:rsidRPr="00334770">
        <w:t>siperlik</w:t>
      </w:r>
      <w:proofErr w:type="spellEnd"/>
      <w:r w:rsidRPr="00334770">
        <w:t xml:space="preserve"> </w:t>
      </w:r>
      <w:proofErr w:type="spellStart"/>
      <w:r w:rsidRPr="00334770">
        <w:t>yerinde</w:t>
      </w:r>
      <w:proofErr w:type="spellEnd"/>
      <w:r w:rsidRPr="00334770">
        <w:t xml:space="preserve"> </w:t>
      </w:r>
      <w:proofErr w:type="spellStart"/>
      <w:r w:rsidRPr="00334770">
        <w:t>olmalı</w:t>
      </w:r>
      <w:proofErr w:type="spellEnd"/>
      <w:r w:rsidRPr="00334770">
        <w:t>;</w:t>
      </w:r>
    </w:p>
    <w:p w14:paraId="5E96C7EC" w14:textId="77777777" w:rsidR="00764DAF" w:rsidRPr="00334770" w:rsidRDefault="00000000" w:rsidP="00334770">
      <w:pPr>
        <w:pStyle w:val="ListeParagraf"/>
        <w:numPr>
          <w:ilvl w:val="0"/>
          <w:numId w:val="25"/>
        </w:numPr>
        <w:spacing w:after="140" w:line="240" w:lineRule="auto"/>
      </w:pPr>
      <w:proofErr w:type="spellStart"/>
      <w:r w:rsidRPr="00334770">
        <w:t>iş</w:t>
      </w:r>
      <w:proofErr w:type="spellEnd"/>
      <w:r w:rsidRPr="00334770">
        <w:t xml:space="preserve"> </w:t>
      </w:r>
      <w:proofErr w:type="spellStart"/>
      <w:r w:rsidRPr="00334770">
        <w:t>parçası</w:t>
      </w:r>
      <w:proofErr w:type="spellEnd"/>
      <w:r w:rsidRPr="00334770">
        <w:t xml:space="preserve"> </w:t>
      </w:r>
      <w:proofErr w:type="spellStart"/>
      <w:r w:rsidRPr="00334770">
        <w:t>yatak</w:t>
      </w:r>
      <w:proofErr w:type="spellEnd"/>
      <w:r w:rsidRPr="00334770">
        <w:t xml:space="preserve"> (</w:t>
      </w:r>
      <w:proofErr w:type="spellStart"/>
      <w:r w:rsidRPr="00334770">
        <w:t>dayama</w:t>
      </w:r>
      <w:proofErr w:type="spellEnd"/>
      <w:r w:rsidRPr="00334770">
        <w:t xml:space="preserve">) </w:t>
      </w:r>
      <w:proofErr w:type="spellStart"/>
      <w:r w:rsidRPr="00334770">
        <w:t>üzerinden</w:t>
      </w:r>
      <w:proofErr w:type="spellEnd"/>
      <w:r w:rsidRPr="00334770">
        <w:t xml:space="preserve"> </w:t>
      </w:r>
      <w:proofErr w:type="spellStart"/>
      <w:r w:rsidRPr="00334770">
        <w:t>desteklenerek</w:t>
      </w:r>
      <w:proofErr w:type="spellEnd"/>
      <w:r w:rsidRPr="00334770">
        <w:t xml:space="preserve"> </w:t>
      </w:r>
      <w:proofErr w:type="spellStart"/>
      <w:r w:rsidRPr="00334770">
        <w:t>taşlanmalı</w:t>
      </w:r>
      <w:proofErr w:type="spellEnd"/>
      <w:r w:rsidRPr="00334770">
        <w:t>;</w:t>
      </w:r>
    </w:p>
    <w:p w14:paraId="598084F8" w14:textId="77777777" w:rsidR="00764DAF" w:rsidRPr="00334770" w:rsidRDefault="00000000" w:rsidP="00334770">
      <w:pPr>
        <w:pStyle w:val="ListeParagraf"/>
        <w:numPr>
          <w:ilvl w:val="0"/>
          <w:numId w:val="25"/>
        </w:numPr>
        <w:spacing w:after="140" w:line="240" w:lineRule="auto"/>
      </w:pPr>
      <w:proofErr w:type="spellStart"/>
      <w:r w:rsidRPr="00334770">
        <w:t>taşın</w:t>
      </w:r>
      <w:proofErr w:type="spellEnd"/>
      <w:r w:rsidRPr="00334770">
        <w:t xml:space="preserve"> </w:t>
      </w:r>
      <w:proofErr w:type="spellStart"/>
      <w:r w:rsidRPr="00334770">
        <w:t>yan</w:t>
      </w:r>
      <w:proofErr w:type="spellEnd"/>
      <w:r w:rsidRPr="00334770">
        <w:t xml:space="preserve"> </w:t>
      </w:r>
      <w:proofErr w:type="spellStart"/>
      <w:r w:rsidRPr="00334770">
        <w:t>yüzünde</w:t>
      </w:r>
      <w:proofErr w:type="spellEnd"/>
      <w:r w:rsidRPr="00334770">
        <w:t xml:space="preserve"> </w:t>
      </w:r>
      <w:proofErr w:type="spellStart"/>
      <w:r w:rsidRPr="00334770">
        <w:t>taşlama</w:t>
      </w:r>
      <w:proofErr w:type="spellEnd"/>
      <w:r w:rsidRPr="00334770">
        <w:t xml:space="preserve"> </w:t>
      </w:r>
      <w:proofErr w:type="spellStart"/>
      <w:r w:rsidRPr="00334770">
        <w:t>yapılmamalı</w:t>
      </w:r>
      <w:proofErr w:type="spellEnd"/>
      <w:r w:rsidRPr="00334770">
        <w:t>;</w:t>
      </w:r>
    </w:p>
    <w:p w14:paraId="327A0EF0" w14:textId="28DC8D99" w:rsidR="00764DAF" w:rsidRPr="00334770" w:rsidRDefault="00000000" w:rsidP="00334770">
      <w:pPr>
        <w:pStyle w:val="ListeParagraf"/>
        <w:numPr>
          <w:ilvl w:val="0"/>
          <w:numId w:val="25"/>
        </w:numPr>
        <w:spacing w:after="140" w:line="240" w:lineRule="auto"/>
      </w:pPr>
      <w:proofErr w:type="spellStart"/>
      <w:r w:rsidRPr="00334770">
        <w:t>parçayı</w:t>
      </w:r>
      <w:proofErr w:type="spellEnd"/>
      <w:r w:rsidRPr="00334770">
        <w:t xml:space="preserve"> </w:t>
      </w:r>
      <w:proofErr w:type="spellStart"/>
      <w:r w:rsidRPr="00334770">
        <w:t>fazla</w:t>
      </w:r>
      <w:proofErr w:type="spellEnd"/>
      <w:r w:rsidRPr="00334770">
        <w:t xml:space="preserve"> </w:t>
      </w:r>
      <w:proofErr w:type="spellStart"/>
      <w:r w:rsidRPr="00334770">
        <w:t>bastırmamalı</w:t>
      </w:r>
      <w:proofErr w:type="spellEnd"/>
      <w:r w:rsidRPr="00334770">
        <w:t xml:space="preserve">, </w:t>
      </w:r>
      <w:proofErr w:type="spellStart"/>
      <w:r w:rsidRPr="00334770">
        <w:t>ısınan</w:t>
      </w:r>
      <w:proofErr w:type="spellEnd"/>
      <w:r w:rsidRPr="00334770">
        <w:t xml:space="preserve"> </w:t>
      </w:r>
      <w:proofErr w:type="spellStart"/>
      <w:r w:rsidRPr="00334770">
        <w:t>parça</w:t>
      </w:r>
      <w:proofErr w:type="spellEnd"/>
      <w:r w:rsidRPr="00334770">
        <w:t xml:space="preserve"> </w:t>
      </w:r>
      <w:proofErr w:type="spellStart"/>
      <w:r w:rsidRPr="00334770">
        <w:t>soğutulmalı</w:t>
      </w:r>
      <w:proofErr w:type="spellEnd"/>
      <w:r w:rsidRPr="00334770">
        <w:t xml:space="preserve">. </w:t>
      </w:r>
    </w:p>
    <w:p w14:paraId="306E3D8C" w14:textId="301CC515" w:rsidR="00764DAF" w:rsidRPr="00334770" w:rsidRDefault="00764DAF" w:rsidP="0087475F">
      <w:pPr>
        <w:spacing w:after="140" w:line="240" w:lineRule="auto"/>
      </w:pPr>
    </w:p>
    <w:sectPr w:rsidR="00764DAF" w:rsidRPr="00334770" w:rsidSect="00034616">
      <w:pgSz w:w="12240" w:h="15840"/>
      <w:pgMar w:top="680" w:right="935" w:bottom="652" w:left="9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4CC5452"/>
    <w:multiLevelType w:val="hybridMultilevel"/>
    <w:tmpl w:val="1836372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A52EBB"/>
    <w:multiLevelType w:val="hybridMultilevel"/>
    <w:tmpl w:val="14FC781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B719E1"/>
    <w:multiLevelType w:val="hybridMultilevel"/>
    <w:tmpl w:val="1C98385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7E2458"/>
    <w:multiLevelType w:val="hybridMultilevel"/>
    <w:tmpl w:val="E6B2CAE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25645A"/>
    <w:multiLevelType w:val="hybridMultilevel"/>
    <w:tmpl w:val="5B66ED2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D11276"/>
    <w:multiLevelType w:val="hybridMultilevel"/>
    <w:tmpl w:val="B840E8C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8902779">
    <w:abstractNumId w:val="8"/>
  </w:num>
  <w:num w:numId="2" w16cid:durableId="1305084789">
    <w:abstractNumId w:val="6"/>
  </w:num>
  <w:num w:numId="3" w16cid:durableId="41177832">
    <w:abstractNumId w:val="5"/>
  </w:num>
  <w:num w:numId="4" w16cid:durableId="1146584673">
    <w:abstractNumId w:val="4"/>
  </w:num>
  <w:num w:numId="5" w16cid:durableId="1128889550">
    <w:abstractNumId w:val="7"/>
  </w:num>
  <w:num w:numId="6" w16cid:durableId="1017388597">
    <w:abstractNumId w:val="3"/>
  </w:num>
  <w:num w:numId="7" w16cid:durableId="1735853297">
    <w:abstractNumId w:val="2"/>
  </w:num>
  <w:num w:numId="8" w16cid:durableId="1692103833">
    <w:abstractNumId w:val="1"/>
  </w:num>
  <w:num w:numId="9" w16cid:durableId="1051422525">
    <w:abstractNumId w:val="0"/>
  </w:num>
  <w:num w:numId="10" w16cid:durableId="1265772281">
    <w:abstractNumId w:val="14"/>
  </w:num>
  <w:num w:numId="11" w16cid:durableId="151413888">
    <w:abstractNumId w:val="13"/>
  </w:num>
  <w:num w:numId="12" w16cid:durableId="1957910764">
    <w:abstractNumId w:val="14"/>
    <w:lvlOverride w:ilvl="0">
      <w:startOverride w:val="1"/>
    </w:lvlOverride>
  </w:num>
  <w:num w:numId="13" w16cid:durableId="853615667">
    <w:abstractNumId w:val="14"/>
    <w:lvlOverride w:ilvl="0">
      <w:startOverride w:val="1"/>
    </w:lvlOverride>
  </w:num>
  <w:num w:numId="14" w16cid:durableId="189075559">
    <w:abstractNumId w:val="14"/>
    <w:lvlOverride w:ilvl="0">
      <w:startOverride w:val="1"/>
    </w:lvlOverride>
  </w:num>
  <w:num w:numId="15" w16cid:durableId="2012557822">
    <w:abstractNumId w:val="14"/>
    <w:lvlOverride w:ilvl="0">
      <w:startOverride w:val="1"/>
    </w:lvlOverride>
  </w:num>
  <w:num w:numId="16" w16cid:durableId="1958833783">
    <w:abstractNumId w:val="14"/>
    <w:lvlOverride w:ilvl="0">
      <w:startOverride w:val="1"/>
    </w:lvlOverride>
  </w:num>
  <w:num w:numId="17" w16cid:durableId="1633755846">
    <w:abstractNumId w:val="14"/>
    <w:lvlOverride w:ilvl="0">
      <w:startOverride w:val="1"/>
    </w:lvlOverride>
  </w:num>
  <w:num w:numId="18" w16cid:durableId="350648653">
    <w:abstractNumId w:val="14"/>
    <w:lvlOverride w:ilvl="0">
      <w:startOverride w:val="1"/>
    </w:lvlOverride>
  </w:num>
  <w:num w:numId="19" w16cid:durableId="2001494691">
    <w:abstractNumId w:val="14"/>
    <w:lvlOverride w:ilvl="0">
      <w:startOverride w:val="1"/>
    </w:lvlOverride>
  </w:num>
  <w:num w:numId="20" w16cid:durableId="878736495">
    <w:abstractNumId w:val="14"/>
    <w:lvlOverride w:ilvl="0">
      <w:startOverride w:val="1"/>
    </w:lvlOverride>
  </w:num>
  <w:num w:numId="21" w16cid:durableId="684475759">
    <w:abstractNumId w:val="14"/>
    <w:lvlOverride w:ilvl="0">
      <w:startOverride w:val="1"/>
    </w:lvlOverride>
  </w:num>
  <w:num w:numId="22" w16cid:durableId="774442642">
    <w:abstractNumId w:val="10"/>
  </w:num>
  <w:num w:numId="23" w16cid:durableId="2122798376">
    <w:abstractNumId w:val="9"/>
  </w:num>
  <w:num w:numId="24" w16cid:durableId="1936162048">
    <w:abstractNumId w:val="12"/>
  </w:num>
  <w:num w:numId="25" w16cid:durableId="176406038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34770"/>
    <w:rsid w:val="003E1559"/>
    <w:rsid w:val="00670C22"/>
    <w:rsid w:val="00764DAF"/>
    <w:rsid w:val="0087475F"/>
    <w:rsid w:val="008C1C28"/>
    <w:rsid w:val="00A54D61"/>
    <w:rsid w:val="00AA1D8D"/>
    <w:rsid w:val="00AE7FC0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6945AD"/>
  <w14:defaultImageDpi w14:val="300"/>
  <w15:docId w15:val="{9051B837-98E0-4398-BA8F-DCC5B3FAC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506</Words>
  <Characters>2886</Characters>
  <Application>Microsoft Office Word</Application>
  <DocSecurity>0</DocSecurity>
  <Lines>24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3386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Abdullah Yanik</cp:lastModifiedBy>
  <cp:revision>3</cp:revision>
  <dcterms:created xsi:type="dcterms:W3CDTF">2013-12-23T23:15:00Z</dcterms:created>
  <dcterms:modified xsi:type="dcterms:W3CDTF">2026-11-07T12:56:00Z</dcterms:modified>
  <cp:category/>
</cp:coreProperties>
</file>