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Pr="00434928" w:rsidRDefault="00A54D61" w:rsidP="00434928">
      <w:pPr>
        <w:spacing w:after="40"/>
        <w:jc w:val="center"/>
        <w:rPr>
          <w:sz w:val="24"/>
          <w:szCs w:val="24"/>
        </w:rPr>
      </w:pPr>
      <w:r w:rsidRPr="00434928">
        <w:rPr>
          <w:b/>
          <w:sz w:val="24"/>
          <w:szCs w:val="24"/>
        </w:rPr>
        <w:t>KIRIKKALE MESLEKİ VE TEKNİK ANADOLU LİSESİ</w:t>
      </w:r>
    </w:p>
    <w:p w14:paraId="6F594FB9" w14:textId="77777777" w:rsidR="00A54D61" w:rsidRPr="00434928" w:rsidRDefault="00A54D61" w:rsidP="00434928">
      <w:pPr>
        <w:spacing w:after="40"/>
        <w:jc w:val="center"/>
        <w:rPr>
          <w:sz w:val="24"/>
          <w:szCs w:val="24"/>
        </w:rPr>
      </w:pPr>
      <w:r w:rsidRPr="00434928">
        <w:rPr>
          <w:b/>
          <w:sz w:val="24"/>
          <w:szCs w:val="24"/>
        </w:rPr>
        <w:t>2026/2027 EĞİTİM ÖĞRETİM YILI OTOMOTİV TEKNOLOJİLERİ ALANI</w:t>
      </w:r>
    </w:p>
    <w:p w14:paraId="53502B0E" w14:textId="3F26EBAC" w:rsidR="00AE7FC0" w:rsidRPr="00434928" w:rsidRDefault="00A54D61" w:rsidP="00434928">
      <w:pPr>
        <w:spacing w:after="40"/>
        <w:jc w:val="center"/>
        <w:rPr>
          <w:sz w:val="24"/>
          <w:szCs w:val="24"/>
        </w:rPr>
      </w:pPr>
      <w:r w:rsidRPr="00434928">
        <w:rPr>
          <w:b/>
          <w:sz w:val="24"/>
          <w:szCs w:val="24"/>
        </w:rPr>
        <w:t>TEMEL OTOMOTİV TEKNOLOJİSİ DERSİ</w:t>
      </w:r>
      <w:r w:rsidR="00434928" w:rsidRPr="00434928">
        <w:rPr>
          <w:b/>
          <w:sz w:val="24"/>
          <w:szCs w:val="24"/>
        </w:rPr>
        <w:t xml:space="preserve"> </w:t>
      </w:r>
      <w:r w:rsidR="00000000" w:rsidRPr="00434928">
        <w:rPr>
          <w:b/>
          <w:sz w:val="24"/>
          <w:szCs w:val="24"/>
        </w:rPr>
        <w:t xml:space="preserve">1. DÖNEM 2. YAZILI SINAVI </w:t>
      </w:r>
    </w:p>
    <w:p w14:paraId="45908AA8" w14:textId="4238213D" w:rsidR="00AE7FC0" w:rsidRDefault="00000000">
      <w:pPr>
        <w:spacing w:after="100" w:line="240" w:lineRule="auto"/>
      </w:pPr>
      <w:proofErr w:type="spellStart"/>
      <w:r>
        <w:rPr>
          <w:sz w:val="20"/>
        </w:rPr>
        <w:t>Adı</w:t>
      </w:r>
      <w:proofErr w:type="spellEnd"/>
      <w:r>
        <w:rPr>
          <w:sz w:val="20"/>
        </w:rPr>
        <w:t xml:space="preserve"> Soyadı: ....................................................    </w:t>
      </w:r>
      <w:r w:rsidR="00764DAF">
        <w:rPr>
          <w:sz w:val="20"/>
        </w:rPr>
        <w:tab/>
      </w:r>
      <w:proofErr w:type="spellStart"/>
      <w:r>
        <w:rPr>
          <w:sz w:val="20"/>
        </w:rPr>
        <w:t>Sınıfı</w:t>
      </w:r>
      <w:proofErr w:type="spellEnd"/>
      <w:r>
        <w:rPr>
          <w:sz w:val="20"/>
        </w:rPr>
        <w:t xml:space="preserve">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proofErr w:type="spellStart"/>
      <w:r>
        <w:rPr>
          <w:sz w:val="20"/>
        </w:rPr>
        <w:t>Aldığı</w:t>
      </w:r>
      <w:proofErr w:type="spellEnd"/>
      <w:r>
        <w:rPr>
          <w:sz w:val="20"/>
        </w:rPr>
        <w:t xml:space="preserve">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1.</w:t>
      </w:r>
      <w:r>
        <w:rPr>
          <w:bCs/>
        </w:rPr>
        <w:t xml:space="preserve"> (6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Perçinleme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nedir</w:t>
      </w:r>
      <w:proofErr w:type="spellEnd"/>
      <w:r>
        <w:rPr>
          <w:bCs/>
        </w:rPr>
        <w:t xml:space="preserve">? </w:t>
      </w:r>
      <w:proofErr w:type="spellStart"/>
      <w:r>
        <w:rPr>
          <w:bCs/>
        </w:rPr>
        <w:t>Tanımlayınız</w:t>
      </w:r>
      <w:proofErr w:type="spellEnd"/>
      <w:r>
        <w:rPr>
          <w:bCs/>
        </w:rPr>
        <w:t>.</w:t>
      </w:r>
    </w:p>
    <w:p w14:paraId="2DC18980" w14:textId="57E1E90F" w:rsidR="00764DAF" w:rsidRPr="00A54D61" w:rsidRDefault="00000000" w:rsidP="00A54D61">
      <w:pPr>
        <w:spacing w:after="60" w:line="360" w:lineRule="auto"/>
      </w:pPr>
      <w:r>
        <w:rPr>
          <w:b/>
        </w:rPr>
        <w:t>2.</w:t>
      </w:r>
      <w:r>
        <w:rPr>
          <w:bCs/>
        </w:rPr>
        <w:t xml:space="preserve"> (6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Atölyede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kullanılan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üç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kesme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aletini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3.</w:t>
      </w:r>
      <w:r>
        <w:rPr>
          <w:bCs/>
        </w:rPr>
        <w:t xml:space="preserve"> (8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İçten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yanmalı</w:t>
      </w:r>
      <w:proofErr w:type="spellEnd"/>
      <w:r>
        <w:rPr>
          <w:bCs/>
        </w:rPr>
        <w:t xml:space="preserve"> motor </w:t>
      </w:r>
      <w:proofErr w:type="spellStart"/>
      <w:r>
        <w:rPr>
          <w:bCs/>
        </w:rPr>
        <w:t>nedir</w:t>
      </w:r>
      <w:proofErr w:type="spellEnd"/>
      <w:r>
        <w:rPr>
          <w:bCs/>
        </w:rPr>
        <w:t xml:space="preserve">? </w:t>
      </w:r>
      <w:proofErr w:type="spellStart"/>
      <w:r>
        <w:rPr>
          <w:bCs/>
        </w:rPr>
        <w:t>Kullanıldığı</w:t>
      </w:r>
      <w:proofErr w:type="spellEnd"/>
      <w:r>
        <w:rPr>
          <w:bCs/>
        </w:rPr>
        <w:t xml:space="preserve"> </w:t>
      </w:r>
      <w:proofErr w:type="spellStart"/>
      <w:r w:rsidRPr="00434928">
        <w:rPr>
          <w:b/>
          <w:u w:val="single"/>
        </w:rPr>
        <w:t>dört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yeri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4A8ED9FA" w14:textId="77777777" w:rsidR="00AE7FC0" w:rsidRPr="00A54D61" w:rsidRDefault="00000000" w:rsidP="00A54D61">
      <w:pPr>
        <w:spacing w:after="20" w:line="360" w:lineRule="auto"/>
      </w:pPr>
      <w:r>
        <w:rPr>
          <w:b/>
        </w:rPr>
        <w:t>4.</w:t>
      </w:r>
      <w:r>
        <w:rPr>
          <w:bCs/>
        </w:rPr>
        <w:t xml:space="preserve"> (8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İçten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yanmalı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motorları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sınıflandırma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ölçütlerinden</w:t>
      </w:r>
      <w:proofErr w:type="spellEnd"/>
      <w:r>
        <w:rPr>
          <w:bCs/>
        </w:rPr>
        <w:t xml:space="preserve"> </w:t>
      </w:r>
      <w:proofErr w:type="spellStart"/>
      <w:r w:rsidRPr="00434928">
        <w:rPr>
          <w:b/>
          <w:u w:val="single"/>
        </w:rPr>
        <w:t>dört</w:t>
      </w:r>
      <w:proofErr w:type="spellEnd"/>
      <w:r w:rsidRPr="00434928">
        <w:rPr>
          <w:b/>
          <w:u w:val="single"/>
        </w:rPr>
        <w:t xml:space="preserve"> </w:t>
      </w:r>
      <w:proofErr w:type="spellStart"/>
      <w:r w:rsidRPr="00434928">
        <w:rPr>
          <w:b/>
          <w:u w:val="single"/>
        </w:rPr>
        <w:t>tanesini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5B5739D1" w14:textId="77777777" w:rsidR="00AE7FC0" w:rsidRPr="00A54D61" w:rsidRDefault="00000000" w:rsidP="00A54D61">
      <w:pPr>
        <w:spacing w:after="20" w:line="360" w:lineRule="auto"/>
      </w:pPr>
      <w:r>
        <w:rPr>
          <w:b/>
        </w:rPr>
        <w:t>5.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Eğeleme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yapılırken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dikkat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edilecek</w:t>
      </w:r>
      <w:proofErr w:type="spellEnd"/>
      <w:r>
        <w:rPr>
          <w:bCs/>
        </w:rPr>
        <w:t xml:space="preserve"> </w:t>
      </w:r>
      <w:proofErr w:type="spellStart"/>
      <w:r w:rsidRPr="00434928">
        <w:rPr>
          <w:b/>
          <w:u w:val="single"/>
        </w:rPr>
        <w:t>beş</w:t>
      </w:r>
      <w:proofErr w:type="spellEnd"/>
      <w:r w:rsidRPr="00434928">
        <w:rPr>
          <w:b/>
          <w:u w:val="single"/>
        </w:rPr>
        <w:t xml:space="preserve"> </w:t>
      </w:r>
      <w:proofErr w:type="spellStart"/>
      <w:r w:rsidRPr="00434928">
        <w:rPr>
          <w:b/>
          <w:u w:val="single"/>
        </w:rPr>
        <w:t>kuralı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6.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>) M10 (</w:t>
      </w:r>
      <w:proofErr w:type="spellStart"/>
      <w:r>
        <w:rPr>
          <w:bCs/>
        </w:rPr>
        <w:t>hatve</w:t>
      </w:r>
      <w:proofErr w:type="spellEnd"/>
      <w:r>
        <w:rPr>
          <w:bCs/>
        </w:rPr>
        <w:t xml:space="preserve"> 1,5 mm) </w:t>
      </w:r>
      <w:proofErr w:type="spellStart"/>
      <w:r>
        <w:rPr>
          <w:bCs/>
        </w:rPr>
        <w:t>bir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kılavuzla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açmak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için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delinecek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delik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çapı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kaç</w:t>
      </w:r>
      <w:proofErr w:type="spellEnd"/>
      <w:r>
        <w:rPr>
          <w:bCs/>
        </w:rPr>
        <w:t xml:space="preserve"> mm </w:t>
      </w:r>
      <w:proofErr w:type="spellStart"/>
      <w:r>
        <w:rPr>
          <w:bCs/>
        </w:rPr>
        <w:t>olmalıdır</w:t>
      </w:r>
      <w:proofErr w:type="spellEnd"/>
      <w:r>
        <w:rPr>
          <w:bCs/>
        </w:rPr>
        <w:t xml:space="preserve">? </w:t>
      </w:r>
      <w:proofErr w:type="spellStart"/>
      <w:r>
        <w:rPr>
          <w:bCs/>
        </w:rPr>
        <w:t>Formülünü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yazarak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hesaplayınız</w:t>
      </w:r>
      <w:proofErr w:type="spellEnd"/>
      <w:r>
        <w:rPr>
          <w:bCs/>
        </w:rPr>
        <w:t>.</w:t>
      </w:r>
    </w:p>
    <w:p w14:paraId="1BB85A2D" w14:textId="718E413A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7.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Torkmetre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nedir</w:t>
      </w:r>
      <w:proofErr w:type="spellEnd"/>
      <w:r>
        <w:rPr>
          <w:bCs/>
        </w:rPr>
        <w:t xml:space="preserve">, ne </w:t>
      </w:r>
      <w:proofErr w:type="spellStart"/>
      <w:r>
        <w:rPr>
          <w:bCs/>
        </w:rPr>
        <w:t>için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kullanılır</w:t>
      </w:r>
      <w:proofErr w:type="spellEnd"/>
      <w:r>
        <w:rPr>
          <w:bCs/>
        </w:rPr>
        <w:t xml:space="preserve">? </w:t>
      </w:r>
      <w:proofErr w:type="spellStart"/>
      <w:r>
        <w:rPr>
          <w:bCs/>
        </w:rPr>
        <w:t>Cıvatalar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tork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değerinde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sıkılmazsa</w:t>
      </w:r>
      <w:proofErr w:type="spellEnd"/>
      <w:r>
        <w:rPr>
          <w:bCs/>
        </w:rPr>
        <w:t xml:space="preserve"> ne </w:t>
      </w:r>
      <w:proofErr w:type="spellStart"/>
      <w:r>
        <w:rPr>
          <w:bCs/>
        </w:rPr>
        <w:t>olur</w:t>
      </w:r>
      <w:proofErr w:type="spellEnd"/>
      <w:r>
        <w:rPr>
          <w:bCs/>
        </w:rPr>
        <w:t>?</w:t>
      </w:r>
    </w:p>
    <w:p w14:paraId="5C9FB45E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8.</w:t>
      </w:r>
      <w:r>
        <w:rPr>
          <w:bCs/>
        </w:rPr>
        <w:t xml:space="preserve"> (12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Supap</w:t>
      </w:r>
      <w:proofErr w:type="spellEnd"/>
      <w:r>
        <w:rPr>
          <w:bCs/>
        </w:rPr>
        <w:t xml:space="preserve"> zaman </w:t>
      </w:r>
      <w:proofErr w:type="spellStart"/>
      <w:r>
        <w:rPr>
          <w:bCs/>
        </w:rPr>
        <w:t>ayar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diyagramı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nedir</w:t>
      </w:r>
      <w:proofErr w:type="spellEnd"/>
      <w:r>
        <w:rPr>
          <w:bCs/>
        </w:rPr>
        <w:t xml:space="preserve">? </w:t>
      </w:r>
      <w:proofErr w:type="spellStart"/>
      <w:r>
        <w:rPr>
          <w:bCs/>
        </w:rPr>
        <w:t>Diyagramda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gösterilen</w:t>
      </w:r>
      <w:proofErr w:type="spellEnd"/>
      <w:r>
        <w:rPr>
          <w:bCs/>
        </w:rPr>
        <w:t xml:space="preserve"> </w:t>
      </w:r>
      <w:proofErr w:type="spellStart"/>
      <w:r w:rsidRPr="00434928">
        <w:rPr>
          <w:b/>
          <w:u w:val="single"/>
        </w:rPr>
        <w:t>üç</w:t>
      </w:r>
      <w:proofErr w:type="spellEnd"/>
      <w:r w:rsidRPr="00434928">
        <w:rPr>
          <w:b/>
          <w:u w:val="single"/>
        </w:rPr>
        <w:t xml:space="preserve"> </w:t>
      </w:r>
      <w:proofErr w:type="spellStart"/>
      <w:r w:rsidRPr="00434928">
        <w:rPr>
          <w:b/>
          <w:u w:val="single"/>
        </w:rPr>
        <w:t>bilgiyi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408CEED8" w14:textId="77777777" w:rsidR="00434928" w:rsidRDefault="00000000" w:rsidP="00A54D61">
      <w:pPr>
        <w:spacing w:after="20" w:line="360" w:lineRule="auto"/>
        <w:rPr>
          <w:bCs/>
        </w:rPr>
      </w:pPr>
      <w:r>
        <w:rPr>
          <w:b/>
        </w:rPr>
        <w:t>9.</w:t>
      </w:r>
      <w:r>
        <w:rPr>
          <w:bCs/>
        </w:rPr>
        <w:t xml:space="preserve"> (15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Dört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zamanlı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motorda</w:t>
      </w:r>
      <w:proofErr w:type="spellEnd"/>
      <w:r>
        <w:rPr>
          <w:bCs/>
        </w:rPr>
        <w:t xml:space="preserve">: </w:t>
      </w:r>
    </w:p>
    <w:p w14:paraId="635A6676" w14:textId="77777777" w:rsidR="00434928" w:rsidRDefault="00000000" w:rsidP="00434928">
      <w:pPr>
        <w:spacing w:after="20" w:line="360" w:lineRule="auto"/>
        <w:ind w:left="720"/>
        <w:rPr>
          <w:bCs/>
        </w:rPr>
      </w:pPr>
      <w:r>
        <w:rPr>
          <w:bCs/>
        </w:rPr>
        <w:t xml:space="preserve">a) Bir </w:t>
      </w:r>
      <w:proofErr w:type="spellStart"/>
      <w:r>
        <w:rPr>
          <w:bCs/>
        </w:rPr>
        <w:t>çevrimde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krank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kaç</w:t>
      </w:r>
      <w:proofErr w:type="spellEnd"/>
      <w:r>
        <w:rPr>
          <w:bCs/>
        </w:rPr>
        <w:t xml:space="preserve"> tur döner?</w:t>
      </w:r>
      <w:r>
        <w:rPr>
          <w:bCs/>
        </w:rPr>
        <w:br/>
        <w:t xml:space="preserve">b) Kam </w:t>
      </w:r>
      <w:proofErr w:type="spellStart"/>
      <w:r>
        <w:rPr>
          <w:bCs/>
        </w:rPr>
        <w:t>mili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kaç</w:t>
      </w:r>
      <w:proofErr w:type="spellEnd"/>
      <w:r>
        <w:rPr>
          <w:bCs/>
        </w:rPr>
        <w:t xml:space="preserve"> tur döner?</w:t>
      </w:r>
      <w:r>
        <w:rPr>
          <w:bCs/>
        </w:rPr>
        <w:br/>
        <w:t xml:space="preserve">c) Emme </w:t>
      </w:r>
      <w:proofErr w:type="spellStart"/>
      <w:r>
        <w:rPr>
          <w:bCs/>
        </w:rPr>
        <w:t>zamanında</w:t>
      </w:r>
      <w:proofErr w:type="spellEnd"/>
      <w:r>
        <w:rPr>
          <w:bCs/>
        </w:rPr>
        <w:t>,</w:t>
      </w:r>
      <w:r>
        <w:rPr>
          <w:bCs/>
        </w:rPr>
        <w:br/>
        <w:t xml:space="preserve">d) </w:t>
      </w:r>
      <w:proofErr w:type="spellStart"/>
      <w:r>
        <w:rPr>
          <w:bCs/>
        </w:rPr>
        <w:t>iş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zamanında</w:t>
      </w:r>
      <w:proofErr w:type="spellEnd"/>
    </w:p>
    <w:p w14:paraId="648F369C" w14:textId="60DB97C6" w:rsidR="00AE7FC0" w:rsidRPr="00A54D61" w:rsidRDefault="00000000" w:rsidP="00434928">
      <w:pPr>
        <w:spacing w:after="20" w:line="360" w:lineRule="auto"/>
        <w:ind w:firstLine="720"/>
      </w:pPr>
      <w:r>
        <w:rPr>
          <w:bCs/>
        </w:rPr>
        <w:t xml:space="preserve">e) </w:t>
      </w:r>
      <w:proofErr w:type="spellStart"/>
      <w:r>
        <w:rPr>
          <w:bCs/>
        </w:rPr>
        <w:t>egzoz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zamanında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supapların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durumu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nasıldır</w:t>
      </w:r>
      <w:proofErr w:type="spellEnd"/>
      <w:r>
        <w:rPr>
          <w:bCs/>
        </w:rPr>
        <w:t xml:space="preserve">? (Her </w:t>
      </w:r>
      <w:proofErr w:type="spellStart"/>
      <w:r>
        <w:rPr>
          <w:bCs/>
        </w:rPr>
        <w:t>şık</w:t>
      </w:r>
      <w:proofErr w:type="spellEnd"/>
      <w:r>
        <w:rPr>
          <w:bCs/>
        </w:rPr>
        <w:t xml:space="preserve"> 3 </w:t>
      </w:r>
      <w:proofErr w:type="spellStart"/>
      <w:r>
        <w:rPr>
          <w:bCs/>
        </w:rPr>
        <w:t>puan</w:t>
      </w:r>
      <w:proofErr w:type="spellEnd"/>
      <w:r>
        <w:rPr>
          <w:bCs/>
        </w:rPr>
        <w:t>)</w:t>
      </w:r>
    </w:p>
    <w:p w14:paraId="334B9862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10.</w:t>
      </w:r>
      <w:r>
        <w:rPr>
          <w:bCs/>
        </w:rPr>
        <w:t xml:space="preserve"> (15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İçten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yanmalı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motorun</w:t>
      </w:r>
      <w:proofErr w:type="spellEnd"/>
      <w:r>
        <w:rPr>
          <w:bCs/>
        </w:rPr>
        <w:t xml:space="preserve"> ana </w:t>
      </w:r>
      <w:proofErr w:type="spellStart"/>
      <w:r>
        <w:rPr>
          <w:bCs/>
        </w:rPr>
        <w:t>parçalarından</w:t>
      </w:r>
      <w:proofErr w:type="spellEnd"/>
      <w:r>
        <w:rPr>
          <w:bCs/>
        </w:rPr>
        <w:t xml:space="preserve"> </w:t>
      </w:r>
      <w:proofErr w:type="spellStart"/>
      <w:r w:rsidRPr="00434928">
        <w:rPr>
          <w:b/>
          <w:u w:val="single"/>
        </w:rPr>
        <w:t>beş</w:t>
      </w:r>
      <w:proofErr w:type="spellEnd"/>
      <w:r w:rsidRPr="00434928">
        <w:rPr>
          <w:b/>
          <w:u w:val="single"/>
        </w:rPr>
        <w:t xml:space="preserve"> </w:t>
      </w:r>
      <w:proofErr w:type="spellStart"/>
      <w:r w:rsidRPr="00434928">
        <w:rPr>
          <w:b/>
          <w:u w:val="single"/>
        </w:rPr>
        <w:t>tanesini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görevlerini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kısaca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belirtiniz</w:t>
      </w:r>
      <w:proofErr w:type="spellEnd"/>
      <w:r>
        <w:rPr>
          <w:bCs/>
        </w:rPr>
        <w:t>.</w:t>
      </w:r>
    </w:p>
    <w:p w14:paraId="560F709B" w14:textId="77777777" w:rsidR="00764DAF" w:rsidRDefault="00764DAF">
      <w:pPr>
        <w:spacing w:after="20" w:line="240" w:lineRule="auto"/>
      </w:pP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proofErr w:type="spellStart"/>
      <w:r>
        <w:rPr>
          <w:sz w:val="20"/>
        </w:rPr>
        <w:t>Başarılar</w:t>
      </w:r>
      <w:proofErr w:type="spellEnd"/>
    </w:p>
    <w:p w14:paraId="3CA353D4" w14:textId="501BE177" w:rsidR="00AE7FC0" w:rsidRDefault="00000000">
      <w:pPr>
        <w:spacing w:line="240" w:lineRule="auto"/>
      </w:pPr>
      <w:proofErr w:type="spellStart"/>
      <w:r w:rsidRPr="00A54D61">
        <w:rPr>
          <w:b/>
          <w:bCs/>
          <w:sz w:val="20"/>
          <w:u w:val="single"/>
        </w:rPr>
        <w:t>Süre</w:t>
      </w:r>
      <w:proofErr w:type="spellEnd"/>
      <w:r w:rsidRPr="00A54D61">
        <w:rPr>
          <w:b/>
          <w:bCs/>
          <w:sz w:val="20"/>
          <w:u w:val="single"/>
        </w:rPr>
        <w:t>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 xml:space="preserve">Mot. </w:t>
      </w:r>
      <w:proofErr w:type="spellStart"/>
      <w:r>
        <w:rPr>
          <w:sz w:val="20"/>
        </w:rPr>
        <w:t>Araç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Tekn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Öğrt</w:t>
      </w:r>
      <w:proofErr w:type="spellEnd"/>
      <w:r>
        <w:rPr>
          <w:sz w:val="20"/>
        </w:rPr>
        <w:t>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Pr="00F532D3" w:rsidRDefault="003E1559">
      <w:pPr>
        <w:spacing w:after="40" w:line="240" w:lineRule="auto"/>
        <w:jc w:val="center"/>
        <w:rPr>
          <w:sz w:val="24"/>
          <w:szCs w:val="24"/>
        </w:rPr>
      </w:pPr>
      <w:r w:rsidRPr="00F532D3">
        <w:rPr>
          <w:b/>
          <w:sz w:val="24"/>
          <w:szCs w:val="24"/>
        </w:rPr>
        <w:lastRenderedPageBreak/>
        <w:t>KIRIKKALE MESLEKİ VE TEKNİK ANADOLU LİSESİ</w:t>
      </w:r>
    </w:p>
    <w:p w14:paraId="10D1E64B" w14:textId="58447EAA" w:rsidR="00AE7FC0" w:rsidRPr="00F532D3" w:rsidRDefault="00000000">
      <w:pPr>
        <w:spacing w:after="40" w:line="240" w:lineRule="auto"/>
        <w:jc w:val="center"/>
        <w:rPr>
          <w:sz w:val="24"/>
          <w:szCs w:val="24"/>
        </w:rPr>
      </w:pPr>
      <w:r w:rsidRPr="00F532D3">
        <w:rPr>
          <w:b/>
          <w:sz w:val="24"/>
          <w:szCs w:val="24"/>
        </w:rPr>
        <w:t xml:space="preserve">2026/2027 EĞİTİM ÖĞRETİM YILI </w:t>
      </w:r>
      <w:r w:rsidR="003E1559" w:rsidRPr="00F532D3">
        <w:rPr>
          <w:b/>
          <w:sz w:val="24"/>
          <w:szCs w:val="24"/>
        </w:rPr>
        <w:t>OTOMOTİV</w:t>
      </w:r>
      <w:r w:rsidRPr="00F532D3">
        <w:rPr>
          <w:b/>
          <w:sz w:val="24"/>
          <w:szCs w:val="24"/>
        </w:rPr>
        <w:t xml:space="preserve"> TEKNOLOJİ</w:t>
      </w:r>
      <w:r w:rsidR="003E1559" w:rsidRPr="00F532D3">
        <w:rPr>
          <w:b/>
          <w:sz w:val="24"/>
          <w:szCs w:val="24"/>
        </w:rPr>
        <w:t>LERİ</w:t>
      </w:r>
      <w:r w:rsidRPr="00F532D3">
        <w:rPr>
          <w:b/>
          <w:sz w:val="24"/>
          <w:szCs w:val="24"/>
        </w:rPr>
        <w:t xml:space="preserve"> ALANI</w:t>
      </w:r>
    </w:p>
    <w:p w14:paraId="4749E30A" w14:textId="2643376B" w:rsidR="00AE7FC0" w:rsidRPr="00F532D3" w:rsidRDefault="00000000" w:rsidP="00F532D3">
      <w:pPr>
        <w:spacing w:after="40" w:line="240" w:lineRule="auto"/>
        <w:jc w:val="center"/>
        <w:rPr>
          <w:sz w:val="24"/>
          <w:szCs w:val="24"/>
        </w:rPr>
      </w:pPr>
      <w:r w:rsidRPr="00F532D3">
        <w:rPr>
          <w:b/>
          <w:sz w:val="24"/>
          <w:szCs w:val="24"/>
        </w:rPr>
        <w:t>TEMEL OTOMOTİV TEKNOLOJİSİ DERSİ</w:t>
      </w:r>
      <w:r w:rsidR="00F532D3" w:rsidRPr="00F532D3">
        <w:rPr>
          <w:b/>
          <w:sz w:val="24"/>
          <w:szCs w:val="24"/>
        </w:rPr>
        <w:t xml:space="preserve"> </w:t>
      </w:r>
      <w:r w:rsidRPr="00F532D3">
        <w:rPr>
          <w:b/>
          <w:sz w:val="24"/>
          <w:szCs w:val="24"/>
        </w:rPr>
        <w:t>1. DÖNEM 2. YAZILI SINAVI CEVAP ANAHTARI</w:t>
      </w:r>
    </w:p>
    <w:p w14:paraId="7897E36D" w14:textId="7170E257" w:rsidR="00AE7FC0" w:rsidRDefault="00F532D3">
      <w:pPr>
        <w:spacing w:after="120" w:line="240" w:lineRule="auto"/>
        <w:jc w:val="center"/>
      </w:pPr>
      <w:r>
        <w:rPr>
          <w:b/>
        </w:rPr>
        <w:t xml:space="preserve"> 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1.</w:t>
      </w:r>
      <w:r>
        <w:rPr>
          <w:sz w:val="20"/>
        </w:rPr>
        <w:t xml:space="preserve"> İki </w:t>
      </w:r>
      <w:proofErr w:type="spellStart"/>
      <w:r>
        <w:rPr>
          <w:sz w:val="20"/>
        </w:rPr>
        <w:t>veya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daha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fazla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parçayı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perçin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denen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bağlantı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elemanı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sökülemeyecek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kalıcı</w:t>
      </w:r>
      <w:proofErr w:type="spellEnd"/>
      <w:r>
        <w:rPr>
          <w:sz w:val="20"/>
        </w:rPr>
        <w:t xml:space="preserve">) </w:t>
      </w:r>
      <w:proofErr w:type="spellStart"/>
      <w:r>
        <w:rPr>
          <w:sz w:val="20"/>
        </w:rPr>
        <w:t>şekilde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birleştirme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işlemidir</w:t>
      </w:r>
      <w:proofErr w:type="spellEnd"/>
      <w:r>
        <w:rPr>
          <w:sz w:val="20"/>
        </w:rPr>
        <w:t xml:space="preserve">. (6 </w:t>
      </w:r>
      <w:proofErr w:type="spellStart"/>
      <w:r>
        <w:rPr>
          <w:sz w:val="20"/>
        </w:rPr>
        <w:t>puan</w:t>
      </w:r>
      <w:proofErr w:type="spellEnd"/>
      <w:r>
        <w:rPr>
          <w:sz w:val="20"/>
        </w:rPr>
        <w:t>)</w:t>
      </w:r>
    </w:p>
    <w:p w14:paraId="7621B646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2.</w:t>
      </w:r>
      <w:r>
        <w:rPr>
          <w:sz w:val="20"/>
        </w:rPr>
        <w:t xml:space="preserve"> El </w:t>
      </w:r>
      <w:proofErr w:type="spellStart"/>
      <w:r>
        <w:rPr>
          <w:sz w:val="20"/>
        </w:rPr>
        <w:t>testeresi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keski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kesici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makas</w:t>
      </w:r>
      <w:proofErr w:type="spellEnd"/>
      <w:r>
        <w:rPr>
          <w:sz w:val="20"/>
        </w:rPr>
        <w:t xml:space="preserve"> (sac </w:t>
      </w:r>
      <w:proofErr w:type="spellStart"/>
      <w:r>
        <w:rPr>
          <w:sz w:val="20"/>
        </w:rPr>
        <w:t>makası</w:t>
      </w:r>
      <w:proofErr w:type="spellEnd"/>
      <w:r>
        <w:rPr>
          <w:sz w:val="20"/>
        </w:rPr>
        <w:t xml:space="preserve">), </w:t>
      </w:r>
      <w:proofErr w:type="spellStart"/>
      <w:r>
        <w:rPr>
          <w:sz w:val="20"/>
        </w:rPr>
        <w:t>boru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kesici</w:t>
      </w:r>
      <w:proofErr w:type="spellEnd"/>
      <w:r>
        <w:rPr>
          <w:sz w:val="20"/>
        </w:rPr>
        <w:t xml:space="preserve">. Doğru her </w:t>
      </w:r>
      <w:proofErr w:type="spellStart"/>
      <w:r>
        <w:rPr>
          <w:sz w:val="20"/>
        </w:rPr>
        <w:t>cevap</w:t>
      </w:r>
      <w:proofErr w:type="spellEnd"/>
      <w:r>
        <w:rPr>
          <w:sz w:val="20"/>
        </w:rPr>
        <w:t xml:space="preserve"> 2 </w:t>
      </w:r>
      <w:proofErr w:type="spellStart"/>
      <w:r>
        <w:rPr>
          <w:sz w:val="20"/>
        </w:rPr>
        <w:t>puan</w:t>
      </w:r>
      <w:proofErr w:type="spellEnd"/>
      <w:r>
        <w:rPr>
          <w:sz w:val="20"/>
        </w:rPr>
        <w:t>.</w:t>
      </w:r>
    </w:p>
    <w:p w14:paraId="065A90FF" w14:textId="54668F6F" w:rsidR="00AE7FC0" w:rsidRDefault="00000000">
      <w:pPr>
        <w:spacing w:after="140" w:line="240" w:lineRule="auto"/>
      </w:pPr>
      <w:r>
        <w:rPr>
          <w:b/>
          <w:bCs/>
          <w:sz w:val="20"/>
        </w:rPr>
        <w:t>3.</w:t>
      </w:r>
      <w:r>
        <w:rPr>
          <w:sz w:val="20"/>
        </w:rPr>
        <w:t xml:space="preserve"> </w:t>
      </w:r>
      <w:proofErr w:type="spellStart"/>
      <w:r w:rsidR="00434928">
        <w:rPr>
          <w:sz w:val="20"/>
        </w:rPr>
        <w:t>Yakıttan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elde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ettiği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ısı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enerjisini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mekanik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enerjiye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çeviren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motordur</w:t>
      </w:r>
      <w:proofErr w:type="spellEnd"/>
      <w:r>
        <w:rPr>
          <w:sz w:val="20"/>
        </w:rPr>
        <w:t xml:space="preserve"> (4 </w:t>
      </w:r>
      <w:proofErr w:type="spellStart"/>
      <w:r>
        <w:rPr>
          <w:sz w:val="20"/>
        </w:rPr>
        <w:t>puan</w:t>
      </w:r>
      <w:proofErr w:type="spellEnd"/>
      <w:r>
        <w:rPr>
          <w:sz w:val="20"/>
        </w:rPr>
        <w:t xml:space="preserve">). Otomobil, </w:t>
      </w:r>
      <w:proofErr w:type="spellStart"/>
      <w:r>
        <w:rPr>
          <w:sz w:val="20"/>
        </w:rPr>
        <w:t>kamyon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otobüs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motosiklet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traktör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gemi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jeneratör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iş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makinesi</w:t>
      </w:r>
      <w:proofErr w:type="spellEnd"/>
      <w:r>
        <w:rPr>
          <w:sz w:val="20"/>
        </w:rPr>
        <w:t xml:space="preserve">. </w:t>
      </w:r>
      <w:r w:rsidR="00434928">
        <w:rPr>
          <w:sz w:val="20"/>
        </w:rPr>
        <w:t>(</w:t>
      </w:r>
      <w:r>
        <w:rPr>
          <w:sz w:val="20"/>
        </w:rPr>
        <w:t xml:space="preserve">Doğru her </w:t>
      </w:r>
      <w:proofErr w:type="spellStart"/>
      <w:r>
        <w:rPr>
          <w:sz w:val="20"/>
        </w:rPr>
        <w:t>cevap</w:t>
      </w:r>
      <w:proofErr w:type="spellEnd"/>
      <w:r>
        <w:rPr>
          <w:sz w:val="20"/>
        </w:rPr>
        <w:t xml:space="preserve"> 1 </w:t>
      </w:r>
      <w:proofErr w:type="spellStart"/>
      <w:r>
        <w:rPr>
          <w:sz w:val="20"/>
        </w:rPr>
        <w:t>puan</w:t>
      </w:r>
      <w:proofErr w:type="spellEnd"/>
      <w:r>
        <w:rPr>
          <w:sz w:val="20"/>
        </w:rPr>
        <w:t>.</w:t>
      </w:r>
      <w:r w:rsidR="00434928">
        <w:rPr>
          <w:sz w:val="20"/>
        </w:rPr>
        <w:t>)</w:t>
      </w:r>
    </w:p>
    <w:p w14:paraId="0494D58D" w14:textId="1BE4D15F" w:rsidR="00434928" w:rsidRDefault="00000000">
      <w:pPr>
        <w:spacing w:after="140" w:line="240" w:lineRule="auto"/>
        <w:rPr>
          <w:sz w:val="20"/>
        </w:rPr>
      </w:pPr>
      <w:r>
        <w:rPr>
          <w:b/>
          <w:bCs/>
          <w:sz w:val="20"/>
        </w:rPr>
        <w:t>4.</w:t>
      </w:r>
      <w:r>
        <w:rPr>
          <w:sz w:val="20"/>
        </w:rPr>
        <w:t xml:space="preserve"> </w:t>
      </w:r>
      <w:proofErr w:type="spellStart"/>
      <w:r w:rsidR="00434928">
        <w:rPr>
          <w:sz w:val="20"/>
        </w:rPr>
        <w:t>İçten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yanmalı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motorların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sınıflandırmaları</w:t>
      </w:r>
      <w:proofErr w:type="spellEnd"/>
      <w:r w:rsidR="00434928">
        <w:rPr>
          <w:sz w:val="20"/>
        </w:rPr>
        <w:t>;</w:t>
      </w:r>
      <w:r w:rsidR="00434928" w:rsidRPr="00434928">
        <w:rPr>
          <w:sz w:val="20"/>
        </w:rPr>
        <w:t xml:space="preserve"> </w:t>
      </w:r>
      <w:r w:rsidR="00434928">
        <w:rPr>
          <w:sz w:val="20"/>
        </w:rPr>
        <w:t>(</w:t>
      </w:r>
      <w:r w:rsidR="00434928">
        <w:rPr>
          <w:sz w:val="20"/>
        </w:rPr>
        <w:t xml:space="preserve">Her </w:t>
      </w:r>
      <w:proofErr w:type="spellStart"/>
      <w:r w:rsidR="00434928">
        <w:rPr>
          <w:sz w:val="20"/>
        </w:rPr>
        <w:t>biri</w:t>
      </w:r>
      <w:proofErr w:type="spellEnd"/>
      <w:r w:rsidR="00434928">
        <w:rPr>
          <w:sz w:val="20"/>
        </w:rPr>
        <w:t xml:space="preserve"> 2 </w:t>
      </w:r>
      <w:proofErr w:type="spellStart"/>
      <w:r w:rsidR="00434928">
        <w:rPr>
          <w:sz w:val="20"/>
        </w:rPr>
        <w:t>puan</w:t>
      </w:r>
      <w:proofErr w:type="spellEnd"/>
      <w:r w:rsidR="00434928">
        <w:rPr>
          <w:sz w:val="20"/>
        </w:rPr>
        <w:t>)</w:t>
      </w:r>
      <w:r w:rsidR="00434928">
        <w:rPr>
          <w:sz w:val="20"/>
        </w:rPr>
        <w:t>.</w:t>
      </w:r>
    </w:p>
    <w:p w14:paraId="5B7939F6" w14:textId="7D997E72" w:rsidR="00AE7FC0" w:rsidRDefault="00000000" w:rsidP="00434928">
      <w:pPr>
        <w:pStyle w:val="ListeParagraf"/>
        <w:numPr>
          <w:ilvl w:val="0"/>
          <w:numId w:val="22"/>
        </w:numPr>
        <w:spacing w:after="140" w:line="240" w:lineRule="auto"/>
      </w:pPr>
      <w:proofErr w:type="spellStart"/>
      <w:r w:rsidRPr="00434928">
        <w:rPr>
          <w:b/>
          <w:bCs/>
          <w:sz w:val="20"/>
        </w:rPr>
        <w:t>Kullandığı</w:t>
      </w:r>
      <w:proofErr w:type="spellEnd"/>
      <w:r w:rsidRPr="00434928">
        <w:rPr>
          <w:b/>
          <w:bCs/>
          <w:sz w:val="20"/>
        </w:rPr>
        <w:t xml:space="preserve"> </w:t>
      </w:r>
      <w:proofErr w:type="spellStart"/>
      <w:r w:rsidRPr="00434928">
        <w:rPr>
          <w:b/>
          <w:bCs/>
          <w:sz w:val="20"/>
        </w:rPr>
        <w:t>yakıta</w:t>
      </w:r>
      <w:proofErr w:type="spellEnd"/>
      <w:r w:rsidRPr="00434928">
        <w:rPr>
          <w:b/>
          <w:bCs/>
          <w:sz w:val="20"/>
        </w:rPr>
        <w:t xml:space="preserve"> </w:t>
      </w:r>
      <w:proofErr w:type="spellStart"/>
      <w:r w:rsidRPr="00434928">
        <w:rPr>
          <w:b/>
          <w:bCs/>
          <w:sz w:val="20"/>
        </w:rPr>
        <w:t>göre</w:t>
      </w:r>
      <w:proofErr w:type="spellEnd"/>
      <w:r w:rsidRPr="00434928">
        <w:rPr>
          <w:sz w:val="20"/>
        </w:rPr>
        <w:t xml:space="preserve"> (</w:t>
      </w:r>
      <w:proofErr w:type="spellStart"/>
      <w:r w:rsidRPr="00434928">
        <w:rPr>
          <w:sz w:val="20"/>
        </w:rPr>
        <w:t>benzin</w:t>
      </w:r>
      <w:proofErr w:type="spellEnd"/>
      <w:r w:rsidRPr="00434928">
        <w:rPr>
          <w:sz w:val="20"/>
        </w:rPr>
        <w:t xml:space="preserve">, </w:t>
      </w:r>
      <w:proofErr w:type="spellStart"/>
      <w:r w:rsidRPr="00434928">
        <w:rPr>
          <w:sz w:val="20"/>
        </w:rPr>
        <w:t>dizel</w:t>
      </w:r>
      <w:proofErr w:type="spellEnd"/>
      <w:r w:rsidRPr="00434928">
        <w:rPr>
          <w:sz w:val="20"/>
        </w:rPr>
        <w:t>, LPG);</w:t>
      </w:r>
    </w:p>
    <w:p w14:paraId="2CB93A59" w14:textId="05C770B5" w:rsidR="00764DAF" w:rsidRPr="00764DAF" w:rsidRDefault="00434928" w:rsidP="00434928">
      <w:pPr>
        <w:pStyle w:val="ListeParagraf"/>
        <w:numPr>
          <w:ilvl w:val="0"/>
          <w:numId w:val="22"/>
        </w:numPr>
        <w:spacing w:after="140" w:line="240" w:lineRule="auto"/>
        <w:rPr>
          <w:sz w:val="20"/>
        </w:rPr>
      </w:pPr>
      <w:proofErr w:type="spellStart"/>
      <w:r>
        <w:rPr>
          <w:b/>
          <w:bCs/>
          <w:sz w:val="20"/>
        </w:rPr>
        <w:t>Ç</w:t>
      </w:r>
      <w:r w:rsidR="00000000" w:rsidRPr="00434928">
        <w:rPr>
          <w:b/>
          <w:bCs/>
          <w:sz w:val="20"/>
        </w:rPr>
        <w:t>alışma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zamanına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göre</w:t>
      </w:r>
      <w:proofErr w:type="spellEnd"/>
      <w:r w:rsidR="00000000">
        <w:rPr>
          <w:sz w:val="20"/>
        </w:rPr>
        <w:t xml:space="preserve"> (2 </w:t>
      </w:r>
      <w:proofErr w:type="spellStart"/>
      <w:r w:rsidR="00000000">
        <w:rPr>
          <w:sz w:val="20"/>
        </w:rPr>
        <w:t>veya</w:t>
      </w:r>
      <w:proofErr w:type="spellEnd"/>
      <w:r w:rsidR="00000000">
        <w:rPr>
          <w:sz w:val="20"/>
        </w:rPr>
        <w:t xml:space="preserve"> 4 </w:t>
      </w:r>
      <w:proofErr w:type="spellStart"/>
      <w:r w:rsidR="00000000">
        <w:rPr>
          <w:sz w:val="20"/>
        </w:rPr>
        <w:t>zamanlı</w:t>
      </w:r>
      <w:proofErr w:type="spellEnd"/>
      <w:r w:rsidR="00000000">
        <w:rPr>
          <w:sz w:val="20"/>
        </w:rPr>
        <w:t>);</w:t>
      </w:r>
    </w:p>
    <w:p w14:paraId="54B17C77" w14:textId="3ADB2C73" w:rsidR="00764DAF" w:rsidRPr="00764DAF" w:rsidRDefault="00434928" w:rsidP="00434928">
      <w:pPr>
        <w:pStyle w:val="ListeParagraf"/>
        <w:numPr>
          <w:ilvl w:val="0"/>
          <w:numId w:val="22"/>
        </w:numPr>
        <w:spacing w:after="140" w:line="240" w:lineRule="auto"/>
        <w:rPr>
          <w:sz w:val="20"/>
        </w:rPr>
      </w:pPr>
      <w:proofErr w:type="spellStart"/>
      <w:r>
        <w:rPr>
          <w:b/>
          <w:bCs/>
          <w:sz w:val="20"/>
        </w:rPr>
        <w:t>S</w:t>
      </w:r>
      <w:r w:rsidR="00000000" w:rsidRPr="00434928">
        <w:rPr>
          <w:b/>
          <w:bCs/>
          <w:sz w:val="20"/>
        </w:rPr>
        <w:t>ilindir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sayısına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proofErr w:type="gramStart"/>
      <w:r w:rsidR="00000000" w:rsidRPr="00434928">
        <w:rPr>
          <w:b/>
          <w:bCs/>
          <w:sz w:val="20"/>
        </w:rPr>
        <w:t>göre;</w:t>
      </w:r>
      <w:r>
        <w:rPr>
          <w:sz w:val="20"/>
        </w:rPr>
        <w:t>Tek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Çok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silindirli</w:t>
      </w:r>
      <w:proofErr w:type="spellEnd"/>
    </w:p>
    <w:p w14:paraId="3800C2DD" w14:textId="43CD8293" w:rsidR="00764DAF" w:rsidRPr="00764DAF" w:rsidRDefault="00434928" w:rsidP="00434928">
      <w:pPr>
        <w:pStyle w:val="ListeParagraf"/>
        <w:numPr>
          <w:ilvl w:val="0"/>
          <w:numId w:val="22"/>
        </w:numPr>
        <w:spacing w:after="140" w:line="240" w:lineRule="auto"/>
        <w:rPr>
          <w:sz w:val="20"/>
        </w:rPr>
      </w:pPr>
      <w:proofErr w:type="spellStart"/>
      <w:r>
        <w:rPr>
          <w:b/>
          <w:bCs/>
          <w:sz w:val="20"/>
        </w:rPr>
        <w:t>S</w:t>
      </w:r>
      <w:r w:rsidR="00000000" w:rsidRPr="00434928">
        <w:rPr>
          <w:b/>
          <w:bCs/>
          <w:sz w:val="20"/>
        </w:rPr>
        <w:t>ilindirlerin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dizilişine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göre</w:t>
      </w:r>
      <w:proofErr w:type="spellEnd"/>
      <w:r w:rsidR="00000000">
        <w:rPr>
          <w:sz w:val="20"/>
        </w:rPr>
        <w:t xml:space="preserve"> (</w:t>
      </w:r>
      <w:proofErr w:type="spellStart"/>
      <w:r w:rsidR="00000000">
        <w:rPr>
          <w:sz w:val="20"/>
        </w:rPr>
        <w:t>sıralı</w:t>
      </w:r>
      <w:proofErr w:type="spellEnd"/>
      <w:r w:rsidR="00000000">
        <w:rPr>
          <w:sz w:val="20"/>
        </w:rPr>
        <w:t xml:space="preserve">, V, </w:t>
      </w:r>
      <w:proofErr w:type="spellStart"/>
      <w:r w:rsidR="00000000">
        <w:rPr>
          <w:sz w:val="20"/>
        </w:rPr>
        <w:t>boksör</w:t>
      </w:r>
      <w:proofErr w:type="spellEnd"/>
      <w:r>
        <w:rPr>
          <w:sz w:val="20"/>
        </w:rPr>
        <w:t>, W tipi</w:t>
      </w:r>
      <w:r w:rsidR="00000000">
        <w:rPr>
          <w:sz w:val="20"/>
        </w:rPr>
        <w:t>);</w:t>
      </w:r>
    </w:p>
    <w:p w14:paraId="104065C4" w14:textId="15A58068" w:rsidR="00764DAF" w:rsidRPr="00764DAF" w:rsidRDefault="00434928" w:rsidP="00434928">
      <w:pPr>
        <w:pStyle w:val="ListeParagraf"/>
        <w:numPr>
          <w:ilvl w:val="0"/>
          <w:numId w:val="22"/>
        </w:numPr>
        <w:spacing w:after="140" w:line="240" w:lineRule="auto"/>
        <w:rPr>
          <w:sz w:val="20"/>
        </w:rPr>
      </w:pPr>
      <w:proofErr w:type="spellStart"/>
      <w:r>
        <w:rPr>
          <w:b/>
          <w:bCs/>
          <w:sz w:val="20"/>
        </w:rPr>
        <w:t>S</w:t>
      </w:r>
      <w:r w:rsidR="00000000" w:rsidRPr="00434928">
        <w:rPr>
          <w:b/>
          <w:bCs/>
          <w:sz w:val="20"/>
        </w:rPr>
        <w:t>oğutma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şekline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göre</w:t>
      </w:r>
      <w:proofErr w:type="spellEnd"/>
      <w:r w:rsidR="00000000">
        <w:rPr>
          <w:sz w:val="20"/>
        </w:rPr>
        <w:t xml:space="preserve"> (</w:t>
      </w:r>
      <w:proofErr w:type="spellStart"/>
      <w:r w:rsidR="00000000">
        <w:rPr>
          <w:sz w:val="20"/>
        </w:rPr>
        <w:t>hava</w:t>
      </w:r>
      <w:proofErr w:type="spellEnd"/>
      <w:r w:rsidR="00000000">
        <w:rPr>
          <w:sz w:val="20"/>
        </w:rPr>
        <w:t xml:space="preserve">, </w:t>
      </w:r>
      <w:proofErr w:type="spellStart"/>
      <w:r w:rsidR="00000000">
        <w:rPr>
          <w:sz w:val="20"/>
        </w:rPr>
        <w:t>s</w:t>
      </w:r>
      <w:r>
        <w:rPr>
          <w:sz w:val="20"/>
        </w:rPr>
        <w:t>u</w:t>
      </w:r>
      <w:proofErr w:type="spellEnd"/>
      <w:r w:rsidR="00000000">
        <w:rPr>
          <w:sz w:val="20"/>
        </w:rPr>
        <w:t>);</w:t>
      </w:r>
    </w:p>
    <w:p w14:paraId="118CBCA4" w14:textId="591FD28E" w:rsidR="00764DAF" w:rsidRPr="00764DAF" w:rsidRDefault="00434928" w:rsidP="00434928">
      <w:pPr>
        <w:pStyle w:val="ListeParagraf"/>
        <w:numPr>
          <w:ilvl w:val="0"/>
          <w:numId w:val="22"/>
        </w:numPr>
        <w:spacing w:after="140" w:line="240" w:lineRule="auto"/>
        <w:rPr>
          <w:sz w:val="20"/>
        </w:rPr>
      </w:pPr>
      <w:proofErr w:type="spellStart"/>
      <w:r>
        <w:rPr>
          <w:b/>
          <w:bCs/>
          <w:sz w:val="20"/>
        </w:rPr>
        <w:t>A</w:t>
      </w:r>
      <w:r w:rsidR="00000000" w:rsidRPr="00434928">
        <w:rPr>
          <w:b/>
          <w:bCs/>
          <w:sz w:val="20"/>
        </w:rPr>
        <w:t>teşleme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şekline</w:t>
      </w:r>
      <w:proofErr w:type="spellEnd"/>
      <w:r w:rsidR="00000000" w:rsidRPr="00434928">
        <w:rPr>
          <w:b/>
          <w:bCs/>
          <w:sz w:val="20"/>
        </w:rPr>
        <w:t xml:space="preserve"> </w:t>
      </w:r>
      <w:proofErr w:type="spellStart"/>
      <w:r w:rsidR="00000000" w:rsidRPr="00434928">
        <w:rPr>
          <w:b/>
          <w:bCs/>
          <w:sz w:val="20"/>
        </w:rPr>
        <w:t>göre</w:t>
      </w:r>
      <w:proofErr w:type="spellEnd"/>
      <w:r w:rsidR="00000000">
        <w:rPr>
          <w:sz w:val="20"/>
        </w:rPr>
        <w:t xml:space="preserve"> (</w:t>
      </w:r>
      <w:proofErr w:type="spellStart"/>
      <w:r w:rsidR="00000000">
        <w:rPr>
          <w:sz w:val="20"/>
        </w:rPr>
        <w:t>buji</w:t>
      </w:r>
      <w:proofErr w:type="spellEnd"/>
      <w:r w:rsidR="00000000">
        <w:rPr>
          <w:sz w:val="20"/>
        </w:rPr>
        <w:t xml:space="preserve">, </w:t>
      </w:r>
      <w:proofErr w:type="spellStart"/>
      <w:r w:rsidR="00000000">
        <w:rPr>
          <w:sz w:val="20"/>
        </w:rPr>
        <w:t>sıkıştırma</w:t>
      </w:r>
      <w:proofErr w:type="spellEnd"/>
      <w:r w:rsidR="00000000">
        <w:rPr>
          <w:sz w:val="20"/>
        </w:rPr>
        <w:t xml:space="preserve">). </w:t>
      </w:r>
    </w:p>
    <w:p w14:paraId="3A9822FC" w14:textId="42BFC3FE" w:rsidR="00434928" w:rsidRDefault="00000000">
      <w:pPr>
        <w:spacing w:after="140" w:line="240" w:lineRule="auto"/>
        <w:rPr>
          <w:sz w:val="20"/>
        </w:rPr>
      </w:pPr>
      <w:r>
        <w:rPr>
          <w:b/>
          <w:bCs/>
          <w:sz w:val="20"/>
        </w:rPr>
        <w:t>5.</w:t>
      </w:r>
      <w:r>
        <w:rPr>
          <w:sz w:val="20"/>
        </w:rPr>
        <w:t xml:space="preserve"> </w:t>
      </w:r>
      <w:proofErr w:type="spellStart"/>
      <w:r w:rsidR="00434928">
        <w:rPr>
          <w:sz w:val="20"/>
        </w:rPr>
        <w:t>Eğeleme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yapılırken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dikkat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edilecek</w:t>
      </w:r>
      <w:proofErr w:type="spellEnd"/>
      <w:r w:rsidR="00434928">
        <w:rPr>
          <w:sz w:val="20"/>
        </w:rPr>
        <w:t xml:space="preserve"> </w:t>
      </w:r>
      <w:proofErr w:type="spellStart"/>
      <w:r w:rsidR="00434928">
        <w:rPr>
          <w:sz w:val="20"/>
        </w:rPr>
        <w:t>hususlar</w:t>
      </w:r>
      <w:proofErr w:type="spellEnd"/>
      <w:r w:rsidR="00434928">
        <w:rPr>
          <w:sz w:val="20"/>
        </w:rPr>
        <w:t>; (</w:t>
      </w:r>
      <w:r w:rsidR="00434928">
        <w:rPr>
          <w:sz w:val="20"/>
        </w:rPr>
        <w:t xml:space="preserve">Doğru her </w:t>
      </w:r>
      <w:proofErr w:type="spellStart"/>
      <w:r w:rsidR="00434928">
        <w:rPr>
          <w:sz w:val="20"/>
        </w:rPr>
        <w:t>cevap</w:t>
      </w:r>
      <w:proofErr w:type="spellEnd"/>
      <w:r w:rsidR="00434928">
        <w:rPr>
          <w:sz w:val="20"/>
        </w:rPr>
        <w:t xml:space="preserve"> 2 </w:t>
      </w:r>
      <w:proofErr w:type="spellStart"/>
      <w:r w:rsidR="00434928">
        <w:rPr>
          <w:sz w:val="20"/>
        </w:rPr>
        <w:t>puan</w:t>
      </w:r>
      <w:proofErr w:type="spellEnd"/>
      <w:r w:rsidR="00434928">
        <w:rPr>
          <w:sz w:val="20"/>
        </w:rPr>
        <w:t>.</w:t>
      </w:r>
      <w:r w:rsidR="00434928">
        <w:rPr>
          <w:sz w:val="20"/>
        </w:rPr>
        <w:t>)</w:t>
      </w:r>
    </w:p>
    <w:p w14:paraId="5F2D880A" w14:textId="3440F231" w:rsidR="00AE7FC0" w:rsidRDefault="00000000" w:rsidP="00434928">
      <w:pPr>
        <w:pStyle w:val="ListeParagraf"/>
        <w:numPr>
          <w:ilvl w:val="0"/>
          <w:numId w:val="23"/>
        </w:numPr>
        <w:spacing w:after="140" w:line="240" w:lineRule="auto"/>
      </w:pPr>
      <w:proofErr w:type="spellStart"/>
      <w:r w:rsidRPr="00434928">
        <w:rPr>
          <w:sz w:val="20"/>
        </w:rPr>
        <w:t>İş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parçası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mengeneye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sıkı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bağlanmalı</w:t>
      </w:r>
      <w:proofErr w:type="spellEnd"/>
      <w:r w:rsidRPr="00434928">
        <w:rPr>
          <w:sz w:val="20"/>
        </w:rPr>
        <w:t>;</w:t>
      </w:r>
    </w:p>
    <w:p w14:paraId="70C8C4C4" w14:textId="77777777" w:rsidR="00764DAF" w:rsidRPr="00764DAF" w:rsidRDefault="00000000" w:rsidP="00434928">
      <w:pPr>
        <w:pStyle w:val="ListeParagraf"/>
        <w:numPr>
          <w:ilvl w:val="0"/>
          <w:numId w:val="23"/>
        </w:numPr>
        <w:spacing w:after="140" w:line="240" w:lineRule="auto"/>
        <w:rPr>
          <w:sz w:val="20"/>
        </w:rPr>
      </w:pPr>
      <w:proofErr w:type="spellStart"/>
      <w:r>
        <w:rPr>
          <w:sz w:val="20"/>
        </w:rPr>
        <w:t>eğe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sapı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mutlaka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takılı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olmalı</w:t>
      </w:r>
      <w:proofErr w:type="spellEnd"/>
      <w:r>
        <w:rPr>
          <w:sz w:val="20"/>
        </w:rPr>
        <w:t>;</w:t>
      </w:r>
    </w:p>
    <w:p w14:paraId="61318AF0" w14:textId="77777777" w:rsidR="00764DAF" w:rsidRPr="00764DAF" w:rsidRDefault="00000000" w:rsidP="00434928">
      <w:pPr>
        <w:pStyle w:val="ListeParagraf"/>
        <w:numPr>
          <w:ilvl w:val="0"/>
          <w:numId w:val="23"/>
        </w:numPr>
        <w:spacing w:after="140" w:line="240" w:lineRule="auto"/>
        <w:rPr>
          <w:sz w:val="20"/>
        </w:rPr>
      </w:pPr>
      <w:proofErr w:type="spellStart"/>
      <w:r>
        <w:rPr>
          <w:sz w:val="20"/>
        </w:rPr>
        <w:t>eğe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ileri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harekette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bastırılır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geri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harekette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hafif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sürülür</w:t>
      </w:r>
      <w:proofErr w:type="spellEnd"/>
      <w:r>
        <w:rPr>
          <w:sz w:val="20"/>
        </w:rPr>
        <w:t>;</w:t>
      </w:r>
    </w:p>
    <w:p w14:paraId="44ABFD38" w14:textId="77777777" w:rsidR="00764DAF" w:rsidRPr="00764DAF" w:rsidRDefault="00000000" w:rsidP="00434928">
      <w:pPr>
        <w:pStyle w:val="ListeParagraf"/>
        <w:numPr>
          <w:ilvl w:val="0"/>
          <w:numId w:val="23"/>
        </w:numPr>
        <w:spacing w:after="140" w:line="240" w:lineRule="auto"/>
        <w:rPr>
          <w:sz w:val="20"/>
        </w:rPr>
      </w:pPr>
      <w:proofErr w:type="spellStart"/>
      <w:r>
        <w:rPr>
          <w:sz w:val="20"/>
        </w:rPr>
        <w:t>eğe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yağlanmamalı</w:t>
      </w:r>
      <w:proofErr w:type="spellEnd"/>
      <w:r>
        <w:rPr>
          <w:sz w:val="20"/>
        </w:rPr>
        <w:t>;</w:t>
      </w:r>
    </w:p>
    <w:p w14:paraId="151E13A1" w14:textId="77777777" w:rsidR="00764DAF" w:rsidRPr="00764DAF" w:rsidRDefault="00000000" w:rsidP="00434928">
      <w:pPr>
        <w:pStyle w:val="ListeParagraf"/>
        <w:numPr>
          <w:ilvl w:val="0"/>
          <w:numId w:val="23"/>
        </w:numPr>
        <w:spacing w:after="140" w:line="240" w:lineRule="auto"/>
        <w:rPr>
          <w:sz w:val="20"/>
        </w:rPr>
      </w:pPr>
      <w:proofErr w:type="spellStart"/>
      <w:r>
        <w:rPr>
          <w:sz w:val="20"/>
        </w:rPr>
        <w:t>talaş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elle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değil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fırça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temizlenmeli</w:t>
      </w:r>
      <w:proofErr w:type="spellEnd"/>
      <w:r>
        <w:rPr>
          <w:sz w:val="20"/>
        </w:rPr>
        <w:t>;</w:t>
      </w:r>
    </w:p>
    <w:p w14:paraId="3DE3C980" w14:textId="45E24839" w:rsidR="00764DAF" w:rsidRPr="00764DAF" w:rsidRDefault="00000000" w:rsidP="00434928">
      <w:pPr>
        <w:pStyle w:val="ListeParagraf"/>
        <w:numPr>
          <w:ilvl w:val="0"/>
          <w:numId w:val="23"/>
        </w:numPr>
        <w:spacing w:after="140" w:line="240" w:lineRule="auto"/>
        <w:rPr>
          <w:sz w:val="20"/>
        </w:rPr>
      </w:pPr>
      <w:proofErr w:type="spellStart"/>
      <w:r>
        <w:rPr>
          <w:sz w:val="20"/>
        </w:rPr>
        <w:t>eğe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çekiç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olarak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kullanılmamalı</w:t>
      </w:r>
      <w:proofErr w:type="spellEnd"/>
      <w:r>
        <w:rPr>
          <w:sz w:val="20"/>
        </w:rPr>
        <w:t xml:space="preserve">. </w:t>
      </w:r>
    </w:p>
    <w:p w14:paraId="66B60E50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6.</w:t>
      </w:r>
      <w:r>
        <w:rPr>
          <w:sz w:val="20"/>
        </w:rPr>
        <w:t xml:space="preserve"> </w:t>
      </w:r>
      <w:proofErr w:type="spellStart"/>
      <w:r>
        <w:rPr>
          <w:sz w:val="20"/>
        </w:rPr>
        <w:t>Ön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delik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çapı</w:t>
      </w:r>
      <w:proofErr w:type="spellEnd"/>
      <w:r>
        <w:rPr>
          <w:sz w:val="20"/>
        </w:rPr>
        <w:t xml:space="preserve"> = </w:t>
      </w:r>
      <w:proofErr w:type="spellStart"/>
      <w:r>
        <w:rPr>
          <w:sz w:val="20"/>
        </w:rPr>
        <w:t>anma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çapı</w:t>
      </w:r>
      <w:proofErr w:type="spellEnd"/>
      <w:r>
        <w:rPr>
          <w:sz w:val="20"/>
        </w:rPr>
        <w:t xml:space="preserve"> − </w:t>
      </w:r>
      <w:proofErr w:type="spellStart"/>
      <w:r>
        <w:rPr>
          <w:sz w:val="20"/>
        </w:rPr>
        <w:t>hatve</w:t>
      </w:r>
      <w:proofErr w:type="spellEnd"/>
      <w:r>
        <w:rPr>
          <w:sz w:val="20"/>
        </w:rPr>
        <w:t xml:space="preserve"> (4 </w:t>
      </w:r>
      <w:proofErr w:type="spellStart"/>
      <w:r>
        <w:rPr>
          <w:sz w:val="20"/>
        </w:rPr>
        <w:t>puan</w:t>
      </w:r>
      <w:proofErr w:type="spellEnd"/>
      <w:r>
        <w:rPr>
          <w:sz w:val="20"/>
        </w:rPr>
        <w:t xml:space="preserve">). 10 − 1,5 = 8,5 mm (6 </w:t>
      </w:r>
      <w:proofErr w:type="spellStart"/>
      <w:r>
        <w:rPr>
          <w:sz w:val="20"/>
        </w:rPr>
        <w:t>puan</w:t>
      </w:r>
      <w:proofErr w:type="spellEnd"/>
      <w:r>
        <w:rPr>
          <w:sz w:val="20"/>
        </w:rPr>
        <w:t>).</w:t>
      </w:r>
    </w:p>
    <w:p w14:paraId="0A32C41B" w14:textId="6B6C3F58" w:rsidR="00434928" w:rsidRDefault="00000000">
      <w:pPr>
        <w:spacing w:after="140" w:line="240" w:lineRule="auto"/>
        <w:rPr>
          <w:sz w:val="20"/>
        </w:rPr>
      </w:pPr>
      <w:r>
        <w:rPr>
          <w:b/>
          <w:bCs/>
          <w:sz w:val="20"/>
        </w:rPr>
        <w:t>7.</w:t>
      </w:r>
      <w:r>
        <w:rPr>
          <w:sz w:val="20"/>
        </w:rPr>
        <w:t xml:space="preserve"> </w:t>
      </w:r>
      <w:proofErr w:type="spellStart"/>
      <w:r w:rsidR="00434928">
        <w:rPr>
          <w:sz w:val="20"/>
        </w:rPr>
        <w:t>Torkmetre</w:t>
      </w:r>
      <w:proofErr w:type="spellEnd"/>
      <w:r w:rsidR="00434928">
        <w:rPr>
          <w:sz w:val="20"/>
        </w:rPr>
        <w:t>;</w:t>
      </w:r>
    </w:p>
    <w:p w14:paraId="3162D8BF" w14:textId="3821F7F8" w:rsidR="00434928" w:rsidRPr="00434928" w:rsidRDefault="00000000" w:rsidP="00434928">
      <w:pPr>
        <w:pStyle w:val="ListeParagraf"/>
        <w:numPr>
          <w:ilvl w:val="0"/>
          <w:numId w:val="24"/>
        </w:numPr>
        <w:spacing w:after="140" w:line="240" w:lineRule="auto"/>
        <w:rPr>
          <w:sz w:val="20"/>
        </w:rPr>
      </w:pPr>
      <w:proofErr w:type="spellStart"/>
      <w:r w:rsidRPr="00434928">
        <w:rPr>
          <w:sz w:val="20"/>
        </w:rPr>
        <w:t>Cıvata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ve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somunları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üreticinin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belirttiği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değerde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sıkmaya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yarayan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ölçülü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sıkma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anahtarıdır</w:t>
      </w:r>
      <w:proofErr w:type="spellEnd"/>
      <w:r w:rsidRPr="00434928">
        <w:rPr>
          <w:sz w:val="20"/>
        </w:rPr>
        <w:t xml:space="preserve"> (4 </w:t>
      </w:r>
      <w:proofErr w:type="spellStart"/>
      <w:r w:rsidRPr="00434928">
        <w:rPr>
          <w:sz w:val="20"/>
        </w:rPr>
        <w:t>puan</w:t>
      </w:r>
      <w:proofErr w:type="spellEnd"/>
      <w:r w:rsidRPr="00434928">
        <w:rPr>
          <w:sz w:val="20"/>
        </w:rPr>
        <w:t xml:space="preserve">). </w:t>
      </w:r>
    </w:p>
    <w:p w14:paraId="714FF298" w14:textId="0E885773" w:rsidR="00AE7FC0" w:rsidRDefault="00000000" w:rsidP="00434928">
      <w:pPr>
        <w:pStyle w:val="ListeParagraf"/>
        <w:numPr>
          <w:ilvl w:val="0"/>
          <w:numId w:val="24"/>
        </w:numPr>
        <w:spacing w:after="140" w:line="240" w:lineRule="auto"/>
      </w:pPr>
      <w:r w:rsidRPr="00434928">
        <w:rPr>
          <w:sz w:val="20"/>
        </w:rPr>
        <w:t xml:space="preserve">Doğru </w:t>
      </w:r>
      <w:proofErr w:type="spellStart"/>
      <w:r w:rsidRPr="00434928">
        <w:rPr>
          <w:sz w:val="20"/>
        </w:rPr>
        <w:t>sıkma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torkunu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sağlamak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için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kullanılır</w:t>
      </w:r>
      <w:proofErr w:type="spellEnd"/>
      <w:r w:rsidRPr="00434928">
        <w:rPr>
          <w:sz w:val="20"/>
        </w:rPr>
        <w:t xml:space="preserve"> (3 </w:t>
      </w:r>
      <w:proofErr w:type="spellStart"/>
      <w:r w:rsidRPr="00434928">
        <w:rPr>
          <w:sz w:val="20"/>
        </w:rPr>
        <w:t>puan</w:t>
      </w:r>
      <w:proofErr w:type="spellEnd"/>
      <w:r w:rsidRPr="00434928">
        <w:rPr>
          <w:sz w:val="20"/>
        </w:rPr>
        <w:t xml:space="preserve">). </w:t>
      </w:r>
    </w:p>
    <w:p w14:paraId="231AA1C3" w14:textId="743848B2" w:rsidR="00764DAF" w:rsidRPr="00764DAF" w:rsidRDefault="00F532D3" w:rsidP="00434928">
      <w:pPr>
        <w:pStyle w:val="ListeParagraf"/>
        <w:numPr>
          <w:ilvl w:val="0"/>
          <w:numId w:val="24"/>
        </w:numPr>
        <w:spacing w:after="140" w:line="240" w:lineRule="auto"/>
        <w:rPr>
          <w:sz w:val="20"/>
        </w:rPr>
      </w:pPr>
      <w:proofErr w:type="spellStart"/>
      <w:r w:rsidRPr="00434928">
        <w:rPr>
          <w:sz w:val="20"/>
        </w:rPr>
        <w:t>Gevşek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sıkılırsa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bağlantı</w:t>
      </w:r>
      <w:proofErr w:type="spellEnd"/>
      <w:r w:rsidRPr="00434928">
        <w:rPr>
          <w:sz w:val="20"/>
        </w:rPr>
        <w:t xml:space="preserve"> </w:t>
      </w:r>
      <w:proofErr w:type="spellStart"/>
      <w:r w:rsidRPr="00434928">
        <w:rPr>
          <w:sz w:val="20"/>
        </w:rPr>
        <w:t>gevşer</w:t>
      </w:r>
      <w:proofErr w:type="spellEnd"/>
      <w:r w:rsidRPr="00434928">
        <w:rPr>
          <w:sz w:val="20"/>
        </w:rPr>
        <w:t xml:space="preserve">, </w:t>
      </w:r>
      <w:proofErr w:type="spellStart"/>
      <w:r w:rsidRPr="00434928">
        <w:rPr>
          <w:sz w:val="20"/>
        </w:rPr>
        <w:t>sızdırır</w:t>
      </w:r>
      <w:proofErr w:type="spellEnd"/>
      <w:r w:rsidRPr="00434928">
        <w:rPr>
          <w:sz w:val="20"/>
        </w:rPr>
        <w:t>;</w:t>
      </w:r>
      <w:r>
        <w:rPr>
          <w:sz w:val="20"/>
        </w:rPr>
        <w:t xml:space="preserve"> </w:t>
      </w:r>
      <w:proofErr w:type="spellStart"/>
      <w:r w:rsidR="00434928">
        <w:rPr>
          <w:sz w:val="20"/>
        </w:rPr>
        <w:t>F</w:t>
      </w:r>
      <w:r w:rsidR="00000000">
        <w:rPr>
          <w:sz w:val="20"/>
        </w:rPr>
        <w:t>azla</w:t>
      </w:r>
      <w:proofErr w:type="spellEnd"/>
      <w:r w:rsidR="00000000">
        <w:rPr>
          <w:sz w:val="20"/>
        </w:rPr>
        <w:t xml:space="preserve"> </w:t>
      </w:r>
      <w:proofErr w:type="spellStart"/>
      <w:r w:rsidR="00000000">
        <w:rPr>
          <w:sz w:val="20"/>
        </w:rPr>
        <w:t>sıkılırsa</w:t>
      </w:r>
      <w:proofErr w:type="spellEnd"/>
      <w:r w:rsidR="00000000">
        <w:rPr>
          <w:sz w:val="20"/>
        </w:rPr>
        <w:t xml:space="preserve"> </w:t>
      </w:r>
      <w:proofErr w:type="spellStart"/>
      <w:r w:rsidR="00000000">
        <w:rPr>
          <w:sz w:val="20"/>
        </w:rPr>
        <w:t>cıvata</w:t>
      </w:r>
      <w:proofErr w:type="spellEnd"/>
      <w:r w:rsidR="00000000">
        <w:rPr>
          <w:sz w:val="20"/>
        </w:rPr>
        <w:t xml:space="preserve"> </w:t>
      </w:r>
      <w:proofErr w:type="spellStart"/>
      <w:r w:rsidR="00000000">
        <w:rPr>
          <w:sz w:val="20"/>
        </w:rPr>
        <w:t>kopar</w:t>
      </w:r>
      <w:proofErr w:type="spellEnd"/>
      <w:r w:rsidR="00000000">
        <w:rPr>
          <w:sz w:val="20"/>
        </w:rPr>
        <w:t xml:space="preserve"> </w:t>
      </w:r>
      <w:proofErr w:type="spellStart"/>
      <w:r w:rsidR="00000000">
        <w:rPr>
          <w:sz w:val="20"/>
        </w:rPr>
        <w:t>veya</w:t>
      </w:r>
      <w:proofErr w:type="spellEnd"/>
      <w:r w:rsidR="00000000">
        <w:rPr>
          <w:sz w:val="20"/>
        </w:rPr>
        <w:t xml:space="preserve"> </w:t>
      </w:r>
      <w:proofErr w:type="spellStart"/>
      <w:r w:rsidR="00000000">
        <w:rPr>
          <w:sz w:val="20"/>
        </w:rPr>
        <w:t>dişler</w:t>
      </w:r>
      <w:proofErr w:type="spellEnd"/>
      <w:r w:rsidR="00000000">
        <w:rPr>
          <w:sz w:val="20"/>
        </w:rPr>
        <w:t xml:space="preserve"> </w:t>
      </w:r>
      <w:proofErr w:type="spellStart"/>
      <w:r w:rsidR="00000000">
        <w:rPr>
          <w:sz w:val="20"/>
        </w:rPr>
        <w:t>bozulur</w:t>
      </w:r>
      <w:proofErr w:type="spellEnd"/>
      <w:r w:rsidR="00000000">
        <w:rPr>
          <w:sz w:val="20"/>
        </w:rPr>
        <w:t xml:space="preserve"> (3 </w:t>
      </w:r>
      <w:proofErr w:type="spellStart"/>
      <w:r w:rsidR="00000000">
        <w:rPr>
          <w:sz w:val="20"/>
        </w:rPr>
        <w:t>puan</w:t>
      </w:r>
      <w:proofErr w:type="spellEnd"/>
      <w:r w:rsidR="00000000">
        <w:rPr>
          <w:sz w:val="20"/>
        </w:rPr>
        <w:t>).</w:t>
      </w:r>
    </w:p>
    <w:p w14:paraId="5E3F1F6F" w14:textId="25738229" w:rsidR="00F532D3" w:rsidRDefault="00000000">
      <w:pPr>
        <w:spacing w:after="140" w:line="240" w:lineRule="auto"/>
        <w:rPr>
          <w:sz w:val="20"/>
        </w:rPr>
      </w:pPr>
      <w:r>
        <w:rPr>
          <w:b/>
          <w:bCs/>
          <w:sz w:val="20"/>
        </w:rPr>
        <w:t>8.</w:t>
      </w:r>
      <w:r>
        <w:rPr>
          <w:sz w:val="20"/>
        </w:rPr>
        <w:t xml:space="preserve"> </w:t>
      </w:r>
      <w:proofErr w:type="spellStart"/>
      <w:r w:rsidR="00F532D3">
        <w:rPr>
          <w:sz w:val="20"/>
        </w:rPr>
        <w:t>Supap</w:t>
      </w:r>
      <w:proofErr w:type="spellEnd"/>
      <w:r w:rsidR="00F532D3">
        <w:rPr>
          <w:sz w:val="20"/>
        </w:rPr>
        <w:t xml:space="preserve"> zaman </w:t>
      </w:r>
      <w:proofErr w:type="spellStart"/>
      <w:r w:rsidR="00F532D3">
        <w:rPr>
          <w:sz w:val="20"/>
        </w:rPr>
        <w:t>ayar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diyagramı</w:t>
      </w:r>
      <w:proofErr w:type="spellEnd"/>
      <w:r w:rsidR="00F532D3">
        <w:rPr>
          <w:sz w:val="20"/>
        </w:rPr>
        <w:t>;</w:t>
      </w:r>
      <w:r w:rsidR="00F532D3" w:rsidRPr="00F532D3">
        <w:rPr>
          <w:sz w:val="20"/>
        </w:rPr>
        <w:t xml:space="preserve"> </w:t>
      </w:r>
      <w:r w:rsidR="00F532D3">
        <w:rPr>
          <w:sz w:val="20"/>
        </w:rPr>
        <w:t>(</w:t>
      </w:r>
      <w:r w:rsidR="00F532D3">
        <w:rPr>
          <w:sz w:val="20"/>
        </w:rPr>
        <w:t xml:space="preserve">Doğru her </w:t>
      </w:r>
      <w:proofErr w:type="spellStart"/>
      <w:r w:rsidR="00F532D3">
        <w:rPr>
          <w:sz w:val="20"/>
        </w:rPr>
        <w:t>bilgi</w:t>
      </w:r>
      <w:proofErr w:type="spellEnd"/>
      <w:r w:rsidR="00F532D3">
        <w:rPr>
          <w:sz w:val="20"/>
        </w:rPr>
        <w:t xml:space="preserve"> 2 </w:t>
      </w:r>
      <w:proofErr w:type="spellStart"/>
      <w:r w:rsidR="00F532D3">
        <w:rPr>
          <w:sz w:val="20"/>
        </w:rPr>
        <w:t>puan</w:t>
      </w:r>
      <w:proofErr w:type="spellEnd"/>
      <w:r w:rsidR="00F532D3">
        <w:rPr>
          <w:sz w:val="20"/>
        </w:rPr>
        <w:t>)</w:t>
      </w:r>
    </w:p>
    <w:p w14:paraId="4FBC8916" w14:textId="03A7D723" w:rsidR="00AE7FC0" w:rsidRDefault="00000000">
      <w:pPr>
        <w:spacing w:after="140" w:line="240" w:lineRule="auto"/>
      </w:pPr>
      <w:proofErr w:type="spellStart"/>
      <w:r>
        <w:rPr>
          <w:sz w:val="20"/>
        </w:rPr>
        <w:t>Supapların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açılıp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kapandığı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anların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krank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mili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dönüş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açısına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derece</w:t>
      </w:r>
      <w:proofErr w:type="spellEnd"/>
      <w:r>
        <w:rPr>
          <w:sz w:val="20"/>
        </w:rPr>
        <w:t xml:space="preserve">) </w:t>
      </w:r>
      <w:proofErr w:type="spellStart"/>
      <w:r>
        <w:rPr>
          <w:sz w:val="20"/>
        </w:rPr>
        <w:t>göre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gösterildiği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diyagramdır</w:t>
      </w:r>
      <w:proofErr w:type="spellEnd"/>
      <w:r>
        <w:rPr>
          <w:sz w:val="20"/>
        </w:rPr>
        <w:t xml:space="preserve"> (6 </w:t>
      </w:r>
      <w:proofErr w:type="spellStart"/>
      <w:r>
        <w:rPr>
          <w:sz w:val="20"/>
        </w:rPr>
        <w:t>puan</w:t>
      </w:r>
      <w:proofErr w:type="spellEnd"/>
      <w:r>
        <w:rPr>
          <w:sz w:val="20"/>
        </w:rPr>
        <w:t xml:space="preserve">). Emme </w:t>
      </w:r>
      <w:proofErr w:type="spellStart"/>
      <w:r>
        <w:rPr>
          <w:sz w:val="20"/>
        </w:rPr>
        <w:t>supabı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açılma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kapanma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egzoz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supabı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açılma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kapanma</w:t>
      </w:r>
      <w:proofErr w:type="spellEnd"/>
      <w:r>
        <w:rPr>
          <w:sz w:val="20"/>
        </w:rPr>
        <w:t xml:space="preserve">, ÜÖN-AÖN </w:t>
      </w:r>
      <w:proofErr w:type="spellStart"/>
      <w:r>
        <w:rPr>
          <w:sz w:val="20"/>
        </w:rPr>
        <w:t>konumları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supap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bindirmesi</w:t>
      </w:r>
      <w:proofErr w:type="spellEnd"/>
      <w:r>
        <w:rPr>
          <w:sz w:val="20"/>
        </w:rPr>
        <w:t xml:space="preserve">. </w:t>
      </w:r>
    </w:p>
    <w:p w14:paraId="6C54F9A9" w14:textId="7728134F" w:rsidR="00F532D3" w:rsidRDefault="00000000">
      <w:pPr>
        <w:spacing w:after="140" w:line="240" w:lineRule="auto"/>
        <w:rPr>
          <w:sz w:val="20"/>
        </w:rPr>
      </w:pPr>
      <w:r>
        <w:rPr>
          <w:b/>
          <w:bCs/>
          <w:sz w:val="20"/>
        </w:rPr>
        <w:t>9.</w:t>
      </w:r>
      <w:r>
        <w:rPr>
          <w:sz w:val="20"/>
        </w:rPr>
        <w:t xml:space="preserve"> </w:t>
      </w:r>
      <w:proofErr w:type="spellStart"/>
      <w:r w:rsidR="00F532D3">
        <w:rPr>
          <w:sz w:val="20"/>
        </w:rPr>
        <w:t>Dört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zamanlı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bir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motorda</w:t>
      </w:r>
      <w:proofErr w:type="spellEnd"/>
      <w:r w:rsidR="00F532D3">
        <w:rPr>
          <w:sz w:val="20"/>
        </w:rPr>
        <w:t>; (</w:t>
      </w:r>
      <w:r w:rsidR="00F532D3">
        <w:rPr>
          <w:sz w:val="20"/>
        </w:rPr>
        <w:t xml:space="preserve">Her </w:t>
      </w:r>
      <w:proofErr w:type="spellStart"/>
      <w:r w:rsidR="00F532D3">
        <w:rPr>
          <w:sz w:val="20"/>
        </w:rPr>
        <w:t>şık</w:t>
      </w:r>
      <w:proofErr w:type="spellEnd"/>
      <w:r w:rsidR="00F532D3">
        <w:rPr>
          <w:sz w:val="20"/>
        </w:rPr>
        <w:t xml:space="preserve"> 3 </w:t>
      </w:r>
      <w:proofErr w:type="spellStart"/>
      <w:r w:rsidR="00F532D3">
        <w:rPr>
          <w:sz w:val="20"/>
        </w:rPr>
        <w:t>puan</w:t>
      </w:r>
      <w:proofErr w:type="spellEnd"/>
      <w:r w:rsidR="00F532D3">
        <w:rPr>
          <w:sz w:val="20"/>
        </w:rPr>
        <w:t>.</w:t>
      </w:r>
      <w:r w:rsidR="00F532D3">
        <w:rPr>
          <w:sz w:val="20"/>
        </w:rPr>
        <w:t>)</w:t>
      </w:r>
    </w:p>
    <w:p w14:paraId="37D7BF62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r>
        <w:rPr>
          <w:sz w:val="20"/>
        </w:rPr>
        <w:t xml:space="preserve">a) 2 tur (720°). </w:t>
      </w:r>
    </w:p>
    <w:p w14:paraId="2CB9D2C4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r>
        <w:rPr>
          <w:sz w:val="20"/>
        </w:rPr>
        <w:t>b) 1 tur (</w:t>
      </w:r>
      <w:proofErr w:type="spellStart"/>
      <w:r>
        <w:rPr>
          <w:sz w:val="20"/>
        </w:rPr>
        <w:t>krank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milinin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hızıyla</w:t>
      </w:r>
      <w:proofErr w:type="spellEnd"/>
      <w:r>
        <w:rPr>
          <w:sz w:val="20"/>
        </w:rPr>
        <w:t xml:space="preserve"> döner). </w:t>
      </w:r>
    </w:p>
    <w:p w14:paraId="382D214B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r>
        <w:rPr>
          <w:sz w:val="20"/>
        </w:rPr>
        <w:t xml:space="preserve">c) Emme </w:t>
      </w:r>
      <w:proofErr w:type="spellStart"/>
      <w:r>
        <w:rPr>
          <w:sz w:val="20"/>
        </w:rPr>
        <w:t>supabı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açık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egzoz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supabı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kapalı</w:t>
      </w:r>
      <w:proofErr w:type="spellEnd"/>
      <w:r>
        <w:rPr>
          <w:sz w:val="20"/>
        </w:rPr>
        <w:t xml:space="preserve">. </w:t>
      </w:r>
    </w:p>
    <w:p w14:paraId="0EED055C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r>
        <w:rPr>
          <w:sz w:val="20"/>
        </w:rPr>
        <w:t xml:space="preserve">d) Her </w:t>
      </w:r>
      <w:proofErr w:type="spellStart"/>
      <w:r>
        <w:rPr>
          <w:sz w:val="20"/>
        </w:rPr>
        <w:t>iki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supap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kapalı</w:t>
      </w:r>
      <w:proofErr w:type="spellEnd"/>
      <w:r>
        <w:rPr>
          <w:sz w:val="20"/>
        </w:rPr>
        <w:t xml:space="preserve">. </w:t>
      </w:r>
    </w:p>
    <w:p w14:paraId="0EE3E344" w14:textId="48D1CDFE" w:rsidR="00AE7FC0" w:rsidRDefault="00000000" w:rsidP="00F532D3">
      <w:pPr>
        <w:spacing w:after="140" w:line="240" w:lineRule="auto"/>
        <w:ind w:left="426"/>
      </w:pPr>
      <w:r>
        <w:rPr>
          <w:sz w:val="20"/>
        </w:rPr>
        <w:t xml:space="preserve">e) </w:t>
      </w:r>
      <w:proofErr w:type="spellStart"/>
      <w:r>
        <w:rPr>
          <w:sz w:val="20"/>
        </w:rPr>
        <w:t>Egzoz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supabı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açık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emme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supabı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kapalı</w:t>
      </w:r>
      <w:proofErr w:type="spellEnd"/>
      <w:r>
        <w:rPr>
          <w:sz w:val="20"/>
        </w:rPr>
        <w:t xml:space="preserve">. </w:t>
      </w:r>
    </w:p>
    <w:p w14:paraId="023DBD1E" w14:textId="17D614ED" w:rsidR="00F532D3" w:rsidRDefault="00000000">
      <w:pPr>
        <w:spacing w:after="140" w:line="240" w:lineRule="auto"/>
        <w:rPr>
          <w:sz w:val="20"/>
        </w:rPr>
      </w:pPr>
      <w:r>
        <w:rPr>
          <w:b/>
          <w:bCs/>
          <w:sz w:val="20"/>
        </w:rPr>
        <w:t>10.</w:t>
      </w:r>
      <w:r>
        <w:rPr>
          <w:sz w:val="20"/>
        </w:rPr>
        <w:t xml:space="preserve"> </w:t>
      </w:r>
      <w:proofErr w:type="spellStart"/>
      <w:r w:rsidR="00F532D3">
        <w:rPr>
          <w:sz w:val="20"/>
        </w:rPr>
        <w:t>İçten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yanmalı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motorun</w:t>
      </w:r>
      <w:proofErr w:type="spellEnd"/>
      <w:r w:rsidR="00F532D3">
        <w:rPr>
          <w:sz w:val="20"/>
        </w:rPr>
        <w:t xml:space="preserve"> ana </w:t>
      </w:r>
      <w:proofErr w:type="spellStart"/>
      <w:r w:rsidR="00F532D3">
        <w:rPr>
          <w:sz w:val="20"/>
        </w:rPr>
        <w:t>parçaları</w:t>
      </w:r>
      <w:proofErr w:type="spellEnd"/>
      <w:r w:rsidR="00F532D3">
        <w:rPr>
          <w:sz w:val="20"/>
        </w:rPr>
        <w:t>; (</w:t>
      </w:r>
      <w:r w:rsidR="00F532D3">
        <w:rPr>
          <w:sz w:val="20"/>
        </w:rPr>
        <w:t xml:space="preserve">Her </w:t>
      </w:r>
      <w:proofErr w:type="spellStart"/>
      <w:r w:rsidR="00F532D3">
        <w:rPr>
          <w:sz w:val="20"/>
        </w:rPr>
        <w:t>parça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ve</w:t>
      </w:r>
      <w:proofErr w:type="spellEnd"/>
      <w:r w:rsidR="00F532D3">
        <w:rPr>
          <w:sz w:val="20"/>
        </w:rPr>
        <w:t xml:space="preserve"> </w:t>
      </w:r>
      <w:proofErr w:type="spellStart"/>
      <w:r w:rsidR="00F532D3">
        <w:rPr>
          <w:sz w:val="20"/>
        </w:rPr>
        <w:t>görevi</w:t>
      </w:r>
      <w:proofErr w:type="spellEnd"/>
      <w:r w:rsidR="00F532D3">
        <w:rPr>
          <w:sz w:val="20"/>
        </w:rPr>
        <w:t xml:space="preserve"> 3</w:t>
      </w:r>
      <w:r w:rsidR="00F532D3" w:rsidRPr="00F532D3">
        <w:rPr>
          <w:sz w:val="20"/>
        </w:rPr>
        <w:t xml:space="preserve"> </w:t>
      </w:r>
      <w:proofErr w:type="spellStart"/>
      <w:r w:rsidR="00F532D3">
        <w:rPr>
          <w:sz w:val="20"/>
        </w:rPr>
        <w:t>puan</w:t>
      </w:r>
      <w:proofErr w:type="spellEnd"/>
      <w:r w:rsidR="00F532D3">
        <w:rPr>
          <w:sz w:val="20"/>
        </w:rPr>
        <w:t>.</w:t>
      </w:r>
      <w:r w:rsidR="00F532D3">
        <w:rPr>
          <w:sz w:val="20"/>
        </w:rPr>
        <w:t>)</w:t>
      </w:r>
    </w:p>
    <w:p w14:paraId="575008FB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proofErr w:type="spellStart"/>
      <w:r w:rsidRPr="00F532D3">
        <w:rPr>
          <w:b/>
          <w:bCs/>
          <w:sz w:val="20"/>
        </w:rPr>
        <w:t>Silindir</w:t>
      </w:r>
      <w:proofErr w:type="spellEnd"/>
      <w:r w:rsidRPr="00F532D3">
        <w:rPr>
          <w:b/>
          <w:bCs/>
          <w:sz w:val="20"/>
        </w:rPr>
        <w:t xml:space="preserve"> </w:t>
      </w:r>
      <w:proofErr w:type="spellStart"/>
      <w:r w:rsidRPr="00F532D3">
        <w:rPr>
          <w:b/>
          <w:bCs/>
          <w:sz w:val="20"/>
        </w:rPr>
        <w:t>bloku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motorun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gövdesi</w:t>
      </w:r>
      <w:proofErr w:type="spellEnd"/>
      <w:r>
        <w:rPr>
          <w:sz w:val="20"/>
        </w:rPr>
        <w:t xml:space="preserve">), </w:t>
      </w:r>
    </w:p>
    <w:p w14:paraId="165DD442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proofErr w:type="spellStart"/>
      <w:r w:rsidRPr="00F532D3">
        <w:rPr>
          <w:b/>
          <w:bCs/>
          <w:sz w:val="20"/>
        </w:rPr>
        <w:t>silindir</w:t>
      </w:r>
      <w:proofErr w:type="spellEnd"/>
      <w:r w:rsidRPr="00F532D3">
        <w:rPr>
          <w:b/>
          <w:bCs/>
          <w:sz w:val="20"/>
        </w:rPr>
        <w:t xml:space="preserve"> </w:t>
      </w:r>
      <w:proofErr w:type="spellStart"/>
      <w:r w:rsidRPr="00F532D3">
        <w:rPr>
          <w:b/>
          <w:bCs/>
          <w:sz w:val="20"/>
        </w:rPr>
        <w:t>kapağı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yanma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odasını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kapatır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supapları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taşır</w:t>
      </w:r>
      <w:proofErr w:type="spellEnd"/>
      <w:r>
        <w:rPr>
          <w:sz w:val="20"/>
        </w:rPr>
        <w:t xml:space="preserve">), </w:t>
      </w:r>
    </w:p>
    <w:p w14:paraId="50DAC10F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r w:rsidRPr="00F532D3">
        <w:rPr>
          <w:b/>
          <w:bCs/>
          <w:sz w:val="20"/>
        </w:rPr>
        <w:t>piston</w:t>
      </w:r>
      <w:r>
        <w:rPr>
          <w:sz w:val="20"/>
        </w:rPr>
        <w:t xml:space="preserve"> (</w:t>
      </w:r>
      <w:proofErr w:type="spellStart"/>
      <w:r>
        <w:rPr>
          <w:sz w:val="20"/>
        </w:rPr>
        <w:t>gazın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basıncını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alır</w:t>
      </w:r>
      <w:proofErr w:type="spellEnd"/>
      <w:r>
        <w:rPr>
          <w:sz w:val="20"/>
        </w:rPr>
        <w:t xml:space="preserve">), </w:t>
      </w:r>
    </w:p>
    <w:p w14:paraId="2840A9CA" w14:textId="77777777" w:rsidR="00F532D3" w:rsidRDefault="00000000" w:rsidP="00F532D3">
      <w:pPr>
        <w:spacing w:after="140" w:line="240" w:lineRule="auto"/>
        <w:ind w:left="426"/>
        <w:rPr>
          <w:sz w:val="20"/>
        </w:rPr>
      </w:pPr>
      <w:proofErr w:type="spellStart"/>
      <w:r w:rsidRPr="00F532D3">
        <w:rPr>
          <w:b/>
          <w:bCs/>
          <w:sz w:val="20"/>
        </w:rPr>
        <w:t>biyel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pistonun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hareketini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krank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miline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iletir</w:t>
      </w:r>
      <w:proofErr w:type="spellEnd"/>
      <w:r>
        <w:rPr>
          <w:sz w:val="20"/>
        </w:rPr>
        <w:t xml:space="preserve">), </w:t>
      </w:r>
    </w:p>
    <w:p w14:paraId="57926C1D" w14:textId="5D8004A4" w:rsidR="00AE7FC0" w:rsidRDefault="00000000" w:rsidP="00F532D3">
      <w:pPr>
        <w:spacing w:after="140" w:line="240" w:lineRule="auto"/>
        <w:ind w:left="426"/>
      </w:pPr>
      <w:proofErr w:type="spellStart"/>
      <w:r w:rsidRPr="00F532D3">
        <w:rPr>
          <w:b/>
          <w:bCs/>
          <w:sz w:val="20"/>
        </w:rPr>
        <w:t>krank</w:t>
      </w:r>
      <w:proofErr w:type="spellEnd"/>
      <w:r w:rsidRPr="00F532D3">
        <w:rPr>
          <w:b/>
          <w:bCs/>
          <w:sz w:val="20"/>
        </w:rPr>
        <w:t xml:space="preserve"> </w:t>
      </w:r>
      <w:proofErr w:type="spellStart"/>
      <w:r w:rsidRPr="00F532D3">
        <w:rPr>
          <w:b/>
          <w:bCs/>
          <w:sz w:val="20"/>
        </w:rPr>
        <w:t>mili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doğrusal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hareketi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dönme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hareketine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çevirir</w:t>
      </w:r>
      <w:proofErr w:type="spellEnd"/>
      <w:r>
        <w:rPr>
          <w:sz w:val="20"/>
        </w:rPr>
        <w:t xml:space="preserve">), </w:t>
      </w:r>
      <w:proofErr w:type="spellStart"/>
      <w:r>
        <w:rPr>
          <w:sz w:val="20"/>
        </w:rPr>
        <w:t>volan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mili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supaplar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karter</w:t>
      </w:r>
      <w:proofErr w:type="spellEnd"/>
      <w:r>
        <w:rPr>
          <w:sz w:val="20"/>
        </w:rPr>
        <w:t xml:space="preserve">. </w:t>
      </w:r>
    </w:p>
    <w:sectPr w:rsidR="00AE7FC0" w:rsidSect="00034616">
      <w:pgSz w:w="12240" w:h="15840"/>
      <w:pgMar w:top="680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6B23C84"/>
    <w:multiLevelType w:val="hybridMultilevel"/>
    <w:tmpl w:val="9D1227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071AD0"/>
    <w:multiLevelType w:val="hybridMultilevel"/>
    <w:tmpl w:val="A3A692E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53F05"/>
    <w:multiLevelType w:val="hybridMultilevel"/>
    <w:tmpl w:val="D546887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1"/>
  </w:num>
  <w:num w:numId="11" w16cid:durableId="151413888">
    <w:abstractNumId w:val="10"/>
  </w:num>
  <w:num w:numId="12" w16cid:durableId="601039103">
    <w:abstractNumId w:val="11"/>
    <w:lvlOverride w:ilvl="0">
      <w:startOverride w:val="1"/>
    </w:lvlOverride>
  </w:num>
  <w:num w:numId="13" w16cid:durableId="1277252198">
    <w:abstractNumId w:val="11"/>
    <w:lvlOverride w:ilvl="0">
      <w:startOverride w:val="1"/>
    </w:lvlOverride>
  </w:num>
  <w:num w:numId="14" w16cid:durableId="1941402047">
    <w:abstractNumId w:val="11"/>
    <w:lvlOverride w:ilvl="0">
      <w:startOverride w:val="1"/>
    </w:lvlOverride>
  </w:num>
  <w:num w:numId="15" w16cid:durableId="369187315">
    <w:abstractNumId w:val="11"/>
    <w:lvlOverride w:ilvl="0">
      <w:startOverride w:val="1"/>
    </w:lvlOverride>
  </w:num>
  <w:num w:numId="16" w16cid:durableId="476915225">
    <w:abstractNumId w:val="11"/>
    <w:lvlOverride w:ilvl="0">
      <w:startOverride w:val="1"/>
    </w:lvlOverride>
  </w:num>
  <w:num w:numId="17" w16cid:durableId="457727045">
    <w:abstractNumId w:val="11"/>
    <w:lvlOverride w:ilvl="0">
      <w:startOverride w:val="1"/>
    </w:lvlOverride>
  </w:num>
  <w:num w:numId="18" w16cid:durableId="1006665123">
    <w:abstractNumId w:val="11"/>
    <w:lvlOverride w:ilvl="0">
      <w:startOverride w:val="1"/>
    </w:lvlOverride>
  </w:num>
  <w:num w:numId="19" w16cid:durableId="962927397">
    <w:abstractNumId w:val="11"/>
    <w:lvlOverride w:ilvl="0">
      <w:startOverride w:val="1"/>
    </w:lvlOverride>
  </w:num>
  <w:num w:numId="20" w16cid:durableId="371854992">
    <w:abstractNumId w:val="11"/>
    <w:lvlOverride w:ilvl="0">
      <w:startOverride w:val="1"/>
    </w:lvlOverride>
  </w:num>
  <w:num w:numId="21" w16cid:durableId="1912692375">
    <w:abstractNumId w:val="11"/>
    <w:lvlOverride w:ilvl="0">
      <w:startOverride w:val="1"/>
    </w:lvlOverride>
  </w:num>
  <w:num w:numId="22" w16cid:durableId="1097823335">
    <w:abstractNumId w:val="12"/>
  </w:num>
  <w:num w:numId="23" w16cid:durableId="887912849">
    <w:abstractNumId w:val="13"/>
  </w:num>
  <w:num w:numId="24" w16cid:durableId="9536360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1559"/>
    <w:rsid w:val="00434928"/>
    <w:rsid w:val="005574F2"/>
    <w:rsid w:val="00670C22"/>
    <w:rsid w:val="00764DAF"/>
    <w:rsid w:val="00A54D61"/>
    <w:rsid w:val="00AA1D8D"/>
    <w:rsid w:val="00AE7FC0"/>
    <w:rsid w:val="00B47730"/>
    <w:rsid w:val="00CB0664"/>
    <w:rsid w:val="00F532D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3</cp:revision>
  <dcterms:created xsi:type="dcterms:W3CDTF">2013-12-23T23:15:00Z</dcterms:created>
  <dcterms:modified xsi:type="dcterms:W3CDTF">2026-11-07T13:14:00Z</dcterms:modified>
  <cp:category/>
</cp:coreProperties>
</file>