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Default="00A54D61" w:rsidP="00A54D61">
      <w:pPr>
        <w:spacing w:after="40" w:line="240" w:lineRule="auto"/>
        <w:jc w:val="center"/>
      </w:pPr>
      <w:r>
        <w:rPr>
          <w:b/>
          <w:sz w:val="24"/>
        </w:rPr>
        <w:t>KIRIKKALE MESLEKİ VE TEKNİK ANADOLU LİSESİ</w:t>
      </w:r>
    </w:p>
    <w:p w14:paraId="6F594FB9" w14:textId="77777777" w:rsidR="00A54D61" w:rsidRPr="003E1559" w:rsidRDefault="00A54D61" w:rsidP="00A54D61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0546FA1" w14:textId="77777777" w:rsidR="00A54D61" w:rsidRDefault="00A54D61" w:rsidP="00A54D61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53502B0E" w14:textId="77777777" w:rsidR="00AE7FC0" w:rsidRPr="00764DAF" w:rsidRDefault="00000000">
      <w:pPr>
        <w:spacing w:after="10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2. DÖNEM 1. YAZILI SINAVI – A GRUBU</w:t>
      </w:r>
    </w:p>
    <w:p w14:paraId="45908AA8" w14:textId="4238213D" w:rsidR="00AE7FC0" w:rsidRDefault="00000000">
      <w:pPr>
        <w:spacing w:after="100" w:line="240" w:lineRule="auto"/>
      </w:pPr>
      <w:r>
        <w:rPr>
          <w:sz w:val="20"/>
        </w:rPr>
        <w:t xml:space="preserve">Adı Soyadı: ....................................................    </w:t>
      </w:r>
      <w:r w:rsidR="00764DAF">
        <w:rPr>
          <w:sz w:val="20"/>
        </w:rPr>
        <w:tab/>
      </w:r>
      <w:r>
        <w:rPr>
          <w:sz w:val="20"/>
        </w:rPr>
        <w:t xml:space="preserve">Sınıfı/No: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Aldığı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1.</w:t>
      </w:r>
      <w:r>
        <w:rPr>
          <w:b w:val="0"/>
          <w:bCs/>
        </w:rPr>
        <w:t xml:space="preserve"> (6 puan) Emme manifoldunun ve egzoz manifoldunun görevlerini yazınız.</w:t>
      </w:r>
    </w:p>
    <w:p w14:paraId="2DC18980" w14:textId="57E1E90F" w:rsidR="00764DAF" w:rsidRPr="00A54D61" w:rsidRDefault="00000000" w:rsidP="00A54D61">
      <w:pPr>
        <w:spacing w:after="60" w:line="360" w:lineRule="auto"/>
      </w:pPr>
      <w:r>
        <w:rPr>
          <w:b/>
        </w:rPr>
        <w:t>2.</w:t>
      </w:r>
      <w:r>
        <w:rPr>
          <w:b w:val="0"/>
          <w:bCs/>
        </w:rPr>
        <w:t xml:space="preserve"> (6 puan) Motor yağının görevlerinden üç tanesini yazınız.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3.</w:t>
      </w:r>
      <w:r>
        <w:rPr>
          <w:b w:val="0"/>
          <w:bCs/>
        </w:rPr>
        <w:t xml:space="preserve"> (8 puan) Silindir kapağının görevlerinden dört tanesini yazınız.</w:t>
      </w:r>
    </w:p>
    <w:p w14:paraId="4A8ED9FA" w14:textId="77777777" w:rsidR="00AE7FC0" w:rsidRPr="00A54D61" w:rsidRDefault="00000000" w:rsidP="00A54D61">
      <w:pPr>
        <w:spacing w:after="20" w:line="360" w:lineRule="auto"/>
      </w:pPr>
      <w:r>
        <w:rPr>
          <w:b/>
        </w:rPr>
        <w:t>4.</w:t>
      </w:r>
      <w:r>
        <w:rPr>
          <w:b w:val="0"/>
          <w:bCs/>
        </w:rPr>
        <w:t xml:space="preserve"> (8 puan) Silindir kapak contasının görevini yazınız. Kapak contası yanan bir motorda görülen iki belirtiyi yazınız.</w:t>
      </w:r>
    </w:p>
    <w:p w14:paraId="5B5739D1" w14:textId="77777777" w:rsidR="00AE7FC0" w:rsidRPr="00A54D61" w:rsidRDefault="00000000" w:rsidP="00A54D61">
      <w:pPr>
        <w:spacing w:after="20" w:line="360" w:lineRule="auto"/>
      </w:pPr>
      <w:r>
        <w:rPr>
          <w:b/>
        </w:rPr>
        <w:t>5.</w:t>
      </w:r>
      <w:r>
        <w:rPr>
          <w:b w:val="0"/>
          <w:bCs/>
        </w:rPr>
        <w:t xml:space="preserve"> (10 puan) Sıvı soğutmalı bir soğutma sisteminin elemanlarından beş tanesini yazınız.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6.</w:t>
      </w:r>
      <w:r>
        <w:rPr>
          <w:b w:val="0"/>
          <w:bCs/>
        </w:rPr>
        <w:t xml:space="preserve"> (10 puan) Termostatın görevini yazınız. Termostat kapalı konumda arızalanırsa motorda ne olur?</w:t>
      </w:r>
    </w:p>
    <w:p w14:paraId="1BB85A2D" w14:textId="718E413A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7.</w:t>
      </w:r>
      <w:r>
        <w:rPr>
          <w:b w:val="0"/>
          <w:bCs/>
        </w:rPr>
        <w:t xml:space="preserve"> (10 puan) Zaman ayar mekanizmasının görevini ve çeşitlerinden üç tanesini yazınız.</w:t>
      </w:r>
    </w:p>
    <w:p w14:paraId="5C9FB45E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8.</w:t>
      </w:r>
      <w:r>
        <w:rPr>
          <w:b w:val="0"/>
          <w:bCs/>
        </w:rPr>
        <w:t xml:space="preserve"> (12 puan) Külbütör mekanizmasının görevini yazınız. Külbütör kontrolünde bakılacak iki hususu belirtiniz.</w:t>
      </w:r>
    </w:p>
    <w:p w14:paraId="648F369C" w14:textId="1E1A68AA" w:rsidR="00AE7FC0" w:rsidRPr="00A54D61" w:rsidRDefault="00000000" w:rsidP="00A54D61">
      <w:pPr>
        <w:spacing w:after="20" w:line="360" w:lineRule="auto"/>
      </w:pPr>
      <w:r>
        <w:rPr>
          <w:b/>
        </w:rPr>
        <w:t>9.</w:t>
      </w:r>
      <w:r>
        <w:rPr>
          <w:b w:val="0"/>
          <w:bCs/>
        </w:rPr>
        <w:t xml:space="preserve"> (15 puan) a) Silindir bloğunun görevini yazınız. (5 puan)</w:t>
        <w:br/>
        <w:t xml:space="preserve">                     b) Silindir bloğunun yapıldığı iki malzemeyi yazınız. (4 puan)</w:t>
        <w:br/>
        <w:t xml:space="preserve">                     c) Silindir iç çapı hangi aletle ölçülür? Silindirlerde hangi iki aşınma türü kontrol edilir? (6 puan)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10.</w:t>
      </w:r>
      <w:r>
        <w:rPr>
          <w:b w:val="0"/>
          <w:bCs/>
        </w:rPr>
        <w:t xml:space="preserve"> (15 puan) Sente ve supap bindirmesi kavramlarını açıklayınız. Motor senteye getirilmeden zaman ayar kayışı takılırsa ne olur? (Her biri 5 puan)</w:t>
      </w:r>
    </w:p>
    <w:p w14:paraId="560F709B" w14:textId="77777777" w:rsidR="00764DAF" w:rsidRDefault="00764DAF">
      <w:pPr>
        <w:spacing w:after="20" w:line="240" w:lineRule="auto"/>
      </w:pP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r>
        <w:rPr>
          <w:sz w:val="20"/>
        </w:rPr>
        <w:t>Başarılar</w:t>
      </w:r>
    </w:p>
    <w:p w14:paraId="3CA353D4" w14:textId="501BE177" w:rsidR="00AE7FC0" w:rsidRDefault="00000000">
      <w:pPr>
        <w:spacing w:line="240" w:lineRule="auto"/>
      </w:pPr>
      <w:r w:rsidRPr="00A54D61">
        <w:rPr>
          <w:b/>
          <w:bCs/>
          <w:sz w:val="20"/>
          <w:u w:val="single"/>
        </w:rPr>
        <w:t>Süre: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Mot. Araç. Tekn. Öğrt.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Default="003E1559">
      <w:pPr>
        <w:spacing w:after="40" w:line="240" w:lineRule="auto"/>
        <w:jc w:val="center"/>
      </w:pPr>
      <w:r>
        <w:rPr>
          <w:b/>
          <w:sz w:val="24"/>
        </w:rPr>
        <w:lastRenderedPageBreak/>
        <w:t>KIRIKKALE MESLEKİ VE TEKNİK ANADOLU LİSESİ</w:t>
      </w:r>
    </w:p>
    <w:p w14:paraId="10D1E64B" w14:textId="58447EAA" w:rsidR="00AE7FC0" w:rsidRPr="003E1559" w:rsidRDefault="00000000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 w:rsidR="003E1559"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 w:rsidR="003E1559"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F7C86BD" w14:textId="77777777" w:rsidR="00AE7FC0" w:rsidRDefault="00000000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4749E30A" w14:textId="77777777" w:rsidR="00AE7FC0" w:rsidRDefault="00000000">
      <w:pPr>
        <w:spacing w:after="100" w:line="240" w:lineRule="auto"/>
        <w:jc w:val="center"/>
      </w:pPr>
      <w:r>
        <w:rPr>
          <w:b/>
        </w:rPr>
        <w:t>2. DÖNEM 1. YAZILI SINAVI – A GRUBU CEVAP ANAHTARI</w:t>
      </w:r>
    </w:p>
    <w:p w14:paraId="7897E36D" w14:textId="77777777" w:rsidR="00AE7FC0" w:rsidRDefault="00000000">
      <w:pPr>
        <w:spacing w:after="120" w:line="240" w:lineRule="auto"/>
        <w:jc w:val="center"/>
      </w:pPr>
      <w:r>
        <w:rPr>
          <w:b/>
        </w:rPr>
        <w:t>CEVAPLAR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1.</w:t>
      </w:r>
      <w:r>
        <w:rPr>
          <w:b w:val="0"/>
          <w:sz w:val="20"/>
        </w:rPr>
        <w:t xml:space="preserve"> Emme manifoldu: hava veya hava-yakıt karışımını silindirlere dağıtır (3 puan). Egzoz manifoldu: yanmış gazları silindirlerden toplayıp egzoz borusuna iletir (3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2.</w:t>
      </w:r>
      <w:r>
        <w:rPr>
          <w:b w:val="0"/>
          <w:sz w:val="20"/>
        </w:rPr>
        <w:t xml:space="preserve"> Sürtünmeyi azaltır, aşınmayı önler;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3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motoru soğutmaya yardım eder;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3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segman-silindir arasında sızdırmazlık sağlar;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3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kir ve tortuyu taşıyarak temizler;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3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paslanmayı önler.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3.</w:t>
      </w:r>
      <w:r>
        <w:rPr>
          <w:b w:val="0"/>
          <w:sz w:val="20"/>
        </w:rPr>
        <w:t xml:space="preserve"> Silindirleri üstten kapatarak yanma odasını oluşturur;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supapları, bujileri veya enjektörleri taşır;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emme-egzoz kanallarını içerir;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soğutma suyu ve yağ kanalları vardır;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külbütör mekanizmasını taşır.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4.</w:t>
      </w:r>
      <w:r>
        <w:rPr>
          <w:b w:val="0"/>
          <w:sz w:val="20"/>
        </w:rPr>
        <w:t xml:space="preserve"> Silindir kapağı ile blok arasında yanma gazı, soğutma suyu ve yağ sızdırmazlığını sağlar (4 puan). Belirtiler: egzozdan beyaz duman, yağın süt gibi görünmesi, soğutma suyunun azalması, radyatörde kabarcık, güç kaybı. Doğru her belirti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5.</w:t>
      </w:r>
      <w:r>
        <w:rPr>
          <w:b w:val="0"/>
          <w:sz w:val="20"/>
        </w:rPr>
        <w:t xml:space="preserve"> Radyatör, su pompası, termostat, fan, radyatör kapağı, genleşme kabı, hortumlar, su ceketi.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6.</w:t>
      </w:r>
      <w:r>
        <w:rPr>
          <w:b w:val="0"/>
          <w:sz w:val="20"/>
        </w:rPr>
        <w:t xml:space="preserve"> Termostat, motoru çalışma sıcaklığına çabuk ulaştırır ve sıcaklığı sabit tutmak için soğutma sıvısı akışını düzenler (5 puan). Kapalı kalırsa sıvı radyatöre gidemez, motor aşırı ısınır (5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7.</w:t>
      </w:r>
      <w:r>
        <w:rPr>
          <w:b w:val="0"/>
          <w:sz w:val="20"/>
        </w:rPr>
        <w:t xml:space="preserve"> Görev: krank mili ile kam mili arasında hareketi aktararak supapların doğru anda açılıp kapanmasını sağlar (4 puan). Çeşitleri: dişli, zincir, triger kayışı. Her çeşit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8.</w:t>
      </w:r>
      <w:r>
        <w:rPr>
          <w:b w:val="0"/>
          <w:sz w:val="20"/>
        </w:rPr>
        <w:t xml:space="preserve"> Görev: kam milinden (veya itici çubuktan) aldığı hareketi supaba ileterek supabı açar (6 puan). Kontrol: yüzeylerde aşınma, çatlak;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9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yağ kanalı tıkanıklığı;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9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mil ve burç boşluğu. Doğru her hus 3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9.</w:t>
      </w:r>
      <w:r>
        <w:rPr>
          <w:b w:val="0"/>
          <w:sz w:val="20"/>
        </w:rPr>
        <w:t xml:space="preserve"> a) Motorun ana gövdesidir;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0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silindirleri, krank mili yataklarını ve su-yağ kanallarını içerir, diğer parçaları taşır (5 puan). b) Dökme demir, alüminyum alaşımı (her biri 2 puan). c) Komparatör (iç çap komparatörü) veya teleskopik geyç ile mikrometre (2 puan);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0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ovallik ve konikleşme (her biri 2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10.</w:t>
      </w:r>
      <w:r>
        <w:rPr>
          <w:b w:val="0"/>
          <w:sz w:val="20"/>
        </w:rPr>
        <w:t xml:space="preserve"> Sente: motorun belirli bir silindirinin ÜÖN'de olduğu konumda krank mili ve kam mili işaretlerinin hizalanmasıdır (5 puan). Supap bindirmesi: egzoz zamanının sonu ile emme zamanının başında emme ve egzoz supaplarının birlikte açık kaldığı kısa süredir (5 puan). Senteye getirilmeden takılırsa supap zamanlaması bozulur;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motor düzensiz çalışır, güç kaybeder veya çalışmaz, supaplar pistona çarpıp hasar görebilir (5 puan).</w:t>
      </w:r>
    </w:p>
    <w:sectPr w:rsidR="00AE7FC0" w:rsidSect="00034616">
      <w:pgSz w:w="12240" w:h="15840"/>
      <w:pgMar w:top="680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0"/>
  </w:num>
  <w:num w:numId="11" w16cid:durableId="151413888">
    <w:abstractNumId w:val="9"/>
  </w:num>
  <w:num w:numId="12">
    <w:abstractNumId w:val="10"/>
    <w:lvlOverride w:ilvl="0">
      <w:startOverride w:val="1"/>
    </w:lvlOverride>
  </w:num>
  <w:num w:numId="13">
    <w:abstractNumId w:val="10"/>
    <w:lvlOverride w:ilvl="0">
      <w:startOverride w:val="1"/>
    </w:lvlOverride>
  </w:num>
  <w:num w:numId="14">
    <w:abstractNumId w:val="10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10"/>
    <w:lvlOverride w:ilvl="0">
      <w:startOverride w:val="1"/>
    </w:lvlOverride>
  </w:num>
  <w:num w:numId="21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1559"/>
    <w:rsid w:val="00670C22"/>
    <w:rsid w:val="00764DAF"/>
    <w:rsid w:val="00A54D61"/>
    <w:rsid w:val="00AA1D8D"/>
    <w:rsid w:val="00AE7FC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2</cp:revision>
  <dcterms:created xsi:type="dcterms:W3CDTF">2013-12-23T23:15:00Z</dcterms:created>
  <dcterms:modified xsi:type="dcterms:W3CDTF">2026-11-07T11:51:00Z</dcterms:modified>
  <cp:category/>
</cp:coreProperties>
</file>