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BD724" w14:textId="77777777" w:rsidR="00A54D61" w:rsidRDefault="00A54D61" w:rsidP="00A54D61">
      <w:pPr>
        <w:spacing w:after="40" w:line="240" w:lineRule="auto"/>
        <w:jc w:val="center"/>
      </w:pPr>
      <w:r>
        <w:rPr>
          <w:b/>
          <w:sz w:val="24"/>
        </w:rPr>
        <w:t>KIRIKKALE MESLEKİ VE TEKNİK ANADOLU LİSESİ</w:t>
      </w:r>
    </w:p>
    <w:p w14:paraId="6F594FB9" w14:textId="77777777" w:rsidR="00A54D61" w:rsidRPr="003E1559" w:rsidRDefault="00A54D61" w:rsidP="00A54D61">
      <w:pPr>
        <w:spacing w:after="40" w:line="240" w:lineRule="auto"/>
        <w:jc w:val="center"/>
        <w:rPr>
          <w:sz w:val="24"/>
          <w:szCs w:val="24"/>
        </w:rPr>
      </w:pPr>
      <w:r w:rsidRPr="003E1559">
        <w:rPr>
          <w:b/>
          <w:sz w:val="24"/>
          <w:szCs w:val="24"/>
        </w:rPr>
        <w:t xml:space="preserve">2026/2027 EĞİTİM ÖĞRETİM YILI </w:t>
      </w:r>
      <w:r>
        <w:rPr>
          <w:b/>
          <w:sz w:val="24"/>
          <w:szCs w:val="24"/>
        </w:rPr>
        <w:t>OTOMOTİV</w:t>
      </w:r>
      <w:r w:rsidRPr="003E1559">
        <w:rPr>
          <w:b/>
          <w:sz w:val="24"/>
          <w:szCs w:val="24"/>
        </w:rPr>
        <w:t xml:space="preserve"> TEKNOLOJİ</w:t>
      </w:r>
      <w:r>
        <w:rPr>
          <w:b/>
          <w:sz w:val="24"/>
          <w:szCs w:val="24"/>
        </w:rPr>
        <w:t>LERİ</w:t>
      </w:r>
      <w:r w:rsidRPr="003E1559">
        <w:rPr>
          <w:b/>
          <w:sz w:val="24"/>
          <w:szCs w:val="24"/>
        </w:rPr>
        <w:t xml:space="preserve"> ALANI</w:t>
      </w:r>
    </w:p>
    <w:p w14:paraId="50546FA1" w14:textId="77777777" w:rsidR="00A54D61" w:rsidRDefault="00A54D61" w:rsidP="00A54D61">
      <w:pPr>
        <w:spacing w:after="40" w:line="240" w:lineRule="auto"/>
        <w:jc w:val="center"/>
      </w:pPr>
      <w:r>
        <w:rPr>
          <w:b/>
        </w:rPr>
        <w:t>TEMEL OTOMOTİV TEKNOLOJİSİ DERSİ</w:t>
      </w:r>
    </w:p>
    <w:p w14:paraId="53502B0E" w14:textId="77777777" w:rsidR="00AE7FC0" w:rsidRPr="00764DAF" w:rsidRDefault="00000000">
      <w:pPr>
        <w:spacing w:after="10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2. DÖNEM 1. YAZILI SINAVI – B GRUBU</w:t>
      </w:r>
    </w:p>
    <w:p w14:paraId="45908AA8" w14:textId="4238213D" w:rsidR="00AE7FC0" w:rsidRDefault="00000000">
      <w:pPr>
        <w:spacing w:after="100" w:line="240" w:lineRule="auto"/>
      </w:pPr>
      <w:r>
        <w:rPr>
          <w:sz w:val="20"/>
        </w:rPr>
        <w:t xml:space="preserve">Adı Soyadı: ....................................................    </w:t>
      </w:r>
      <w:r w:rsidR="00764DAF">
        <w:rPr>
          <w:sz w:val="20"/>
        </w:rPr>
        <w:tab/>
      </w:r>
      <w:r>
        <w:rPr>
          <w:sz w:val="20"/>
        </w:rPr>
        <w:t xml:space="preserve">Sınıfı/No: ..................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>Aldığı Not: ............</w:t>
      </w:r>
    </w:p>
    <w:p w14:paraId="55242F50" w14:textId="77777777" w:rsidR="00AE7FC0" w:rsidRDefault="00000000">
      <w:pPr>
        <w:spacing w:after="80" w:line="240" w:lineRule="auto"/>
        <w:jc w:val="center"/>
      </w:pPr>
      <w:r>
        <w:rPr>
          <w:b/>
        </w:rPr>
        <w:t>SORULAR</w:t>
      </w:r>
    </w:p>
    <w:p w14:paraId="6837F98F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1.</w:t>
      </w:r>
      <w:r>
        <w:rPr>
          <w:b w:val="0"/>
          <w:bCs/>
        </w:rPr>
        <w:t xml:space="preserve"> (6 puan) Emme ve egzoz manifoldları motorun neresine bağlanır? Kontrolünde bakılacak iki hususu yazınız.</w:t>
      </w:r>
    </w:p>
    <w:p w14:paraId="2DC18980" w14:textId="57E1E90F" w:rsidR="00764DAF" w:rsidRPr="00A54D61" w:rsidRDefault="00000000" w:rsidP="00A54D61">
      <w:pPr>
        <w:spacing w:after="60" w:line="360" w:lineRule="auto"/>
      </w:pPr>
      <w:r>
        <w:rPr>
          <w:b/>
        </w:rPr>
        <w:t>2.</w:t>
      </w:r>
      <w:r>
        <w:rPr>
          <w:b w:val="0"/>
          <w:bCs/>
        </w:rPr>
        <w:t xml:space="preserve"> (6 puan) Motorlarda kullanılan iki soğutma sistemi çeşidini yazınız.</w:t>
      </w:r>
    </w:p>
    <w:p w14:paraId="2666A32E" w14:textId="20582921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3.</w:t>
      </w:r>
      <w:r>
        <w:rPr>
          <w:b w:val="0"/>
          <w:bCs/>
        </w:rPr>
        <w:t xml:space="preserve"> (8 puan) Soğutma sıvısına antifriz karıştırılmasının dört faydasını yazınız.</w:t>
      </w:r>
    </w:p>
    <w:p w14:paraId="4A8ED9FA" w14:textId="77777777" w:rsidR="00AE7FC0" w:rsidRPr="00A54D61" w:rsidRDefault="00000000" w:rsidP="00A54D61">
      <w:pPr>
        <w:spacing w:after="20" w:line="360" w:lineRule="auto"/>
      </w:pPr>
      <w:r>
        <w:rPr>
          <w:b/>
        </w:rPr>
        <w:t>4.</w:t>
      </w:r>
      <w:r>
        <w:rPr>
          <w:b w:val="0"/>
          <w:bCs/>
        </w:rPr>
        <w:t xml:space="preserve"> (8 puan) Silindir kapağı sökülürken ve takılırken dikkat edilecek dört hususu yazınız.</w:t>
      </w:r>
    </w:p>
    <w:p w14:paraId="5B5739D1" w14:textId="77777777" w:rsidR="00AE7FC0" w:rsidRPr="00A54D61" w:rsidRDefault="00000000" w:rsidP="00A54D61">
      <w:pPr>
        <w:spacing w:after="20" w:line="360" w:lineRule="auto"/>
      </w:pPr>
      <w:r>
        <w:rPr>
          <w:b/>
        </w:rPr>
        <w:t>5.</w:t>
      </w:r>
      <w:r>
        <w:rPr>
          <w:b w:val="0"/>
          <w:bCs/>
        </w:rPr>
        <w:t xml:space="preserve"> (10 puan) Yanma odasının görevini yazınız. Benzinli motorlarda kullanılan iki yanma odası çeşidini belirtiniz.</w:t>
      </w:r>
    </w:p>
    <w:p w14:paraId="2CC0EA06" w14:textId="30EFD3CD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6.</w:t>
      </w:r>
      <w:r>
        <w:rPr>
          <w:b w:val="0"/>
          <w:bCs/>
        </w:rPr>
        <w:t xml:space="preserve"> (10 puan) Kam milinin görevini yazınız. Kam mili krank miline göre hangi hızla döner?</w:t>
      </w:r>
    </w:p>
    <w:p w14:paraId="1BB85A2D" w14:textId="718E413A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7.</w:t>
      </w:r>
      <w:r>
        <w:rPr>
          <w:b w:val="0"/>
          <w:bCs/>
        </w:rPr>
        <w:t xml:space="preserve"> (10 puan) Triger kayışı neden belirli kilometrede değiştirilmelidir? Kayış gerginliği çok gevşek veya çok sıkı olursa ne olur?</w:t>
      </w:r>
    </w:p>
    <w:p w14:paraId="5C9FB45E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8.</w:t>
      </w:r>
      <w:r>
        <w:rPr>
          <w:b w:val="0"/>
          <w:bCs/>
        </w:rPr>
        <w:t xml:space="preserve"> (12 puan) Değişken supap zamanlama (VVT) mekanizmasının görevini yazınız. Sağladığı iki faydayı belirtiniz.</w:t>
      </w:r>
    </w:p>
    <w:p w14:paraId="648F369C" w14:textId="1E1A68AA" w:rsidR="00AE7FC0" w:rsidRPr="00A54D61" w:rsidRDefault="00000000" w:rsidP="00A54D61">
      <w:pPr>
        <w:spacing w:after="20" w:line="360" w:lineRule="auto"/>
      </w:pPr>
      <w:r>
        <w:rPr>
          <w:b/>
        </w:rPr>
        <w:t>9.</w:t>
      </w:r>
      <w:r>
        <w:rPr>
          <w:b w:val="0"/>
          <w:bCs/>
        </w:rPr>
        <w:t xml:space="preserve"> (15 puan) Motor soğutma sıvısını değiştirme işlem basamaklarını sırasıyla yazınız. (5 basamak)</w:t>
      </w:r>
    </w:p>
    <w:p w14:paraId="6837F98F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10.</w:t>
      </w:r>
      <w:r>
        <w:rPr>
          <w:b w:val="0"/>
          <w:bCs/>
        </w:rPr>
        <w:t xml:space="preserve"> (15 puan) Silindir bloğunun kontrolünde bakılacak beş noktayı yazınız.</w:t>
      </w:r>
    </w:p>
    <w:p w14:paraId="560F709B" w14:textId="77777777" w:rsidR="00764DAF" w:rsidRDefault="00764DAF">
      <w:pPr>
        <w:spacing w:after="20" w:line="240" w:lineRule="auto"/>
      </w:pPr>
    </w:p>
    <w:p w14:paraId="6559AF34" w14:textId="77777777" w:rsidR="00AE7FC0" w:rsidRDefault="00000000" w:rsidP="00764DAF">
      <w:pPr>
        <w:spacing w:after="60" w:line="240" w:lineRule="auto"/>
        <w:ind w:left="4320" w:firstLine="720"/>
        <w:jc w:val="center"/>
      </w:pPr>
      <w:r>
        <w:rPr>
          <w:sz w:val="20"/>
        </w:rPr>
        <w:t>Başarılar</w:t>
      </w:r>
    </w:p>
    <w:p w14:paraId="3CA353D4" w14:textId="501BE177" w:rsidR="00AE7FC0" w:rsidRDefault="00000000">
      <w:pPr>
        <w:spacing w:line="240" w:lineRule="auto"/>
      </w:pPr>
      <w:r w:rsidRPr="00A54D61">
        <w:rPr>
          <w:b/>
          <w:bCs/>
          <w:sz w:val="20"/>
          <w:u w:val="single"/>
        </w:rPr>
        <w:t>Süre:</w:t>
      </w:r>
      <w:r>
        <w:rPr>
          <w:sz w:val="20"/>
        </w:rPr>
        <w:t xml:space="preserve"> 40 Dk                          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>Mot. Araç. Tekn. Öğrt. Abdullah YANIK</w:t>
      </w:r>
    </w:p>
    <w:p w14:paraId="60D3C21B" w14:textId="77777777" w:rsidR="00AE7FC0" w:rsidRDefault="00000000">
      <w:r>
        <w:br w:type="page"/>
      </w:r>
    </w:p>
    <w:p w14:paraId="36CA7AB3" w14:textId="4CFF810D" w:rsidR="00AE7FC0" w:rsidRDefault="003E1559">
      <w:pPr>
        <w:spacing w:after="40" w:line="240" w:lineRule="auto"/>
        <w:jc w:val="center"/>
      </w:pPr>
      <w:r>
        <w:rPr>
          <w:b/>
          <w:sz w:val="24"/>
        </w:rPr>
        <w:lastRenderedPageBreak/>
        <w:t>KIRIKKALE MESLEKİ VE TEKNİK ANADOLU LİSESİ</w:t>
      </w:r>
    </w:p>
    <w:p w14:paraId="10D1E64B" w14:textId="58447EAA" w:rsidR="00AE7FC0" w:rsidRPr="003E1559" w:rsidRDefault="00000000">
      <w:pPr>
        <w:spacing w:after="40" w:line="240" w:lineRule="auto"/>
        <w:jc w:val="center"/>
        <w:rPr>
          <w:sz w:val="24"/>
          <w:szCs w:val="24"/>
        </w:rPr>
      </w:pPr>
      <w:r w:rsidRPr="003E1559">
        <w:rPr>
          <w:b/>
          <w:sz w:val="24"/>
          <w:szCs w:val="24"/>
        </w:rPr>
        <w:t xml:space="preserve">2026/2027 EĞİTİM ÖĞRETİM YILI </w:t>
      </w:r>
      <w:r w:rsidR="003E1559">
        <w:rPr>
          <w:b/>
          <w:sz w:val="24"/>
          <w:szCs w:val="24"/>
        </w:rPr>
        <w:t>OTOMOTİV</w:t>
      </w:r>
      <w:r w:rsidRPr="003E1559">
        <w:rPr>
          <w:b/>
          <w:sz w:val="24"/>
          <w:szCs w:val="24"/>
        </w:rPr>
        <w:t xml:space="preserve"> TEKNOLOJİ</w:t>
      </w:r>
      <w:r w:rsidR="003E1559">
        <w:rPr>
          <w:b/>
          <w:sz w:val="24"/>
          <w:szCs w:val="24"/>
        </w:rPr>
        <w:t>LERİ</w:t>
      </w:r>
      <w:r w:rsidRPr="003E1559">
        <w:rPr>
          <w:b/>
          <w:sz w:val="24"/>
          <w:szCs w:val="24"/>
        </w:rPr>
        <w:t xml:space="preserve"> ALANI</w:t>
      </w:r>
    </w:p>
    <w:p w14:paraId="5F7C86BD" w14:textId="77777777" w:rsidR="00AE7FC0" w:rsidRDefault="00000000">
      <w:pPr>
        <w:spacing w:after="40" w:line="240" w:lineRule="auto"/>
        <w:jc w:val="center"/>
      </w:pPr>
      <w:r>
        <w:rPr>
          <w:b/>
        </w:rPr>
        <w:t>TEMEL OTOMOTİV TEKNOLOJİSİ DERSİ</w:t>
      </w:r>
    </w:p>
    <w:p w14:paraId="4749E30A" w14:textId="77777777" w:rsidR="00AE7FC0" w:rsidRDefault="00000000">
      <w:pPr>
        <w:spacing w:after="100" w:line="240" w:lineRule="auto"/>
        <w:jc w:val="center"/>
      </w:pPr>
      <w:r>
        <w:rPr>
          <w:b/>
        </w:rPr>
        <w:t>2. DÖNEM 1. YAZILI SINAVI – B GRUBU CEVAP ANAHTARI</w:t>
      </w:r>
    </w:p>
    <w:p w14:paraId="7897E36D" w14:textId="77777777" w:rsidR="00AE7FC0" w:rsidRDefault="00000000">
      <w:pPr>
        <w:spacing w:after="120" w:line="240" w:lineRule="auto"/>
        <w:jc w:val="center"/>
      </w:pPr>
      <w:r>
        <w:rPr>
          <w:b/>
        </w:rPr>
        <w:t>CEVAPLAR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1.</w:t>
      </w:r>
      <w:r>
        <w:rPr>
          <w:b w:val="0"/>
          <w:sz w:val="20"/>
        </w:rPr>
        <w:t xml:space="preserve"> Silindir kapağının yan yüzüne bağlanır (2 puan). Çatlak/kırık kontrolü, bağlantı yüzeyinin düzlüğü, conta sızıntısı. Doğru her cevap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2.</w:t>
      </w:r>
      <w:r>
        <w:rPr>
          <w:b w:val="0"/>
          <w:sz w:val="20"/>
        </w:rPr>
        <w:t xml:space="preserve"> Hava soğutmalı (3 puan), sıvı (su) soğutmalı (3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3.</w:t>
      </w:r>
      <w:r>
        <w:rPr>
          <w:b w:val="0"/>
          <w:sz w:val="20"/>
        </w:rPr>
        <w:t xml:space="preserve"> Donmayı önler;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4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kaynama noktasını yükseltir;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4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paslanma ve korozyona karşı korur;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4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su pompası ve conta gibi parçaları yağlar;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4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kireçlenmeyi azaltır. Doğru her cevap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4.</w:t>
      </w:r>
      <w:r>
        <w:rPr>
          <w:b w:val="0"/>
          <w:sz w:val="20"/>
        </w:rPr>
        <w:t xml:space="preserve"> Motor soğukken sökülmeli;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5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cıvatalar üreticinin belirttiği sıraya veya çaprazlama gevşetilmeli;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5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yeni conta kullanılmalı;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5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takarken üretici sırası ve torkuyla sıkılmalı;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5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kapak ve blok yüzeyleri temizlenip düzlük kontrol edilmeli. Doğru her cevap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5.</w:t>
      </w:r>
      <w:r>
        <w:rPr>
          <w:b w:val="0"/>
          <w:sz w:val="20"/>
        </w:rPr>
        <w:t xml:space="preserve"> Görev: yakıt-hava karışımının yandığı ve basıncın oluştuğu hacmi oluşturmak (4 puan). Yarım küre, kama, küvet, çatı tipi. Her çeşit 3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6.</w:t>
      </w:r>
      <w:r>
        <w:rPr>
          <w:b w:val="0"/>
          <w:sz w:val="20"/>
        </w:rPr>
        <w:t xml:space="preserve"> Supapları (itici veya külbütör aracılığıyla) açıp kapatır (5 puan). Krank milinin yarı hızıyla döner (krank mili 2 tur, kam mili 1 tur) (5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7.</w:t>
      </w:r>
      <w:r>
        <w:rPr>
          <w:b w:val="0"/>
          <w:sz w:val="20"/>
        </w:rPr>
        <w:t xml:space="preserve"> Kayış zamanla aşınır, çatlar, esnekliğini kaybeder;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8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kopması hâlinde supaplar piston ile çarpışıp motor ağır hasar görebilir (5 puan). Gevşek olursa dişliden atlar, zaman ayarı bozulur;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8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çok sıkı olursa kayış ve rulmanlar çabuk aşınır, gürültü yapar (5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8.</w:t>
      </w:r>
      <w:r>
        <w:rPr>
          <w:b w:val="0"/>
          <w:sz w:val="20"/>
        </w:rPr>
        <w:t xml:space="preserve"> Motor devrine ve yüke göre supapların açılma-kapanma zamanını (gerekirse açıklığını) değiştirir (6 puan). Yakıt tüketimi azalır, güç ve tork artar, egzoz emisyonu azalır. Doğru her fayda 3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9.</w:t>
      </w:r>
      <w:r>
        <w:rPr>
          <w:b w:val="0"/>
          <w:sz w:val="20"/>
        </w:rPr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0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1) Motor soğukken radyatör kapağı açılır.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0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2) Alt hortum veya boşaltma musluğu açılarak sıvı kaba boşaltılır.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0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3) Boşaltma noktası kapatılır (gerekirse sistem temiz suyla yıkanır).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0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4) Yeni sıvı doğru karışım oranıyla doldurulur.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0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5) Motor çalıştırılıp hava alınır, seviye kontrol edilir. Her basamak 3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10.</w:t>
      </w:r>
      <w:r>
        <w:rPr>
          <w:b w:val="0"/>
          <w:sz w:val="20"/>
        </w:rPr>
        <w:t xml:space="preserve"> Çatlak/kırık;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üst yüzeyin düzlüğü (çelik cetvel ve yaprak geyç ile);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silindir aşınması (ovallik-konikleşme);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silindir yüzeyinde çizik;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su-yağ kanallarında tıkanıklık;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cıvata dişlerinin durumu. Doğru her cevap 3 puan.</w:t>
      </w:r>
    </w:p>
    <w:sectPr w:rsidR="00AE7FC0" w:rsidSect="00034616">
      <w:pgSz w:w="12240" w:h="15840"/>
      <w:pgMar w:top="680" w:right="935" w:bottom="652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725645A"/>
    <w:multiLevelType w:val="hybridMultilevel"/>
    <w:tmpl w:val="5B66ED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D11276"/>
    <w:multiLevelType w:val="hybridMultilevel"/>
    <w:tmpl w:val="B840E8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902779">
    <w:abstractNumId w:val="8"/>
  </w:num>
  <w:num w:numId="2" w16cid:durableId="1305084789">
    <w:abstractNumId w:val="6"/>
  </w:num>
  <w:num w:numId="3" w16cid:durableId="41177832">
    <w:abstractNumId w:val="5"/>
  </w:num>
  <w:num w:numId="4" w16cid:durableId="1146584673">
    <w:abstractNumId w:val="4"/>
  </w:num>
  <w:num w:numId="5" w16cid:durableId="1128889550">
    <w:abstractNumId w:val="7"/>
  </w:num>
  <w:num w:numId="6" w16cid:durableId="1017388597">
    <w:abstractNumId w:val="3"/>
  </w:num>
  <w:num w:numId="7" w16cid:durableId="1735853297">
    <w:abstractNumId w:val="2"/>
  </w:num>
  <w:num w:numId="8" w16cid:durableId="1692103833">
    <w:abstractNumId w:val="1"/>
  </w:num>
  <w:num w:numId="9" w16cid:durableId="1051422525">
    <w:abstractNumId w:val="0"/>
  </w:num>
  <w:num w:numId="10" w16cid:durableId="1265772281">
    <w:abstractNumId w:val="10"/>
  </w:num>
  <w:num w:numId="11" w16cid:durableId="151413888">
    <w:abstractNumId w:val="9"/>
  </w:num>
  <w:num w:numId="12">
    <w:abstractNumId w:val="10"/>
    <w:lvlOverride w:ilvl="0">
      <w:startOverride w:val="1"/>
    </w:lvlOverride>
  </w:num>
  <w:num w:numId="13">
    <w:abstractNumId w:val="10"/>
    <w:lvlOverride w:ilvl="0">
      <w:startOverride w:val="1"/>
    </w:lvlOverride>
  </w:num>
  <w:num w:numId="14">
    <w:abstractNumId w:val="10"/>
    <w:lvlOverride w:ilvl="0">
      <w:startOverride w:val="1"/>
    </w:lvlOverride>
  </w:num>
  <w:num w:numId="15">
    <w:abstractNumId w:val="10"/>
    <w:lvlOverride w:ilvl="0">
      <w:startOverride w:val="1"/>
    </w:lvlOverride>
  </w:num>
  <w:num w:numId="16">
    <w:abstractNumId w:val="10"/>
    <w:lvlOverride w:ilvl="0">
      <w:startOverride w:val="1"/>
    </w:lvlOverride>
  </w:num>
  <w:num w:numId="17">
    <w:abstractNumId w:val="10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10"/>
    <w:lvlOverride w:ilvl="0">
      <w:startOverride w:val="1"/>
    </w:lvlOverride>
  </w:num>
  <w:num w:numId="21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1559"/>
    <w:rsid w:val="00670C22"/>
    <w:rsid w:val="00764DAF"/>
    <w:rsid w:val="00A54D61"/>
    <w:rsid w:val="00AA1D8D"/>
    <w:rsid w:val="00AE7FC0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6945AD"/>
  <w14:defaultImageDpi w14:val="300"/>
  <w15:docId w15:val="{9051B837-98E0-4398-BA8F-DCC5B3FA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Abdullah Yanik</cp:lastModifiedBy>
  <cp:revision>2</cp:revision>
  <dcterms:created xsi:type="dcterms:W3CDTF">2013-12-23T23:15:00Z</dcterms:created>
  <dcterms:modified xsi:type="dcterms:W3CDTF">2026-11-07T11:51:00Z</dcterms:modified>
  <cp:category/>
</cp:coreProperties>
</file>