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BD724" w14:textId="77777777" w:rsidR="00A54D61" w:rsidRDefault="00A54D61" w:rsidP="00A54D61">
      <w:pPr>
        <w:spacing w:after="40" w:line="240" w:lineRule="auto"/>
        <w:jc w:val="center"/>
      </w:pPr>
      <w:r>
        <w:rPr>
          <w:b/>
          <w:sz w:val="24"/>
        </w:rPr>
        <w:t>KIRIKKALE MESLEKİ VE TEKNİK ANADOLU LİSESİ</w:t>
      </w:r>
    </w:p>
    <w:p w14:paraId="6F594FB9" w14:textId="77777777" w:rsidR="00A54D61" w:rsidRPr="003E1559" w:rsidRDefault="00A54D61" w:rsidP="00A54D61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0546FA1" w14:textId="77777777" w:rsidR="00A54D61" w:rsidRDefault="00A54D61" w:rsidP="00A54D61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53502B0E" w14:textId="77777777" w:rsidR="00AE7FC0" w:rsidRPr="00764DAF" w:rsidRDefault="00000000">
      <w:pPr>
        <w:spacing w:after="100" w:line="24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2. DÖNEM 2. YAZILI SINAVI – A GRUBU</w:t>
      </w:r>
    </w:p>
    <w:p w14:paraId="45908AA8" w14:textId="4238213D" w:rsidR="00AE7FC0" w:rsidRDefault="00000000">
      <w:pPr>
        <w:spacing w:after="100" w:line="240" w:lineRule="auto"/>
      </w:pPr>
      <w:r>
        <w:rPr>
          <w:sz w:val="20"/>
        </w:rPr>
        <w:t xml:space="preserve">Adı Soyadı: ....................................................    </w:t>
      </w:r>
      <w:r w:rsidR="00764DAF">
        <w:rPr>
          <w:sz w:val="20"/>
        </w:rPr>
        <w:tab/>
      </w:r>
      <w:r>
        <w:rPr>
          <w:sz w:val="20"/>
        </w:rPr>
        <w:t xml:space="preserve">Sınıfı/No: ..................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Aldığı Not: ............</w:t>
      </w:r>
    </w:p>
    <w:p w14:paraId="55242F50" w14:textId="77777777" w:rsidR="00AE7FC0" w:rsidRDefault="00000000">
      <w:pPr>
        <w:spacing w:after="80" w:line="240" w:lineRule="auto"/>
        <w:jc w:val="center"/>
      </w:pPr>
      <w:r>
        <w:rPr>
          <w:b/>
        </w:rPr>
        <w:t>SORULAR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1.</w:t>
      </w:r>
      <w:r>
        <w:rPr>
          <w:b w:val="0"/>
          <w:bCs/>
        </w:rPr>
        <w:t xml:space="preserve"> (6 puan) Yağlama sisteminde karter ve yağ pompasının görevlerini yazınız.</w:t>
      </w:r>
    </w:p>
    <w:p w14:paraId="2DC18980" w14:textId="57E1E90F" w:rsidR="00764DAF" w:rsidRPr="00A54D61" w:rsidRDefault="00000000" w:rsidP="00A54D61">
      <w:pPr>
        <w:spacing w:after="60" w:line="360" w:lineRule="auto"/>
      </w:pPr>
      <w:r>
        <w:rPr>
          <w:b/>
        </w:rPr>
        <w:t>2.</w:t>
      </w:r>
      <w:r>
        <w:rPr>
          <w:b w:val="0"/>
          <w:bCs/>
        </w:rPr>
        <w:t xml:space="preserve"> (6 puan) Elektrik akımı, gerilim ve direncin birimlerini ve sembollerini yazınız.</w:t>
      </w:r>
    </w:p>
    <w:p w14:paraId="2666A32E" w14:textId="20582921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3.</w:t>
      </w:r>
      <w:r>
        <w:rPr>
          <w:b w:val="0"/>
          <w:bCs/>
        </w:rPr>
        <w:t xml:space="preserve"> (8 puan) Ohm kanununu yazınız. 12 V'luk bir kaynağa bağlı 4 Ω'luk direncin çektiği akım kaç amperdir?</w:t>
      </w:r>
    </w:p>
    <w:p w14:paraId="4A8ED9FA" w14:textId="77777777" w:rsidR="00AE7FC0" w:rsidRPr="00A54D61" w:rsidRDefault="00000000" w:rsidP="00A54D61">
      <w:pPr>
        <w:spacing w:after="20" w:line="360" w:lineRule="auto"/>
      </w:pPr>
      <w:r>
        <w:rPr>
          <w:b/>
        </w:rPr>
        <w:t>4.</w:t>
      </w:r>
      <w:r>
        <w:rPr>
          <w:b w:val="0"/>
          <w:bCs/>
        </w:rPr>
        <w:t xml:space="preserve"> (8 puan) İletken ve yalıtkan maddeleri tanımlayınız ve birer örnek yazınız.</w:t>
      </w:r>
    </w:p>
    <w:p w14:paraId="5B5739D1" w14:textId="77777777" w:rsidR="00AE7FC0" w:rsidRPr="00A54D61" w:rsidRDefault="00000000" w:rsidP="00A54D61">
      <w:pPr>
        <w:spacing w:after="20" w:line="360" w:lineRule="auto"/>
      </w:pPr>
      <w:r>
        <w:rPr>
          <w:b/>
        </w:rPr>
        <w:t>5.</w:t>
      </w:r>
      <w:r>
        <w:rPr>
          <w:b w:val="0"/>
          <w:bCs/>
        </w:rPr>
        <w:t xml:space="preserve"> (10 puan) Piston-biyel mekanizmasının görevini yazınız. Kompresyon segmanı ile yağ segmanının görevlerini belirtiniz.</w:t>
      </w:r>
    </w:p>
    <w:p w14:paraId="2CC0EA06" w14:textId="30EFD3CD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6.</w:t>
      </w:r>
      <w:r>
        <w:rPr>
          <w:b w:val="0"/>
          <w:bCs/>
        </w:rPr>
        <w:t xml:space="preserve"> (10 puan) Krank milinin görevini yazınız. Krank mili kontrolünde yapılan iki işlemi belirtiniz.</w:t>
      </w:r>
    </w:p>
    <w:p w14:paraId="1BB85A2D" w14:textId="718E413A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7.</w:t>
      </w:r>
      <w:r>
        <w:rPr>
          <w:b w:val="0"/>
          <w:bCs/>
        </w:rPr>
        <w:t xml:space="preserve"> (10 puan) Volanın görevlerinden iki tanesini yazınız.</w:t>
      </w:r>
    </w:p>
    <w:p w14:paraId="5C9FB45E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8.</w:t>
      </w:r>
      <w:r>
        <w:rPr>
          <w:b w:val="0"/>
          <w:bCs/>
        </w:rPr>
        <w:t xml:space="preserve"> (12 puan) Basit bir elektrik devresinin elemanlarını yazınız. (4 eleman, her biri 3 puan)</w:t>
      </w:r>
    </w:p>
    <w:p w14:paraId="648F369C" w14:textId="1E1A68AA" w:rsidR="00AE7FC0" w:rsidRPr="00A54D61" w:rsidRDefault="00000000" w:rsidP="00A54D61">
      <w:pPr>
        <w:spacing w:after="20" w:line="360" w:lineRule="auto"/>
      </w:pPr>
      <w:r>
        <w:rPr>
          <w:b/>
        </w:rPr>
        <w:t>9.</w:t>
      </w:r>
      <w:r>
        <w:rPr>
          <w:b w:val="0"/>
          <w:bCs/>
        </w:rPr>
        <w:t xml:space="preserve"> (15 puan) 4 Ω ve 8 Ω'luk iki direnç seri bağlanıp 12 V'luk akü ile beslenmektedir. a) Toplam direnci</w:t>
        <w:br/>
        <w:t xml:space="preserve">                     b) Devre akımını</w:t>
        <w:br/>
        <w:t xml:space="preserve">                     c) 4 Ω'luk direncin uçlarındaki gerilimi bulunuz. (Her şık 5 puan)</w:t>
      </w:r>
    </w:p>
    <w:p w14:paraId="6837F98F" w14:textId="77777777" w:rsidR="00AE7FC0" w:rsidRPr="00A54D61" w:rsidRDefault="00000000" w:rsidP="00A54D61">
      <w:pPr>
        <w:spacing w:after="20" w:line="360" w:lineRule="auto"/>
        <w:rPr>
          <w:bCs/>
        </w:rPr>
      </w:pPr>
      <w:r>
        <w:rPr>
          <w:b/>
        </w:rPr>
        <w:t>10.</w:t>
      </w:r>
      <w:r>
        <w:rPr>
          <w:b w:val="0"/>
          <w:bCs/>
        </w:rPr>
        <w:t xml:space="preserve"> (15 puan) Krank mili yatağı yağ boşluğunun plastik geyç ile ölçülmesi işlem basamaklarını sırasıyla yazınız.</w:t>
      </w:r>
    </w:p>
    <w:p w14:paraId="560F709B" w14:textId="77777777" w:rsidR="00764DAF" w:rsidRDefault="00764DAF">
      <w:pPr>
        <w:spacing w:after="20" w:line="240" w:lineRule="auto"/>
      </w:pPr>
    </w:p>
    <w:p w14:paraId="6559AF34" w14:textId="77777777" w:rsidR="00AE7FC0" w:rsidRDefault="00000000" w:rsidP="00764DAF">
      <w:pPr>
        <w:spacing w:after="60" w:line="240" w:lineRule="auto"/>
        <w:ind w:left="4320" w:firstLine="720"/>
        <w:jc w:val="center"/>
      </w:pPr>
      <w:r>
        <w:rPr>
          <w:sz w:val="20"/>
        </w:rPr>
        <w:t>Başarılar</w:t>
      </w:r>
    </w:p>
    <w:p w14:paraId="3CA353D4" w14:textId="501BE177" w:rsidR="00AE7FC0" w:rsidRDefault="00000000">
      <w:pPr>
        <w:spacing w:line="240" w:lineRule="auto"/>
      </w:pPr>
      <w:r w:rsidRPr="00A54D61">
        <w:rPr>
          <w:b/>
          <w:bCs/>
          <w:sz w:val="20"/>
          <w:u w:val="single"/>
        </w:rPr>
        <w:t>Süre:</w:t>
      </w:r>
      <w:r>
        <w:rPr>
          <w:sz w:val="20"/>
        </w:rPr>
        <w:t xml:space="preserve"> 40 Dk                              </w:t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 w:rsidR="00764DAF">
        <w:rPr>
          <w:sz w:val="20"/>
        </w:rPr>
        <w:tab/>
      </w:r>
      <w:r>
        <w:rPr>
          <w:sz w:val="20"/>
        </w:rPr>
        <w:t>Mot. Araç. Tekn. Öğrt. Abdullah YANIK</w:t>
      </w:r>
    </w:p>
    <w:p w14:paraId="60D3C21B" w14:textId="77777777" w:rsidR="00AE7FC0" w:rsidRDefault="00000000">
      <w:r>
        <w:br w:type="page"/>
      </w:r>
    </w:p>
    <w:p w14:paraId="36CA7AB3" w14:textId="4CFF810D" w:rsidR="00AE7FC0" w:rsidRDefault="003E1559">
      <w:pPr>
        <w:spacing w:after="40" w:line="240" w:lineRule="auto"/>
        <w:jc w:val="center"/>
      </w:pPr>
      <w:r>
        <w:rPr>
          <w:b/>
          <w:sz w:val="24"/>
        </w:rPr>
        <w:lastRenderedPageBreak/>
        <w:t>KIRIKKALE MESLEKİ VE TEKNİK ANADOLU LİSESİ</w:t>
      </w:r>
    </w:p>
    <w:p w14:paraId="10D1E64B" w14:textId="58447EAA" w:rsidR="00AE7FC0" w:rsidRPr="003E1559" w:rsidRDefault="00000000">
      <w:pPr>
        <w:spacing w:after="40" w:line="240" w:lineRule="auto"/>
        <w:jc w:val="center"/>
        <w:rPr>
          <w:sz w:val="24"/>
          <w:szCs w:val="24"/>
        </w:rPr>
      </w:pPr>
      <w:r w:rsidRPr="003E1559">
        <w:rPr>
          <w:b/>
          <w:sz w:val="24"/>
          <w:szCs w:val="24"/>
        </w:rPr>
        <w:t xml:space="preserve">2026/2027 EĞİTİM ÖĞRETİM YILI </w:t>
      </w:r>
      <w:r w:rsidR="003E1559">
        <w:rPr>
          <w:b/>
          <w:sz w:val="24"/>
          <w:szCs w:val="24"/>
        </w:rPr>
        <w:t>OTOMOTİV</w:t>
      </w:r>
      <w:r w:rsidRPr="003E1559">
        <w:rPr>
          <w:b/>
          <w:sz w:val="24"/>
          <w:szCs w:val="24"/>
        </w:rPr>
        <w:t xml:space="preserve"> TEKNOLOJİ</w:t>
      </w:r>
      <w:r w:rsidR="003E1559">
        <w:rPr>
          <w:b/>
          <w:sz w:val="24"/>
          <w:szCs w:val="24"/>
        </w:rPr>
        <w:t>LERİ</w:t>
      </w:r>
      <w:r w:rsidRPr="003E1559">
        <w:rPr>
          <w:b/>
          <w:sz w:val="24"/>
          <w:szCs w:val="24"/>
        </w:rPr>
        <w:t xml:space="preserve"> ALANI</w:t>
      </w:r>
    </w:p>
    <w:p w14:paraId="5F7C86BD" w14:textId="77777777" w:rsidR="00AE7FC0" w:rsidRDefault="00000000">
      <w:pPr>
        <w:spacing w:after="40" w:line="240" w:lineRule="auto"/>
        <w:jc w:val="center"/>
      </w:pPr>
      <w:r>
        <w:rPr>
          <w:b/>
        </w:rPr>
        <w:t>TEMEL OTOMOTİV TEKNOLOJİSİ DERSİ</w:t>
      </w:r>
    </w:p>
    <w:p w14:paraId="4749E30A" w14:textId="77777777" w:rsidR="00AE7FC0" w:rsidRDefault="00000000">
      <w:pPr>
        <w:spacing w:after="100" w:line="240" w:lineRule="auto"/>
        <w:jc w:val="center"/>
      </w:pPr>
      <w:r>
        <w:rPr>
          <w:b/>
        </w:rPr>
        <w:t>2. DÖNEM 2. YAZILI SINAVI – A GRUBU CEVAP ANAHTARI</w:t>
      </w:r>
    </w:p>
    <w:p w14:paraId="7897E36D" w14:textId="77777777" w:rsidR="00AE7FC0" w:rsidRDefault="00000000">
      <w:pPr>
        <w:spacing w:after="120" w:line="240" w:lineRule="auto"/>
        <w:jc w:val="center"/>
      </w:pPr>
      <w:r>
        <w:rPr>
          <w:b/>
        </w:rPr>
        <w:t>CEVAPLAR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1.</w:t>
      </w:r>
      <w:r>
        <w:rPr>
          <w:b w:val="0"/>
          <w:sz w:val="20"/>
        </w:rPr>
        <w:t xml:space="preserve"> Karter: motor yağını depolar (3 puan). Yağ pompası: yağı karterden alıp basınçla yağlama kanallarına gönderir (3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2.</w:t>
      </w:r>
      <w:r>
        <w:rPr>
          <w:b w:val="0"/>
          <w:sz w:val="20"/>
        </w:rPr>
        <w:t xml:space="preserve"> Akım: amper (A). Gerilim: volt (V). Direnç: ohm (Ω). Her biri 2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3.</w:t>
      </w:r>
      <w:r>
        <w:rPr>
          <w:b w:val="0"/>
          <w:sz w:val="20"/>
        </w:rPr>
        <w:t xml:space="preserve"> I = V / R (4 puan). I = 12 / 4 = 3 A (4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4.</w:t>
      </w:r>
      <w:r>
        <w:rPr>
          <w:b w:val="0"/>
          <w:sz w:val="20"/>
        </w:rPr>
        <w:t xml:space="preserve"> İletken: elektrik akımını kolay ileten madde, örnek bakır (4 puan). Yalıtkan: elektrik akımını iletmeyen madde, örnek plastik, kauçuk, cam (4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5.</w:t>
      </w:r>
      <w:r>
        <w:rPr>
          <w:b w:val="0"/>
          <w:sz w:val="20"/>
        </w:rPr>
        <w:t xml:space="preserve"> Pistonun doğrusal hareketini biyel aracılığıyla krank miline iletir;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16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yanma basıncını kuvvete çevirir (4 puan). Kompresyon segmanı: sıkıştırma ve yanma gazının kaçmasını önler (3 puan). Yağ segmanı: silindir cidarındaki fazla yağı sıyırıp karter yönüne gönderir (3 puan).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6.</w:t>
      </w:r>
      <w:r>
        <w:rPr>
          <w:b w:val="0"/>
          <w:sz w:val="20"/>
        </w:rPr>
        <w:t xml:space="preserve"> Görev: pistonların doğrusal hareketini dönme hareketine çevirir ve gücü iletir (4 puan). Kontrol: eğrilik (V blok ve komparatör ile), muylu çapı ve ovallik-konikleşme (mikrometre ile), çizik ve aşınma. Her işlem 3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7.</w:t>
      </w:r>
      <w:r>
        <w:rPr>
          <w:b w:val="0"/>
          <w:sz w:val="20"/>
        </w:rPr>
        <w:t xml:space="preserve"> Dönme hareketini düzgünleştirir (enerji depolayarak), marş dişlisinin motoru döndürmesi için dişli çevre sağlar, debriyaj yüzeyi olarak çalışır. Doğru her görev 5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8.</w:t>
      </w:r>
      <w:r>
        <w:rPr>
          <w:b w:val="0"/>
          <w:sz w:val="20"/>
        </w:rPr>
        <w:t xml:space="preserve"> Kaynak (akü), iletken (kablo), kontrol elemanı (anahtar), yük (lamba, direnç). Her eleman 3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9.</w:t>
      </w:r>
      <w:r>
        <w:rPr>
          <w:b w:val="0"/>
          <w:sz w:val="20"/>
        </w:rPr>
        <w:t xml:space="preserve"> a) Rt = 4 + 8 = 12 Ω. b) I = V / Rt = 12 / 12 = 1 A. c) V1 = I × R1 = 1 × 4 = 4 V. Her şık 5 puan.</w:t>
      </w:r>
    </w:p>
    <w:p w14:paraId="75FCC2E8" w14:textId="77777777" w:rsidR="00AE7FC0" w:rsidRDefault="00000000">
      <w:pPr>
        <w:spacing w:after="140" w:line="240" w:lineRule="auto"/>
      </w:pPr>
      <w:r>
        <w:rPr>
          <w:b/>
          <w:bCs/>
          <w:sz w:val="20"/>
        </w:rPr>
        <w:t>10.</w:t>
      </w:r>
      <w:r>
        <w:rPr>
          <w:b w:val="0"/>
          <w:sz w:val="20"/>
        </w:rPr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1) Muylu ve yatak yüzeyleri temizlenir, yağdan arındırılır.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2) Plastik geyç teli muylu üzerine boyuna yerleştirilir.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3) Yatak kapağı takılıp belirtilen torkta sıkılır (mil döndürülmez).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4) Kapak sökülür.</w:t>
      </w:r>
    </w:p>
    <w:p w14:paraId="2CB93A59" w14:textId="77777777" w:rsidR="00764DAF" w:rsidRPr="00764DAF" w:rsidRDefault="00000000" w:rsidP="00764DAF">
      <w:pPr>
        <w:pStyle w:val="ListeParagraf"/>
        <w:numPr>
          <w:ilvl w:val="0"/>
          <w:numId w:val="21"/>
        </w:numPr>
        <w:spacing w:after="140" w:line="240" w:lineRule="auto"/>
        <w:rPr>
          <w:sz w:val="20"/>
        </w:rPr>
      </w:pPr>
      <w:r>
        <w:rPr>
          <w:b w:val="0"/>
          <w:sz w:val="20"/>
        </w:rPr>
        <w:t>5) Ezilmiş telin genişliği paket üzerindeki skala ile karşılaştırılıp yağ boşluğu okunur ve üretici değeriyle kıyaslanır. Her basamak 3 puan.</w:t>
      </w:r>
    </w:p>
    <w:sectPr w:rsidR="00AE7FC0" w:rsidSect="00034616">
      <w:pgSz w:w="12240" w:h="15840"/>
      <w:pgMar w:top="680" w:right="935" w:bottom="652" w:left="93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725645A"/>
    <w:multiLevelType w:val="hybridMultilevel"/>
    <w:tmpl w:val="5B66ED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8D11276"/>
    <w:multiLevelType w:val="hybridMultilevel"/>
    <w:tmpl w:val="B840E8C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902779">
    <w:abstractNumId w:val="8"/>
  </w:num>
  <w:num w:numId="2" w16cid:durableId="1305084789">
    <w:abstractNumId w:val="6"/>
  </w:num>
  <w:num w:numId="3" w16cid:durableId="41177832">
    <w:abstractNumId w:val="5"/>
  </w:num>
  <w:num w:numId="4" w16cid:durableId="1146584673">
    <w:abstractNumId w:val="4"/>
  </w:num>
  <w:num w:numId="5" w16cid:durableId="1128889550">
    <w:abstractNumId w:val="7"/>
  </w:num>
  <w:num w:numId="6" w16cid:durableId="1017388597">
    <w:abstractNumId w:val="3"/>
  </w:num>
  <w:num w:numId="7" w16cid:durableId="1735853297">
    <w:abstractNumId w:val="2"/>
  </w:num>
  <w:num w:numId="8" w16cid:durableId="1692103833">
    <w:abstractNumId w:val="1"/>
  </w:num>
  <w:num w:numId="9" w16cid:durableId="1051422525">
    <w:abstractNumId w:val="0"/>
  </w:num>
  <w:num w:numId="10" w16cid:durableId="1265772281">
    <w:abstractNumId w:val="10"/>
  </w:num>
  <w:num w:numId="11" w16cid:durableId="151413888">
    <w:abstractNumId w:val="9"/>
  </w:num>
  <w:num w:numId="12">
    <w:abstractNumId w:val="10"/>
    <w:lvlOverride w:ilvl="0">
      <w:startOverride w:val="1"/>
    </w:lvlOverride>
  </w:num>
  <w:num w:numId="13">
    <w:abstractNumId w:val="10"/>
    <w:lvlOverride w:ilvl="0">
      <w:startOverride w:val="1"/>
    </w:lvlOverride>
  </w:num>
  <w:num w:numId="14">
    <w:abstractNumId w:val="10"/>
    <w:lvlOverride w:ilvl="0">
      <w:startOverride w:val="1"/>
    </w:lvlOverride>
  </w:num>
  <w:num w:numId="15">
    <w:abstractNumId w:val="10"/>
    <w:lvlOverride w:ilvl="0">
      <w:startOverride w:val="1"/>
    </w:lvlOverride>
  </w:num>
  <w:num w:numId="16">
    <w:abstractNumId w:val="10"/>
    <w:lvlOverride w:ilvl="0">
      <w:startOverride w:val="1"/>
    </w:lvlOverride>
  </w:num>
  <w:num w:numId="17">
    <w:abstractNumId w:val="10"/>
    <w:lvlOverride w:ilvl="0">
      <w:startOverride w:val="1"/>
    </w:lvlOverride>
  </w:num>
  <w:num w:numId="18">
    <w:abstractNumId w:val="10"/>
    <w:lvlOverride w:ilvl="0">
      <w:startOverride w:val="1"/>
    </w:lvlOverride>
  </w:num>
  <w:num w:numId="19">
    <w:abstractNumId w:val="10"/>
    <w:lvlOverride w:ilvl="0">
      <w:startOverride w:val="1"/>
    </w:lvlOverride>
  </w:num>
  <w:num w:numId="20">
    <w:abstractNumId w:val="10"/>
    <w:lvlOverride w:ilvl="0">
      <w:startOverride w:val="1"/>
    </w:lvlOverride>
  </w:num>
  <w:num w:numId="21">
    <w:abstractNumId w:val="1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E1559"/>
    <w:rsid w:val="00670C22"/>
    <w:rsid w:val="00764DAF"/>
    <w:rsid w:val="00A54D61"/>
    <w:rsid w:val="00AA1D8D"/>
    <w:rsid w:val="00AE7FC0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6945AD"/>
  <w14:defaultImageDpi w14:val="300"/>
  <w15:docId w15:val="{9051B837-98E0-4398-BA8F-DCC5B3FAC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0"/>
    </w:pPr>
    <w:rPr>
      <w:rFonts w:ascii="Arial" w:hAnsi="Arial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4230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Abdullah Yanik</cp:lastModifiedBy>
  <cp:revision>2</cp:revision>
  <dcterms:created xsi:type="dcterms:W3CDTF">2013-12-23T23:15:00Z</dcterms:created>
  <dcterms:modified xsi:type="dcterms:W3CDTF">2026-11-07T11:51:00Z</dcterms:modified>
  <cp:category/>
</cp:coreProperties>
</file>