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Default="00A54D61" w:rsidP="00A54D61">
      <w:pPr>
        <w:spacing w:after="40" w:line="240" w:lineRule="auto"/>
        <w:jc w:val="center"/>
      </w:pPr>
      <w:r>
        <w:rPr>
          <w:b/>
          <w:sz w:val="24"/>
        </w:rPr>
        <w:t>KIRIKKALE MESLEKİ VE TEKNİK ANADOLU LİSESİ</w:t>
      </w:r>
    </w:p>
    <w:p w14:paraId="6F594FB9" w14:textId="77777777" w:rsidR="00A54D61" w:rsidRPr="003E1559" w:rsidRDefault="00A54D61" w:rsidP="00A54D61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0546FA1" w14:textId="77777777" w:rsidR="00A54D61" w:rsidRDefault="00A54D61" w:rsidP="00A54D61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53502B0E" w14:textId="77777777" w:rsidR="00AE7FC0" w:rsidRPr="00764DAF" w:rsidRDefault="00000000">
      <w:pPr>
        <w:spacing w:after="10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2. DÖNEM 2. YAZILI SINAVI – B GRUBU</w:t>
      </w:r>
    </w:p>
    <w:p w14:paraId="45908AA8" w14:textId="4238213D" w:rsidR="00AE7FC0" w:rsidRDefault="00000000">
      <w:pPr>
        <w:spacing w:after="100" w:line="240" w:lineRule="auto"/>
      </w:pPr>
      <w:r>
        <w:rPr>
          <w:sz w:val="20"/>
        </w:rPr>
        <w:t xml:space="preserve">Adı Soyadı: ....................................................    </w:t>
      </w:r>
      <w:r w:rsidR="00764DAF">
        <w:rPr>
          <w:sz w:val="20"/>
        </w:rPr>
        <w:tab/>
      </w:r>
      <w:r>
        <w:rPr>
          <w:sz w:val="20"/>
        </w:rPr>
        <w:t xml:space="preserve">Sınıfı/No: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Aldığı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 w:val="0"/>
          <w:bCs/>
        </w:rPr>
        <w:t xml:space="preserve"> (6 puan) Motorlarda kullanılan yağlama sistemi çeşitlerinden üç tanesini yazınız.</w:t>
      </w:r>
    </w:p>
    <w:p w14:paraId="2DC18980" w14:textId="57E1E90F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 w:val="0"/>
          <w:bCs/>
        </w:rPr>
        <w:t xml:space="preserve"> (6 puan) Üzerinden akım geçen iletkenin etrafında ne oluşur? Bu özellikten yararlanılan iki araç parçası yazınız.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 w:val="0"/>
          <w:bCs/>
        </w:rPr>
        <w:t xml:space="preserve"> (8 puan) Yağ filtresinin görevini yazınız. Neden belirli aralıklarla değiştirilmelidir?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 w:val="0"/>
          <w:bCs/>
        </w:rPr>
        <w:t xml:space="preserve"> (8 puan) Yağlama sistemi elemanlarından dört tanesini yazınız.</w:t>
      </w:r>
    </w:p>
    <w:p w14:paraId="5B5739D1" w14:textId="77777777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 w:val="0"/>
          <w:bCs/>
        </w:rPr>
        <w:t xml:space="preserve"> (10 puan) Bir devrede akım 2 A, direnç 5 Ω ise gerilim kaç volttur? Formülü yazarak hesaplayınız.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 w:val="0"/>
          <w:bCs/>
        </w:rPr>
        <w:t xml:space="preserve"> (10 puan) Piston piminin ve biyel kolunun görevlerini yazınız.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 w:val="0"/>
          <w:bCs/>
        </w:rPr>
        <w:t xml:space="preserve"> (10 puan) Krank mili keçesinin görevini yazınız. Keçe arızalanırsa hangi belirti görülür?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 w:val="0"/>
          <w:bCs/>
        </w:rPr>
        <w:t xml:space="preserve"> (12 puan) Seri bağlı devrede akım ve gerilimin, paralel bağlı devrede akım ve gerilimin nasıl olduğunu yazınız. (Her biri 3 puan)</w:t>
      </w:r>
    </w:p>
    <w:p w14:paraId="648F369C" w14:textId="1E1A68AA" w:rsidR="00AE7FC0" w:rsidRPr="00A54D61" w:rsidRDefault="00000000" w:rsidP="00A54D61">
      <w:pPr>
        <w:spacing w:after="20" w:line="360" w:lineRule="auto"/>
      </w:pPr>
      <w:r>
        <w:rPr>
          <w:b/>
        </w:rPr>
        <w:t>9.</w:t>
      </w:r>
      <w:r>
        <w:rPr>
          <w:b w:val="0"/>
          <w:bCs/>
        </w:rPr>
        <w:t xml:space="preserve"> (15 puan) 6 Ω ve 3 Ω'luk iki direnç paralel bağlanıp 12 V'luk akü ile beslenmektedir. a) Her koldan geçen akımı</w:t>
        <w:br/>
        <w:t xml:space="preserve">                     b) Toplam akımı</w:t>
        <w:br/>
        <w:t xml:space="preserve">                     c) Eşdeğer direnci bulunuz. (Her şık 5 puan)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10.</w:t>
      </w:r>
      <w:r>
        <w:rPr>
          <w:b w:val="0"/>
          <w:bCs/>
        </w:rPr>
        <w:t xml:space="preserve"> (15 puan) Piston-biyel mekanizmasında sökme sonrası yapılan kontrol ve ölçümlerden beş tanesini yazınız.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r>
        <w:rPr>
          <w:sz w:val="20"/>
        </w:rPr>
        <w:t>Başarılar</w:t>
      </w:r>
    </w:p>
    <w:p w14:paraId="3CA353D4" w14:textId="501BE177" w:rsidR="00AE7FC0" w:rsidRDefault="00000000">
      <w:pPr>
        <w:spacing w:line="240" w:lineRule="auto"/>
      </w:pPr>
      <w:r w:rsidRPr="00A54D61">
        <w:rPr>
          <w:b/>
          <w:bCs/>
          <w:sz w:val="20"/>
          <w:u w:val="single"/>
        </w:rPr>
        <w:t>Süre: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Mot. Araç. Tekn. Öğrt.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Default="003E1559">
      <w:pPr>
        <w:spacing w:after="40" w:line="240" w:lineRule="auto"/>
        <w:jc w:val="center"/>
      </w:pPr>
      <w:r>
        <w:rPr>
          <w:b/>
          <w:sz w:val="24"/>
        </w:rPr>
        <w:lastRenderedPageBreak/>
        <w:t>KIRIKKALE MESLEKİ VE TEKNİK ANADOLU LİSESİ</w:t>
      </w:r>
    </w:p>
    <w:p w14:paraId="10D1E64B" w14:textId="58447EAA" w:rsidR="00AE7FC0" w:rsidRPr="003E1559" w:rsidRDefault="00000000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 w:rsidR="003E1559"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 w:rsidR="003E1559"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F7C86BD" w14:textId="77777777" w:rsidR="00AE7FC0" w:rsidRDefault="00000000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4749E30A" w14:textId="77777777" w:rsidR="00AE7FC0" w:rsidRDefault="00000000">
      <w:pPr>
        <w:spacing w:after="100" w:line="240" w:lineRule="auto"/>
        <w:jc w:val="center"/>
      </w:pPr>
      <w:r>
        <w:rPr>
          <w:b/>
        </w:rPr>
        <w:t>2. DÖNEM 2. YAZILI SINAVI – B GRUBU CEVAP ANAHTARI</w:t>
      </w:r>
    </w:p>
    <w:p w14:paraId="7897E36D" w14:textId="77777777" w:rsidR="00AE7FC0" w:rsidRDefault="00000000">
      <w:pPr>
        <w:spacing w:after="120" w:line="240" w:lineRule="auto"/>
        <w:jc w:val="center"/>
      </w:pPr>
      <w:r>
        <w:rPr>
          <w:b/>
        </w:rPr>
        <w:t>CEVAPLAR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1.</w:t>
      </w:r>
      <w:r>
        <w:rPr>
          <w:b w:val="0"/>
          <w:sz w:val="20"/>
        </w:rPr>
        <w:t xml:space="preserve"> Sıçratmalı (spalaş), basınçlı, karışık (sıçratmalı-basınçlı), kuru karter.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2.</w:t>
      </w:r>
      <w:r>
        <w:rPr>
          <w:b w:val="0"/>
          <w:sz w:val="20"/>
        </w:rPr>
        <w:t xml:space="preserve"> Manyetik alan oluşur (2 puan). Röle, bobin, marş motoru, enjektör, selenoid.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3.</w:t>
      </w:r>
      <w:r>
        <w:rPr>
          <w:b w:val="0"/>
          <w:sz w:val="20"/>
        </w:rPr>
        <w:t xml:space="preserve"> Yağdaki metal tozu, kurum ve kiri tutarak motor parçalarının aşınmasını önler (4 puan). Filtre dolunca tıkanır, yağ akışı ve temizleme görevi azalır;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bu yüzden periyodik değiştirilir (4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4.</w:t>
      </w:r>
      <w:r>
        <w:rPr>
          <w:b w:val="0"/>
          <w:sz w:val="20"/>
        </w:rPr>
        <w:t xml:space="preserve"> Karter, yağ pompası, yağ filtresi, emniyet (by-pass) supabı, yağ basınç sensörü, yağ çubuğu, yağ soğutucusu.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5.</w:t>
      </w:r>
      <w:r>
        <w:rPr>
          <w:b w:val="0"/>
          <w:sz w:val="20"/>
        </w:rPr>
        <w:t xml:space="preserve"> V = I × R (4 puan). V = 2 × 5 = 10 V (6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6.</w:t>
      </w:r>
      <w:r>
        <w:rPr>
          <w:b w:val="0"/>
          <w:sz w:val="20"/>
        </w:rPr>
        <w:t xml:space="preserve"> Piston pimi: pistonu biyel kolunun küçük başına mafsallı bağlar (5 puan). Biyel kolu: pistonun hareketini krank miline iletir (5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7.</w:t>
      </w:r>
      <w:r>
        <w:rPr>
          <w:b w:val="0"/>
          <w:sz w:val="20"/>
        </w:rPr>
        <w:t xml:space="preserve"> Krank mili uçlarından (ön ve arka) motor yağının dışarı sızmasını önler (5 puan). Arızalanırsa yağ sızıntısı, yağ seviyesinde düşme, volan/debriyajda yağlanma görülür (5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8.</w:t>
      </w:r>
      <w:r>
        <w:rPr>
          <w:b w:val="0"/>
          <w:sz w:val="20"/>
        </w:rPr>
        <w:t xml:space="preserve"> Seri devrede: akım her elemanda aynıdır (3 puan), gerilim elemanlar arasında bölünür (3 puan). Paralel devrede: gerilim her kolda aynıdır (3 puan), akım kollar arasında bölünür (3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9.</w:t>
      </w:r>
      <w:r>
        <w:rPr>
          <w:b w:val="0"/>
          <w:sz w:val="20"/>
        </w:rPr>
        <w:t xml:space="preserve"> a) I1 = 12 / 6 = 2 A, I2 = 12 / 3 = 4 A (5 puan). b) It = 2 + 4 = 6 A (5 puan). c) Reş = V / It = 12 / 6 = 2 Ω (5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10.</w:t>
      </w:r>
      <w:r>
        <w:rPr>
          <w:b w:val="0"/>
          <w:sz w:val="20"/>
        </w:rPr>
        <w:t xml:space="preserve"> Pistonda çizik, aşınma ve çatlak kontrolü;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piston-silindir boşluğu;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segman ağız aralığı;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segman yan (kanal) boşluğu;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piston pimi-burç boşluğu;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biyel kolunda eğrilik ve burulma kontrolü. Doğru her cevap 3 puan.</w:t>
      </w:r>
    </w:p>
    <w:sectPr w:rsidR="00AE7FC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0"/>
  </w:num>
  <w:num w:numId="11" w16cid:durableId="151413888">
    <w:abstractNumId w:val="9"/>
  </w:num>
  <w:num w:numId="12">
    <w:abstractNumId w:val="10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10"/>
    <w:lvlOverride w:ilvl="0">
      <w:startOverride w:val="1"/>
    </w:lvlOverride>
  </w:num>
  <w:num w:numId="21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670C22"/>
    <w:rsid w:val="00764DAF"/>
    <w:rsid w:val="00A54D61"/>
    <w:rsid w:val="00AA1D8D"/>
    <w:rsid w:val="00AE7FC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2</cp:revision>
  <dcterms:created xsi:type="dcterms:W3CDTF">2013-12-23T23:15:00Z</dcterms:created>
  <dcterms:modified xsi:type="dcterms:W3CDTF">2026-11-07T11:51:00Z</dcterms:modified>
  <cp:category/>
</cp:coreProperties>
</file>